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Japanese man sentenced for using generative AI to create ransomware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Japanese man, Ryuki Hayashi, aged 25, has been sentenced to a three-year prison term following his creation of ransomware using generative AI technology. This sentencing, which occurred last Friday, marks a significant moment in Japanese legal history as it is noted to be the first conviction involving the misuse of generative AI for criminal activities.</w:t>
      </w:r>
      <w:r/>
    </w:p>
    <w:p>
      <w:r/>
      <w:r>
        <w:t>Hayashi's activities came to light after he managed to craft sophisticated ransomware capable of accessing and encrypting data on targeted devices, demanding cryptocurrency ransoms in exchange for unlocking the data. To achieve this, he manipulated generative AI by continuously tweaking his prompts to circumvent the AI's built-in safety barriers. Remarkably, Hayashi claimed he developed this malicious code in less than six hours, while unemployed in Japan.</w:t>
      </w:r>
      <w:r/>
    </w:p>
    <w:p>
      <w:r/>
      <w:r>
        <w:t>Upon his apprehension by the Metropolitan Police Department of Japan earlier this year, Hayashi confessed to his intentions, stating his desire to leverage ransomware as a means to earn money. He elaborated to Kyodo News on his belief that AI could assist him in accomplishing such unethical goals. Further investigations revealed that Hayashi had engaged in impersonating other individuals to acquire SIM cards, actions he attributed to "dark part-time work."</w:t>
      </w:r>
      <w:r/>
    </w:p>
    <w:p>
      <w:r/>
      <w:r>
        <w:t>While he has been sentenced to three years, the court chose to suspend his sentence for a period of four years. This decision followed Hayashi's expression of remorse and his admission of culpability. Consequently, Hayashi will avoid imprisonment as long as he does not reoffend during the suspension period.</w:t>
      </w:r>
      <w:r/>
    </w:p>
    <w:p>
      <w:r/>
      <w:r>
        <w:t xml:space="preserve">In an interesting turn, the ransomware which heightened his criminal investigation was reported as never having been deployed. This detail, coupled with his confession and demonstration of regret, played a role in the court's decision to grant the suspended sentence. </w:t>
      </w:r>
      <w:r/>
    </w:p>
    <w:p>
      <w:r/>
      <w:r>
        <w:t>The presiding judge in Hayashi’s case described his motivations as "selfish," emphasizing that such actions left "no room for leniency." The severity of the penalties contrasted with Hayashi’s acknowledgment of his crimes illustrates the court's stance against the misuse of advanced technologies for illicit purposes.</w:t>
      </w:r>
      <w:r/>
    </w:p>
    <w:p>
      <w:r/>
      <w:r>
        <w:t>This legal case underlines the evolving landscape of cybercrime and the challenges governments face with the advent of more accessible AI tools capable of facilitating illegal activities. As Hayashi remains out of prison, this case may serve as a pivotal point in the future handling of similar AI-related offences in Japan and potentially elsewhere.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https://www.japantimes.co.jp/news/2024/05/28/japan/crime-legal/man-arrested-malware-generative-ai/</w:t>
        </w:r>
      </w:hyperlink>
      <w:r>
        <w:t xml:space="preserve"> - Corroborates the arrest of Ryuki Hayashi for creating malware using generative AI and his admission of wanting to 'earn easy money' by using AI.</w:t>
      </w:r>
      <w:r/>
    </w:p>
    <w:p>
      <w:pPr>
        <w:pStyle w:val="ListNumber"/>
        <w:spacing w:line="240" w:lineRule="auto"/>
        <w:ind w:left="720"/>
      </w:pPr>
      <w:r/>
      <w:hyperlink r:id="rId11">
        <w:r>
          <w:rPr>
            <w:color w:val="0000EE"/>
            <w:u w:val="single"/>
          </w:rPr>
          <w:t>https://thecyberexpress.com/genai-ransomware-arrest-ai-jailbreak/</w:t>
        </w:r>
      </w:hyperlink>
      <w:r>
        <w:t xml:space="preserve"> - Details Hayashi's use of generative AI to create ransomware and his methods to evade AI safety barriers.</w:t>
      </w:r>
      <w:r/>
    </w:p>
    <w:p>
      <w:pPr>
        <w:pStyle w:val="ListNumber"/>
        <w:spacing w:line="240" w:lineRule="auto"/>
        <w:ind w:left="720"/>
      </w:pPr>
      <w:r/>
      <w:hyperlink r:id="rId12">
        <w:r>
          <w:rPr>
            <w:color w:val="0000EE"/>
            <w:u w:val="single"/>
          </w:rPr>
          <w:t>https://www.malaymail.com/news/world/2024/10/27/in-legal-first-japan-convicts-man-of-abusing-ai-to-generate-ransomware/155007</w:t>
        </w:r>
      </w:hyperlink>
      <w:r>
        <w:t xml:space="preserve"> - Reports on Hayashi's conviction as the first person in Japan for criminal activities involving generative AI and his sentence.</w:t>
      </w:r>
      <w:r/>
    </w:p>
    <w:p>
      <w:pPr>
        <w:pStyle w:val="ListNumber"/>
        <w:spacing w:line="240" w:lineRule="auto"/>
        <w:ind w:left="720"/>
      </w:pPr>
      <w:r/>
      <w:hyperlink r:id="rId13">
        <w:r>
          <w:rPr>
            <w:color w:val="0000EE"/>
            <w:u w:val="single"/>
          </w:rPr>
          <w:t>https://japannews.yomiuri.co.jp/society/crime-courts/20241027-218802/</w:t>
        </w:r>
      </w:hyperlink>
      <w:r>
        <w:t xml:space="preserve"> - Provides details on Hayashi's conviction, the creation of the ransomware-like virus, and the suspended prison sentence.</w:t>
      </w:r>
      <w:r/>
    </w:p>
    <w:p>
      <w:pPr>
        <w:pStyle w:val="ListNumber"/>
        <w:spacing w:line="240" w:lineRule="auto"/>
        <w:ind w:left="720"/>
      </w:pPr>
      <w:r/>
      <w:hyperlink r:id="rId10">
        <w:r>
          <w:rPr>
            <w:color w:val="0000EE"/>
            <w:u w:val="single"/>
          </w:rPr>
          <w:t>https://www.japantimes.co.jp/news/2024/05/28/japan/crime-legal/man-arrested-malware-generative-ai/</w:t>
        </w:r>
      </w:hyperlink>
      <w:r>
        <w:t xml:space="preserve"> - Explains how Hayashi was suspected after being arrested for using fake identification to obtain a SIM card.</w:t>
      </w:r>
      <w:r/>
    </w:p>
    <w:p>
      <w:pPr>
        <w:pStyle w:val="ListNumber"/>
        <w:spacing w:line="240" w:lineRule="auto"/>
        <w:ind w:left="720"/>
      </w:pPr>
      <w:r/>
      <w:hyperlink r:id="rId11">
        <w:r>
          <w:rPr>
            <w:color w:val="0000EE"/>
            <w:u w:val="single"/>
          </w:rPr>
          <w:t>https://thecyberexpress.com/genai-ransomware-arrest-ai-jailbreak/</w:t>
        </w:r>
      </w:hyperlink>
      <w:r>
        <w:t xml:space="preserve"> - Mentions Hayashi's lack of expertise in malware and how he learned online to create it using AI tools.</w:t>
      </w:r>
      <w:r/>
    </w:p>
    <w:p>
      <w:pPr>
        <w:pStyle w:val="ListNumber"/>
        <w:spacing w:line="240" w:lineRule="auto"/>
        <w:ind w:left="720"/>
      </w:pPr>
      <w:r/>
      <w:hyperlink r:id="rId12">
        <w:r>
          <w:rPr>
            <w:color w:val="0000EE"/>
            <w:u w:val="single"/>
          </w:rPr>
          <w:t>https://www.malaymail.com/news/world/2024/10/27/in-legal-first-japan-convicts-man-of-abusing-ai-to-generate-ransomware/155007</w:t>
        </w:r>
      </w:hyperlink>
      <w:r>
        <w:t xml:space="preserve"> - Confirms that the malware did not cause any damage due to Hayashi's failure to obtain a necessary program.</w:t>
      </w:r>
      <w:r/>
    </w:p>
    <w:p>
      <w:pPr>
        <w:pStyle w:val="ListNumber"/>
        <w:spacing w:line="240" w:lineRule="auto"/>
        <w:ind w:left="720"/>
      </w:pPr>
      <w:r/>
      <w:hyperlink r:id="rId13">
        <w:r>
          <w:rPr>
            <w:color w:val="0000EE"/>
            <w:u w:val="single"/>
          </w:rPr>
          <w:t>https://japannews.yomiuri.co.jp/society/crime-courts/20241027-218802/</w:t>
        </w:r>
      </w:hyperlink>
      <w:r>
        <w:t xml:space="preserve"> - Details the court's decision to suspend the prison sentence for four years due to Hayashi's remorse and admission of culpability.</w:t>
      </w:r>
      <w:r/>
    </w:p>
    <w:p>
      <w:pPr>
        <w:pStyle w:val="ListNumber"/>
        <w:spacing w:line="240" w:lineRule="auto"/>
        <w:ind w:left="720"/>
      </w:pPr>
      <w:r/>
      <w:hyperlink r:id="rId11">
        <w:r>
          <w:rPr>
            <w:color w:val="0000EE"/>
            <w:u w:val="single"/>
          </w:rPr>
          <w:t>https://thecyberexpress.com/genai-ransomware-arrest-ai-jailbreak/</w:t>
        </w:r>
      </w:hyperlink>
      <w:r>
        <w:t xml:space="preserve"> - Discusses the broader context of AI jailbreaking and the risks associated with generative AI tools.</w:t>
      </w:r>
      <w:r/>
    </w:p>
    <w:p>
      <w:pPr>
        <w:pStyle w:val="ListNumber"/>
        <w:spacing w:line="240" w:lineRule="auto"/>
        <w:ind w:left="720"/>
      </w:pPr>
      <w:r/>
      <w:hyperlink r:id="rId10">
        <w:r>
          <w:rPr>
            <w:color w:val="0000EE"/>
            <w:u w:val="single"/>
          </w:rPr>
          <w:t>https://www.japantimes.co.jp/news/2024/05/28/japan/crime-legal/man-arrested-malware-generative-ai/</w:t>
        </w:r>
      </w:hyperlink>
      <w:r>
        <w:t xml:space="preserve"> - Highlights the measures taken by generative AI service providers to prevent the creation of malware.</w:t>
      </w:r>
      <w:r/>
    </w:p>
    <w:p>
      <w:pPr>
        <w:pStyle w:val="ListNumber"/>
        <w:spacing w:line="240" w:lineRule="auto"/>
        <w:ind w:left="720"/>
      </w:pPr>
      <w:r/>
      <w:hyperlink r:id="rId13">
        <w:r>
          <w:rPr>
            <w:color w:val="0000EE"/>
            <w:u w:val="single"/>
          </w:rPr>
          <w:t>https://japannews.yomiuri.co.jp/society/crime-courts/20241027-218802/</w:t>
        </w:r>
      </w:hyperlink>
      <w:r>
        <w:t xml:space="preserve"> - Quotes the presiding judge describing Hayashi’s motivations as 'selfish' and the court's stance against the misuse of advanced technologies.</w:t>
      </w:r>
      <w:r/>
    </w:p>
    <w:p>
      <w:pPr>
        <w:pStyle w:val="ListNumber"/>
        <w:spacing w:line="240" w:lineRule="auto"/>
        <w:ind w:left="720"/>
      </w:pPr>
      <w:r/>
      <w:hyperlink r:id="rId14">
        <w:r>
          <w:rPr>
            <w:color w:val="0000EE"/>
            <w:u w:val="single"/>
          </w:rPr>
          <w:t>https://protos.com/japanese-man-sentenced-to-3-years-after-creating-crypto-ransomware-with-ai/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apantimes.co.jp/news/2024/05/28/japan/crime-legal/man-arrested-malware-generative-ai/" TargetMode="External"/><Relationship Id="rId11" Type="http://schemas.openxmlformats.org/officeDocument/2006/relationships/hyperlink" Target="https://thecyberexpress.com/genai-ransomware-arrest-ai-jailbreak/" TargetMode="External"/><Relationship Id="rId12" Type="http://schemas.openxmlformats.org/officeDocument/2006/relationships/hyperlink" Target="https://www.malaymail.com/news/world/2024/10/27/in-legal-first-japan-convicts-man-of-abusing-ai-to-generate-ransomware/155007" TargetMode="External"/><Relationship Id="rId13" Type="http://schemas.openxmlformats.org/officeDocument/2006/relationships/hyperlink" Target="https://japannews.yomiuri.co.jp/society/crime-courts/20241027-218802/" TargetMode="External"/><Relationship Id="rId14" Type="http://schemas.openxmlformats.org/officeDocument/2006/relationships/hyperlink" Target="https://protos.com/japanese-man-sentenced-to-3-years-after-creating-crypto-ransomware-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