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Killer7 update sparks mixed reactions among fans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Grasshopper Manufacture's cult favourite, Killer7, recently experienced a content update on the Steam platform that has invoked mixed reactions from its player base. While the update, released in late October 2024, was designed to enhance the game's playability and visual appeal, some modifications have sparked discontent among the game's enthusiasts. </w:t>
      </w:r>
      <w:r/>
    </w:p>
    <w:p>
      <w:r/>
      <w:r>
        <w:t>Prominent features of the update include remastered video content, graphic improvements, a quick character selection option, as well as various gameplay improvements and bug fixes. Notably, the game is currently discounted, available for $4.99 on Steam, making it accessible to a broader audience.</w:t>
      </w:r>
      <w:r/>
    </w:p>
    <w:p>
      <w:r/>
      <w:r>
        <w:t>Despite these enhancements, many fans have expressed their dissatisfaction with the AI-based upscaling of the game's textures and full motion videos (FMVs). This particular aspect of the update has been criticised for actually degrading the visual quality rather than improving it, according to gamers' feedback on social media. One player went as far as to describe the upscaled visuals as "hot ass", suggesting a significant drop in aesthetic quality compared to the original.</w:t>
      </w:r>
      <w:r/>
    </w:p>
    <w:p>
      <w:r/>
      <w:r>
        <w:t>In response to these developments, the Killer7 modding community has actively taken up the task to rectify what they perceive as shortcomings in the update. Efforts are reportedly underway to create a mod or guide that can help users restore the game's visuals to a state closer to the original, appealing version. This comes in the absence of any official alternative from the developers to reverse the effects of the AI upscaling.</w:t>
      </w:r>
      <w:r/>
    </w:p>
    <w:p>
      <w:r/>
      <w:r>
        <w:t>Communication around these efforts has been largely channelled through platforms like social media, where developers and gamers share updates and potential solutions. A social media user by the handle DoomerDev noted efforts in progress to address these issues, indicating the proactive approach being adopted by the community to manage the impact of the recent update.</w:t>
      </w:r>
      <w:r/>
    </w:p>
    <w:p>
      <w:r/>
      <w:r>
        <w:t>The update and its aftermath shed light on the ongoing challenges faced by developers in balancing technological advancements with preserving the authentic experience of classic games, particularly when integrating newer technologies such as AI. As the global gaming community responds, the situation underscores the crucial dynamic between game developers and players, where feedback plays a vital role in the evolution of gaming content.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https://store.steampowered.com/news/app/868520/view/4542535021336923782</w:t>
        </w:r>
      </w:hyperlink>
      <w:r>
        <w:t xml:space="preserve"> - Corroborates the major update for Killer7, including remastered videos, graphic improvements, and various quality-of-life changes.</w:t>
      </w:r>
      <w:r/>
    </w:p>
    <w:p>
      <w:pPr>
        <w:pStyle w:val="ListNumber"/>
        <w:spacing w:line="240" w:lineRule="auto"/>
        <w:ind w:left="720"/>
      </w:pPr>
      <w:r/>
      <w:hyperlink r:id="rId11">
        <w:r>
          <w:rPr>
            <w:color w:val="0000EE"/>
            <w:u w:val="single"/>
          </w:rPr>
          <w:t>https://www.reddit.com/r/Games/comments/1gc1rrm/major_killer7_update_on_steam/</w:t>
        </w:r>
      </w:hyperlink>
      <w:r>
        <w:t xml:space="preserve"> - Details the update features such as remastered FMVs, enhanced visuals, quick character selection, and support for PlayStation controllers, as well as user feedback on AI upscaling issues.</w:t>
      </w:r>
      <w:r/>
    </w:p>
    <w:p>
      <w:pPr>
        <w:pStyle w:val="ListNumber"/>
        <w:spacing w:line="240" w:lineRule="auto"/>
        <w:ind w:left="720"/>
      </w:pPr>
      <w:r/>
      <w:hyperlink r:id="rId12">
        <w:r>
          <w:rPr>
            <w:color w:val="0000EE"/>
            <w:u w:val="single"/>
          </w:rPr>
          <w:t>https://www.destructoid.com/killer7-just-got-a-substantial-quality-of-life-update-you-read-that-correctly/</w:t>
        </w:r>
      </w:hyperlink>
      <w:r>
        <w:t xml:space="preserve"> - Provides a detailed list of the update's features, including remastered videos, 60fps reload animations, MSAA support, and other graphical and gameplay improvements.</w:t>
      </w:r>
      <w:r/>
    </w:p>
    <w:p>
      <w:pPr>
        <w:pStyle w:val="ListNumber"/>
        <w:spacing w:line="240" w:lineRule="auto"/>
        <w:ind w:left="720"/>
      </w:pPr>
      <w:r/>
      <w:hyperlink r:id="rId13">
        <w:r>
          <w:rPr>
            <w:color w:val="0000EE"/>
            <w:u w:val="single"/>
          </w:rPr>
          <w:t>https://www.resetera.com/threads/killer-7-gets-major-update-on-steam-remastered-videos-improved-graphics-qol-changes-more-up-update-is-ai-upscaled-bad.1019619/</w:t>
        </w:r>
      </w:hyperlink>
      <w:r>
        <w:t xml:space="preserve"> - Discusses the update's patch notes, including AI upscaling issues and various bug fixes, as well as community reactions to the update.</w:t>
      </w:r>
      <w:r/>
    </w:p>
    <w:p>
      <w:pPr>
        <w:pStyle w:val="ListNumber"/>
        <w:spacing w:line="240" w:lineRule="auto"/>
        <w:ind w:left="720"/>
      </w:pPr>
      <w:r/>
      <w:hyperlink r:id="rId14">
        <w:r>
          <w:rPr>
            <w:color w:val="0000EE"/>
            <w:u w:val="single"/>
          </w:rPr>
          <w:t>https://store.steampowered.com/agecheck/app/868520/</w:t>
        </w:r>
      </w:hyperlink>
      <w:r>
        <w:t xml:space="preserve"> - Mentions the game's current discount and availability on Steam, making it accessible to a broader audience.</w:t>
      </w:r>
      <w:r/>
    </w:p>
    <w:p>
      <w:pPr>
        <w:pStyle w:val="ListNumber"/>
        <w:spacing w:line="240" w:lineRule="auto"/>
        <w:ind w:left="720"/>
      </w:pPr>
      <w:r/>
      <w:hyperlink r:id="rId11">
        <w:r>
          <w:rPr>
            <w:color w:val="0000EE"/>
            <w:u w:val="single"/>
          </w:rPr>
          <w:t>https://www.reddit.com/r/Games/comments/1gc1rrm/major_killer7_update_on_steam/</w:t>
        </w:r>
      </w:hyperlink>
      <w:r>
        <w:t xml:space="preserve"> - Highlights user dissatisfaction with AI-based upscaling of textures and FMVs, describing the visuals as degraded.</w:t>
      </w:r>
      <w:r/>
    </w:p>
    <w:p>
      <w:pPr>
        <w:pStyle w:val="ListNumber"/>
        <w:spacing w:line="240" w:lineRule="auto"/>
        <w:ind w:left="720"/>
      </w:pPr>
      <w:r/>
      <w:hyperlink r:id="rId13">
        <w:r>
          <w:rPr>
            <w:color w:val="0000EE"/>
            <w:u w:val="single"/>
          </w:rPr>
          <w:t>https://www.resetera.com/threads/killer-7-gets-major-update-on-steam-remastered-videos-improved-graphics-qol-changes-more-up-update-is-ai-upscaled-bad.1019619/</w:t>
        </w:r>
      </w:hyperlink>
      <w:r>
        <w:t xml:space="preserve"> - Details community efforts to create mods or guides to restore the game's original visuals due to AI upscaling issues.</w:t>
      </w:r>
      <w:r/>
    </w:p>
    <w:p>
      <w:pPr>
        <w:pStyle w:val="ListNumber"/>
        <w:spacing w:line="240" w:lineRule="auto"/>
        <w:ind w:left="720"/>
      </w:pPr>
      <w:r/>
      <w:hyperlink r:id="rId12">
        <w:r>
          <w:rPr>
            <w:color w:val="0000EE"/>
            <w:u w:val="single"/>
          </w:rPr>
          <w:t>https://www.destructoid.com/killer7-just-got-a-substantial-quality-of-life-update-you-read-that-correctly/</w:t>
        </w:r>
      </w:hyperlink>
      <w:r>
        <w:t xml:space="preserve"> - Explains the challenges faced by developers in balancing technological advancements with preserving the authentic experience of classic games.</w:t>
      </w:r>
      <w:r/>
    </w:p>
    <w:p>
      <w:pPr>
        <w:pStyle w:val="ListNumber"/>
        <w:spacing w:line="240" w:lineRule="auto"/>
        <w:ind w:left="720"/>
      </w:pPr>
      <w:r/>
      <w:hyperlink r:id="rId11">
        <w:r>
          <w:rPr>
            <w:color w:val="0000EE"/>
            <w:u w:val="single"/>
          </w:rPr>
          <w:t>https://www.reddit.com/r/Games/comments/1gc1rrm/major_killer7_update_on_steam/</w:t>
        </w:r>
      </w:hyperlink>
      <w:r>
        <w:t xml:space="preserve"> - Shows how communication around the update and its issues is being handled through social media platforms.</w:t>
      </w:r>
      <w:r/>
    </w:p>
    <w:p>
      <w:pPr>
        <w:pStyle w:val="ListNumber"/>
        <w:spacing w:line="240" w:lineRule="auto"/>
        <w:ind w:left="720"/>
      </w:pPr>
      <w:r/>
      <w:hyperlink r:id="rId13">
        <w:r>
          <w:rPr>
            <w:color w:val="0000EE"/>
            <w:u w:val="single"/>
          </w:rPr>
          <w:t>https://www.resetera.com/threads/killer-7-gets-major-update-on-steam-remastered-videos-improved-graphics-qol-changes-more-up-update-is-ai-upscaled-bad.1019619/</w:t>
        </w:r>
      </w:hyperlink>
      <w:r>
        <w:t xml:space="preserve"> - Highlights the dynamic between game developers and players, emphasizing the role of feedback in the evolution of gaming content.</w:t>
      </w:r>
      <w:r/>
    </w:p>
    <w:p>
      <w:pPr>
        <w:pStyle w:val="ListNumber"/>
        <w:spacing w:line="240" w:lineRule="auto"/>
        <w:ind w:left="720"/>
      </w:pPr>
      <w:r/>
      <w:hyperlink r:id="rId12">
        <w:r>
          <w:rPr>
            <w:color w:val="0000EE"/>
            <w:u w:val="single"/>
          </w:rPr>
          <w:t>https://www.destructoid.com/killer7-just-got-a-substantial-quality-of-life-update-you-read-that-correctly/</w:t>
        </w:r>
      </w:hyperlink>
      <w:r>
        <w:t xml:space="preserve"> - Provides context on the significance of the update and the ongoing efforts to improve the game's overall experience.</w:t>
      </w:r>
      <w:r/>
    </w:p>
    <w:p>
      <w:pPr>
        <w:pStyle w:val="ListNumber"/>
        <w:spacing w:line="240" w:lineRule="auto"/>
        <w:ind w:left="720"/>
      </w:pPr>
      <w:r/>
      <w:hyperlink r:id="rId15">
        <w:r>
          <w:rPr>
            <w:color w:val="0000EE"/>
            <w:u w:val="single"/>
          </w:rPr>
          <w:t>https://www.timeextension.com/news/2024/10/killer7-update-introduces-ai-upscaled-assets-and-fans-arent-happy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tore.steampowered.com/news/app/868520/view/4542535021336923782" TargetMode="External"/><Relationship Id="rId11" Type="http://schemas.openxmlformats.org/officeDocument/2006/relationships/hyperlink" Target="https://www.reddit.com/r/Games/comments/1gc1rrm/major_killer7_update_on_steam/" TargetMode="External"/><Relationship Id="rId12" Type="http://schemas.openxmlformats.org/officeDocument/2006/relationships/hyperlink" Target="https://www.destructoid.com/killer7-just-got-a-substantial-quality-of-life-update-you-read-that-correctly/" TargetMode="External"/><Relationship Id="rId13" Type="http://schemas.openxmlformats.org/officeDocument/2006/relationships/hyperlink" Target="https://www.resetera.com/threads/killer-7-gets-major-update-on-steam-remastered-videos-improved-graphics-qol-changes-more-up-update-is-ai-upscaled-bad.1019619/" TargetMode="External"/><Relationship Id="rId14" Type="http://schemas.openxmlformats.org/officeDocument/2006/relationships/hyperlink" Target="https://store.steampowered.com/agecheck/app/868520/" TargetMode="External"/><Relationship Id="rId15" Type="http://schemas.openxmlformats.org/officeDocument/2006/relationships/hyperlink" Target="https://www.timeextension.com/news/2024/10/killer7-update-introduces-ai-upscaled-assets-and-fans-arent-happ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