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L&amp;T Technology Services launches advanced AI Experience Zone in Bengaluru</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L&amp;T Technology Services (LTTS) has unveiled its advanced Experience Zone at its design hub located in Bengaluru, India. The new facility, driven by state-of-the-art artificial intelligence (AI) and leveraging the NVIDIA AI platform, is poised to cater to clients within the Mobility and Technology sectors.</w:t>
      </w:r>
      <w:r/>
    </w:p>
    <w:p>
      <w:r/>
      <w:r>
        <w:t>This AI-powered Experience Zone is designed to provide an immersive environment where visitors can engage with a variety of live demonstrations and interactive displays. Expert consultations are also available to showcase the revolutionary capabilities of NVIDIA AI. LTTS aims to push the boundaries of AI-driven technologies in addressing intricate challenges within crucial industries.</w:t>
      </w:r>
      <w:r/>
    </w:p>
    <w:p>
      <w:r/>
      <w:r>
        <w:t>In the healthcare sector, LTTS is implementing Software Defined Architectures that harness the power of NVIDIA Holoscan and NVIDIA IGX. These architectures promise to transform healthcare delivery through AI-based diagnostic tools, real-time data analysis, and precise annotation. Such advancements aim to improve efficiency and accuracy in diagnostics, while also broadening healthcare access to underserved regions.</w:t>
      </w:r>
      <w:r/>
    </w:p>
    <w:p>
      <w:r/>
      <w:r>
        <w:t>Meanwhile, the telecommunications industry is set to gain from generative AI and other NVIDIA AI solutions, enhancing connectivity and network resilience, and facilitating 5G integration. LTTS is working on advancing product engineering services by incorporating aspects such as 5G, network virtualisation, and master telecommunication network solutions, which promise to improve communications infrastructure across both urban and rural areas.</w:t>
      </w:r>
      <w:r/>
    </w:p>
    <w:p>
      <w:r/>
      <w:r>
        <w:t>In the mobility sector, the collaboration between NVIDIA and LTTS is intended to deliver sophisticated solutions for enhancing safety, automation, and predictive maintenance. These advancements are expected to optimise operations and enhance passenger safety and experience during transit.</w:t>
      </w:r>
      <w:r/>
    </w:p>
    <w:p>
      <w:r/>
      <w:r>
        <w:t>LTTS’ Experience Zone not only fosters dialogue but also accelerates the adoption of next-generation technological solutions. The company is currently upskilling over 1,000 engineers on NVIDIA software, including the NVIDIA AI Enterprise software platform. This educational investment seeks to bolster AI adoption efforts to tackle complex industry challenges.</w:t>
      </w:r>
      <w:r/>
    </w:p>
    <w:p>
      <w:r/>
      <w:r>
        <w:t>Abhishek Sinha, Executive Director and President of Medical, Smart World, and Functions at L&amp;T Technology Services, expressed enthusiasm about the launch, stating, "We are excited to launch the LTTS Experience Zone, which underscores LTTS’ dedication to innovation and leadership in technology. In today’s fast-paced world, every customer seeks real-time AI solutions for critical areas such as surgery, shop floor operations, commuting experience, and connectivity. Our partnership with NVIDIA empowers us to deliver these cutting-edge solutions. This centre will be a hub for collaboration and exploration, propelling advancements in the Tech and Mobility sectors that impact billions of lives globally."</w:t>
      </w:r>
      <w:r/>
    </w:p>
    <w:p>
      <w:r/>
      <w:r>
        <w:t>Complementing this statement, Vishal Dhupar, Managing Director for Asia South at NVIDIA, noted, "Embracing generative AI is essential for unlocking the next wave of innovation, with India poised to establish technological sovereignty with homegrown solutions. The launch of LTTS’ AI Experience Zone, using the NVIDIA AI platform, creates an immersive space for exploring transformative AI applications across industries."</w:t>
      </w:r>
      <w:r/>
    </w:p>
    <w:p>
      <w:r/>
      <w:r>
        <w:t>The LTTS Experience Zone will welcome industry experts, partners, and customers for guided tours, demonstrations, and discussions, with appointments being bookable through LTTS.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https://www.devdiscourse.com/article/technology/3133282-transformative-ai-experience-zone-opens-in-bengaluru-revolutionizing-mobility-and-tech</w:t>
        </w:r>
      </w:hyperlink>
      <w:r>
        <w:t xml:space="preserve"> - Corroborates the launch of the LTTS Experience Zone in Bengaluru, its focus on mobility and tech sectors, and the use of NVIDIA AI platforms.</w:t>
      </w:r>
      <w:r/>
    </w:p>
    <w:p>
      <w:pPr>
        <w:pStyle w:val="ListNumber"/>
        <w:spacing w:line="240" w:lineRule="auto"/>
        <w:ind w:left="720"/>
      </w:pPr>
      <w:r/>
      <w:hyperlink r:id="rId11">
        <w:r>
          <w:rPr>
            <w:color w:val="0000EE"/>
            <w:u w:val="single"/>
          </w:rPr>
          <w:t>https://finance.yahoo.com/news/l-t-technology-services-unveils-060000207.html</w:t>
        </w:r>
      </w:hyperlink>
      <w:r>
        <w:t xml:space="preserve"> - Supports the details about the LTTS Experience Zone, including its immersive environment, live demonstrations, and expert consultations.</w:t>
      </w:r>
      <w:r/>
    </w:p>
    <w:p>
      <w:pPr>
        <w:pStyle w:val="ListNumber"/>
        <w:spacing w:line="240" w:lineRule="auto"/>
        <w:ind w:left="720"/>
      </w:pPr>
      <w:r/>
      <w:hyperlink r:id="rId12">
        <w:r>
          <w:rPr>
            <w:color w:val="0000EE"/>
            <w:u w:val="single"/>
          </w:rPr>
          <w:t>https://toboline.com/in/business-update/2024/10/24/lt-technology-services-launches-cutting-edge-ai-experience-zone-powered-by-nvidia/</w:t>
        </w:r>
      </w:hyperlink>
      <w:r>
        <w:t xml:space="preserve"> - Provides information on the transformative AI applications for mobility and tech sectors and the role of NVIDIA AI in the Experience Zone.</w:t>
      </w:r>
      <w:r/>
    </w:p>
    <w:p>
      <w:pPr>
        <w:pStyle w:val="ListNumber"/>
        <w:spacing w:line="240" w:lineRule="auto"/>
        <w:ind w:left="720"/>
      </w:pPr>
      <w:r/>
      <w:hyperlink r:id="rId13">
        <w:r>
          <w:rPr>
            <w:color w:val="0000EE"/>
            <w:u w:val="single"/>
          </w:rPr>
          <w:t>https://www.ltts.com/press-release/LTTS-unveils-cutting-edge-AI-experience-zone-built-NVIDIA-AI</w:t>
        </w:r>
      </w:hyperlink>
      <w:r>
        <w:t xml:space="preserve"> - Details the launch of the LTTS Experience Zone, its focus on healthcare, telecommunications, and mobility, and the use of NVIDIA AI platforms.</w:t>
      </w:r>
      <w:r/>
    </w:p>
    <w:p>
      <w:pPr>
        <w:pStyle w:val="ListNumber"/>
        <w:spacing w:line="240" w:lineRule="auto"/>
        <w:ind w:left="720"/>
      </w:pPr>
      <w:r/>
      <w:hyperlink r:id="rId14">
        <w:r>
          <w:rPr>
            <w:color w:val="0000EE"/>
            <w:u w:val="single"/>
          </w:rPr>
          <w:t>https://financesaathi.com/news_details/lt-technology-services-launches-ai-experience-zone-powered-by-nvidia-ai</w:t>
        </w:r>
      </w:hyperlink>
      <w:r>
        <w:t xml:space="preserve"> - Corroborates the implementation of Software Defined Architectures in healthcare using NVIDIA Holoscan and NVIDIA IGX.</w:t>
      </w:r>
      <w:r/>
    </w:p>
    <w:p>
      <w:pPr>
        <w:pStyle w:val="ListNumber"/>
        <w:spacing w:line="240" w:lineRule="auto"/>
        <w:ind w:left="720"/>
      </w:pPr>
      <w:r/>
      <w:hyperlink r:id="rId10">
        <w:r>
          <w:rPr>
            <w:color w:val="0000EE"/>
            <w:u w:val="single"/>
          </w:rPr>
          <w:t>https://www.devdiscourse.com/article/technology/3133282-transformative-ai-experience-zone-opens-in-bengaluru-revolutionizing-mobility-and-tech</w:t>
        </w:r>
      </w:hyperlink>
      <w:r>
        <w:t xml:space="preserve"> - Supports the enhancements in telecommunications through generative AI and NVIDIA AI solutions, including 5G integration and network virtualization.</w:t>
      </w:r>
      <w:r/>
    </w:p>
    <w:p>
      <w:pPr>
        <w:pStyle w:val="ListNumber"/>
        <w:spacing w:line="240" w:lineRule="auto"/>
        <w:ind w:left="720"/>
      </w:pPr>
      <w:r/>
      <w:hyperlink r:id="rId11">
        <w:r>
          <w:rPr>
            <w:color w:val="0000EE"/>
            <w:u w:val="single"/>
          </w:rPr>
          <w:t>https://finance.yahoo.com/news/l-t-technology-services-unveils-060000207.html</w:t>
        </w:r>
      </w:hyperlink>
      <w:r>
        <w:t xml:space="preserve"> - Details the collaboration between NVIDIA and LTTS for advanced solutions in the mobility sector, focusing on safety, automation, and predictive maintenance.</w:t>
      </w:r>
      <w:r/>
    </w:p>
    <w:p>
      <w:pPr>
        <w:pStyle w:val="ListNumber"/>
        <w:spacing w:line="240" w:lineRule="auto"/>
        <w:ind w:left="720"/>
      </w:pPr>
      <w:r/>
      <w:hyperlink r:id="rId12">
        <w:r>
          <w:rPr>
            <w:color w:val="0000EE"/>
            <w:u w:val="single"/>
          </w:rPr>
          <w:t>https://toboline.com/in/business-update/2024/10/24/lt-technology-services-launches-cutting-edge-ai-experience-zone-powered-by-nvidia/</w:t>
        </w:r>
      </w:hyperlink>
      <w:r>
        <w:t xml:space="preserve"> - Corroborates LTTS’ efforts in upskilling over 1,000 engineers on NVIDIA software to accelerate AI adoption.</w:t>
      </w:r>
      <w:r/>
    </w:p>
    <w:p>
      <w:pPr>
        <w:pStyle w:val="ListNumber"/>
        <w:spacing w:line="240" w:lineRule="auto"/>
        <w:ind w:left="720"/>
      </w:pPr>
      <w:r/>
      <w:hyperlink r:id="rId13">
        <w:r>
          <w:rPr>
            <w:color w:val="0000EE"/>
            <w:u w:val="single"/>
          </w:rPr>
          <w:t>https://www.ltts.com/press-release/LTTS-unveils-cutting-edge-AI-experience-zone-built-NVIDIA-AI</w:t>
        </w:r>
      </w:hyperlink>
      <w:r>
        <w:t xml:space="preserve"> - Quotes Abhishek Sinha on the launch of the LTTS Experience Zone and its impact on innovation and technological leadership.</w:t>
      </w:r>
      <w:r/>
    </w:p>
    <w:p>
      <w:pPr>
        <w:pStyle w:val="ListNumber"/>
        <w:spacing w:line="240" w:lineRule="auto"/>
        <w:ind w:left="720"/>
      </w:pPr>
      <w:r/>
      <w:hyperlink r:id="rId14">
        <w:r>
          <w:rPr>
            <w:color w:val="0000EE"/>
            <w:u w:val="single"/>
          </w:rPr>
          <w:t>https://financesaathi.com/news_details/lt-technology-services-launches-ai-experience-zone-powered-by-nvidia-ai</w:t>
        </w:r>
      </w:hyperlink>
      <w:r>
        <w:t xml:space="preserve"> - Supports Vishal Dhupar's statement on the importance of generative AI and India's potential for technological sovereignty with homegrown solutions.</w:t>
      </w:r>
      <w:r/>
    </w:p>
    <w:p>
      <w:pPr>
        <w:pStyle w:val="ListNumber"/>
        <w:spacing w:line="240" w:lineRule="auto"/>
        <w:ind w:left="720"/>
      </w:pPr>
      <w:r/>
      <w:hyperlink r:id="rId12">
        <w:r>
          <w:rPr>
            <w:color w:val="0000EE"/>
            <w:u w:val="single"/>
          </w:rPr>
          <w:t>https://toboline.com/in/business-update/2024/10/24/lt-technology-services-launches-cutting-edge-ai-experience-zone-powered-by-nvidia/</w:t>
        </w:r>
      </w:hyperlink>
      <w:r>
        <w:t xml:space="preserve"> - Details the availability of the LTTS Experience Zone for guided tours, demonstrations, and discussions for industry experts, partners, and customers.</w:t>
      </w:r>
      <w:r/>
    </w:p>
    <w:p>
      <w:pPr>
        <w:pStyle w:val="ListNumber"/>
        <w:spacing w:line="240" w:lineRule="auto"/>
        <w:ind w:left="720"/>
      </w:pPr>
      <w:r/>
      <w:hyperlink r:id="rId15">
        <w:r>
          <w:rPr>
            <w:color w:val="0000EE"/>
            <w:u w:val="single"/>
          </w:rPr>
          <w:t>https://www.iot-now.com/2024/10/28/147546-ltts-launches-ai-experience-zone-in-bengaluru-with-nvidia-partnership/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vdiscourse.com/article/technology/3133282-transformative-ai-experience-zone-opens-in-bengaluru-revolutionizing-mobility-and-tech" TargetMode="External"/><Relationship Id="rId11" Type="http://schemas.openxmlformats.org/officeDocument/2006/relationships/hyperlink" Target="https://finance.yahoo.com/news/l-t-technology-services-unveils-060000207.html" TargetMode="External"/><Relationship Id="rId12" Type="http://schemas.openxmlformats.org/officeDocument/2006/relationships/hyperlink" Target="https://toboline.com/in/business-update/2024/10/24/lt-technology-services-launches-cutting-edge-ai-experience-zone-powered-by-nvidia/" TargetMode="External"/><Relationship Id="rId13" Type="http://schemas.openxmlformats.org/officeDocument/2006/relationships/hyperlink" Target="https://www.ltts.com/press-release/LTTS-unveils-cutting-edge-AI-experience-zone-built-NVIDIA-AI" TargetMode="External"/><Relationship Id="rId14" Type="http://schemas.openxmlformats.org/officeDocument/2006/relationships/hyperlink" Target="https://financesaathi.com/news_details/lt-technology-services-launches-ai-experience-zone-powered-by-nvidia-ai" TargetMode="External"/><Relationship Id="rId15" Type="http://schemas.openxmlformats.org/officeDocument/2006/relationships/hyperlink" Target="https://www.iot-now.com/2024/10/28/147546-ltts-launches-ai-experience-zone-in-bengaluru-with-nvidia-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