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Lawrenceville residents gear up for upcoming events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ALERT: Lawrenceville Residents Gear Up for Upcoming Events</w:t>
      </w:r>
      <w:r/>
    </w:p>
    <w:p>
      <w:r/>
      <w:r>
        <w:t>Lawrenceville, a vibrant town known for its active community life and supportive local businesses, is gearing up for a series of exciting events scheduled over the coming days. With a blend of creative, festive, and educational options, there's something for everyone to enjoy.</w:t>
      </w:r>
      <w:r/>
    </w:p>
    <w:p>
      <w:r/>
      <w:r>
        <w:rPr>
          <w:b/>
        </w:rPr>
        <w:t>AI Fiction Writing Masterclass: A Virtual Experience</w:t>
      </w:r>
      <w:r/>
    </w:p>
    <w:p>
      <w:r/>
      <w:r>
        <w:t>Kicking off the calendar of events is the AI Fiction Writing Masterclass, which will be held virtually. Aspiring writers from the area are invited to participate in this unique session aimed at enhancing their storytelling skills using artificial intelligence. The masterclass promises to explore how AI can be leveraged in creative writing, offering participants an opportunity to learn new techniques and enhance their craft.</w:t>
      </w:r>
      <w:r/>
    </w:p>
    <w:p>
      <w:r/>
      <w:r>
        <w:rPr>
          <w:b/>
        </w:rPr>
        <w:t>Family Fun at BooFest in Lawrenceville Lawn</w:t>
      </w:r>
      <w:r/>
    </w:p>
    <w:p>
      <w:r/>
      <w:r>
        <w:t>For those looking for a fun family outing, BooFest will be taking place at Lawrenceville Lawn. This festive event is expected to attract families from across the region, offering a variety of activities suitable for all ages. While specific details about the activities planned are not fully disclosed, organizers hint at a day filled with entertainment and seasonal delights.</w:t>
      </w:r>
      <w:r/>
    </w:p>
    <w:p>
      <w:r/>
      <w:r>
        <w:rPr>
          <w:b/>
        </w:rPr>
        <w:t>Music and Entertainment with Dave &amp; BOOSTERS</w:t>
      </w:r>
      <w:r/>
    </w:p>
    <w:p>
      <w:r/>
      <w:r>
        <w:t>Adding to the lively atmosphere, Dave &amp; BOOSTERS will be performing in Lawrenceville. Known for their engaging performances, the group is set to deliver an exciting evening for music lovers. Attendees can expect a repertoire that appeals to a wide audience, promising to keep spirits high and feet tapping.</w:t>
      </w:r>
      <w:r/>
    </w:p>
    <w:p>
      <w:r/>
      <w:r>
        <w:rPr>
          <w:b/>
        </w:rPr>
        <w:t>Weather Forecast for Lawrenceville</w:t>
      </w:r>
      <w:r/>
    </w:p>
    <w:p>
      <w:r/>
      <w:r>
        <w:t>The week is looking bright for Lawrenceville residents with mostly sunny skies predicted. On Monday, temperatures are expected to reach a high of 69 degrees with a low of 52 degrees, making it a pleasant day for outdoor activities. As the week progresses, temperatures will gradually rise, with highs of 73 and 77 degrees expected on Tuesday and Wednesday, respectively. These conditions create the perfect backdrop for the upcoming events.</w:t>
      </w:r>
      <w:r/>
    </w:p>
    <w:p>
      <w:r/>
      <w:r>
        <w:rPr>
          <w:b/>
        </w:rPr>
        <w:t>Supporting Local Businesses</w:t>
      </w:r>
      <w:r/>
    </w:p>
    <w:p>
      <w:r/>
      <w:r>
        <w:t>The town of Lawrenceville flourishes partly due to its robust community engagement and the support shown to local businesses. As events unfold this week, the local business community stands ready to provide the necessary amenities and services to ensure these occasions are successful and enjoyable for all.</w:t>
      </w:r>
      <w:r/>
    </w:p>
    <w:p>
      <w:r/>
      <w:r>
        <w:t>Residents are encouraged to partake in these events as they unfold, celebrating community spirit in this active and welcoming town. With virtual and in-person options available, Lawrenceville offers varied experiences to suit a range of interests and preferences. The community looks forward to seeing how these events unfold, knowing they contribute to the area's dynamic culture and charm.</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https://patch.com/georgia/lawrenceville-ga/calendar</w:t>
        </w:r>
      </w:hyperlink>
      <w:r>
        <w:t xml:space="preserve"> - Corroborates the AI Fiction Writing Masterclass event in Lawrenceville.</w:t>
      </w:r>
      <w:r/>
    </w:p>
    <w:p>
      <w:pPr>
        <w:pStyle w:val="ListNumber"/>
        <w:spacing w:line="240" w:lineRule="auto"/>
        <w:ind w:left="720"/>
      </w:pPr>
      <w:r/>
      <w:hyperlink r:id="rId11">
        <w:r>
          <w:rPr>
            <w:color w:val="0000EE"/>
            <w:u w:val="single"/>
          </w:rPr>
          <w:t>https://www.lawrencevillega.org/371/City-Events</w:t>
        </w:r>
      </w:hyperlink>
      <w:r>
        <w:t xml:space="preserve"> - Provides information on various events in Lawrenceville, including those held at Lawrenceville Lawn.</w:t>
      </w:r>
      <w:r/>
    </w:p>
    <w:p>
      <w:pPr>
        <w:pStyle w:val="ListNumber"/>
        <w:spacing w:line="240" w:lineRule="auto"/>
        <w:ind w:left="720"/>
      </w:pPr>
      <w:r/>
      <w:hyperlink r:id="rId12">
        <w:r>
          <w:rPr>
            <w:color w:val="0000EE"/>
            <w:u w:val="single"/>
          </w:rPr>
          <w:t>https://exploregeorgia.org/lawrenceville/events/family-friendly/boo-fest</w:t>
        </w:r>
      </w:hyperlink>
      <w:r>
        <w:t xml:space="preserve"> - Details the BooFest event at Lawrenceville Lawn, including family-friendly activities and entertainment.</w:t>
      </w:r>
      <w:r/>
    </w:p>
    <w:p>
      <w:pPr>
        <w:pStyle w:val="ListNumber"/>
        <w:spacing w:line="240" w:lineRule="auto"/>
        <w:ind w:left="720"/>
      </w:pPr>
      <w:r/>
      <w:hyperlink r:id="rId11">
        <w:r>
          <w:rPr>
            <w:color w:val="0000EE"/>
            <w:u w:val="single"/>
          </w:rPr>
          <w:t>https://www.lawrencevillega.org/371/City-Events</w:t>
        </w:r>
      </w:hyperlink>
      <w:r>
        <w:t xml:space="preserve"> - Mentions the support of local businesses and community engagement in Lawrenceville.</w:t>
      </w:r>
      <w:r/>
    </w:p>
    <w:p>
      <w:pPr>
        <w:pStyle w:val="ListNumber"/>
        <w:spacing w:line="240" w:lineRule="auto"/>
        <w:ind w:left="720"/>
      </w:pPr>
      <w:r/>
      <w:hyperlink r:id="rId13">
        <w:r>
          <w:rPr>
            <w:color w:val="0000EE"/>
            <w:u w:val="single"/>
          </w:rPr>
          <w:t>https://downtownlawrencevillega.com/calendar.aspx</w:t>
        </w:r>
      </w:hyperlink>
      <w:r>
        <w:t xml:space="preserve"> - Lists various events in Downtown Lawrenceville, including those that support local businesses and community activities.</w:t>
      </w:r>
      <w:r/>
    </w:p>
    <w:p>
      <w:pPr>
        <w:pStyle w:val="ListNumber"/>
        <w:spacing w:line="240" w:lineRule="auto"/>
        <w:ind w:left="720"/>
      </w:pPr>
      <w:r/>
      <w:hyperlink r:id="rId10">
        <w:r>
          <w:rPr>
            <w:color w:val="0000EE"/>
            <w:u w:val="single"/>
          </w:rPr>
          <w:t>https://patch.com/georgia/lawrenceville-ga/calendar</w:t>
        </w:r>
      </w:hyperlink>
      <w:r>
        <w:t xml:space="preserve"> - Includes information on music and entertainment events in Lawrenceville, such as performances by local groups.</w:t>
      </w:r>
      <w:r/>
    </w:p>
    <w:p>
      <w:pPr>
        <w:pStyle w:val="ListNumber"/>
        <w:spacing w:line="240" w:lineRule="auto"/>
        <w:ind w:left="720"/>
      </w:pPr>
      <w:r/>
      <w:hyperlink r:id="rId11">
        <w:r>
          <w:rPr>
            <w:color w:val="0000EE"/>
            <w:u w:val="single"/>
          </w:rPr>
          <w:t>https://www.lawrencevillega.org/371/City-Events</w:t>
        </w:r>
      </w:hyperlink>
      <w:r>
        <w:t xml:space="preserve"> - Highlights the community spirit and various events that contribute to Lawrenceville's dynamic culture.</w:t>
      </w:r>
      <w:r/>
    </w:p>
    <w:p>
      <w:pPr>
        <w:pStyle w:val="ListNumber"/>
        <w:spacing w:line="240" w:lineRule="auto"/>
        <w:ind w:left="720"/>
      </w:pPr>
      <w:r/>
      <w:hyperlink r:id="rId13">
        <w:r>
          <w:rPr>
            <w:color w:val="0000EE"/>
            <w:u w:val="single"/>
          </w:rPr>
          <w:t>https://downtownlawrencevillega.com/calendar.aspx</w:t>
        </w:r>
      </w:hyperlink>
      <w:r>
        <w:t xml:space="preserve"> - Provides a calendar of events in Downtown Lawrenceville, showing a range of activities and entertainment options.</w:t>
      </w:r>
      <w:r/>
    </w:p>
    <w:p>
      <w:pPr>
        <w:pStyle w:val="ListNumber"/>
        <w:spacing w:line="240" w:lineRule="auto"/>
        <w:ind w:left="720"/>
      </w:pPr>
      <w:r/>
      <w:hyperlink r:id="rId12">
        <w:r>
          <w:rPr>
            <w:color w:val="0000EE"/>
            <w:u w:val="single"/>
          </w:rPr>
          <w:t>https://exploregeorgia.org/lawrenceville/events/family-friendly/boo-fest</w:t>
        </w:r>
      </w:hyperlink>
      <w:r>
        <w:t xml:space="preserve"> - Details the family-friendly nature of BooFest and its appeal to a wide range of ages.</w:t>
      </w:r>
      <w:r/>
    </w:p>
    <w:p>
      <w:pPr>
        <w:pStyle w:val="ListNumber"/>
        <w:spacing w:line="240" w:lineRule="auto"/>
        <w:ind w:left="720"/>
      </w:pPr>
      <w:r/>
      <w:hyperlink r:id="rId11">
        <w:r>
          <w:rPr>
            <w:color w:val="0000EE"/>
            <w:u w:val="single"/>
          </w:rPr>
          <w:t>https://www.lawrencevillega.org/371/City-Events</w:t>
        </w:r>
      </w:hyperlink>
      <w:r>
        <w:t xml:space="preserve"> - Mentions the various venues and locations where events are held in Lawrenceville, such as the Lawrenceville Lawn.</w:t>
      </w:r>
      <w:r/>
    </w:p>
    <w:p>
      <w:pPr>
        <w:pStyle w:val="ListNumber"/>
        <w:spacing w:line="240" w:lineRule="auto"/>
        <w:ind w:left="720"/>
      </w:pPr>
      <w:r/>
      <w:hyperlink r:id="rId14">
        <w:r>
          <w:rPr>
            <w:color w:val="0000EE"/>
            <w:u w:val="single"/>
          </w:rPr>
          <w:t>https://patch.com/georgia/lawrenceville-ga/ai-fiction-writing-masterclass-11-more-events-nodx-20241028?utm_source=article-mostrecent&amp;utm_medium=rss&amp;utm_term=community%20corner&amp;utm_campaign=recirc&amp;utm_content=aol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patch.com/georgia/lawrenceville-ga/calendar" TargetMode="External"/><Relationship Id="rId11" Type="http://schemas.openxmlformats.org/officeDocument/2006/relationships/hyperlink" Target="https://www.lawrencevillega.org/371/City-Events" TargetMode="External"/><Relationship Id="rId12" Type="http://schemas.openxmlformats.org/officeDocument/2006/relationships/hyperlink" Target="https://exploregeorgia.org/lawrenceville/events/family-friendly/boo-fest" TargetMode="External"/><Relationship Id="rId13" Type="http://schemas.openxmlformats.org/officeDocument/2006/relationships/hyperlink" Target="https://downtownlawrencevillega.com/calendar.aspx" TargetMode="External"/><Relationship Id="rId14" Type="http://schemas.openxmlformats.org/officeDocument/2006/relationships/hyperlink" Target="https://patch.com/georgia/lawrenceville-ga/ai-fiction-writing-masterclass-11-more-events-nodx-20241028?utm_source=article-mostrecent&amp;utm_medium=rss&amp;utm_term=community%20corner&amp;utm_campaign=recirc&amp;utm_content=ao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