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Manah Wellness launches revolutionary AI tool 'myBuddy' for mental health support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Manah Wellness Launches Revolutionary AI Tool 'myBuddy' for Mental Health Support</w:t>
      </w:r>
      <w:r/>
    </w:p>
    <w:p>
      <w:r/>
      <w:r>
        <w:t>In a significant advancement for mental health support, Manah Wellness has unveiled myBuddy, a groundbreaking AI-based copilot designed to improve communication regarding mental health and wellbeing. This innovative platform promises to enhance the quality and relevance of responses for individuals engaging in conversations about mental health.</w:t>
      </w:r>
      <w:r/>
    </w:p>
    <w:p>
      <w:r/>
      <w:r>
        <w:t>Manah Wellness Co-founder and CEO, Dr Ashwin Naik, highlighted that mental health issues are often rooted in societal norms and long-standing beliefs that discourage individuals from seeking help. "Eighty-five percent of those with mental health issues do not reach out for assistance. To challenge these beliefs and gain a broader understanding of mental health, it's crucial to access accurate information and discuss fears and apprehensions within a safe, supportive environment," Naik explained.</w:t>
      </w:r>
      <w:r/>
    </w:p>
    <w:p>
      <w:r/>
      <w:r>
        <w:t>The myBuddy platform stands apart from other mental wellbeing copilots as it does not draw on potentially unreliable internet data. Instead, it bases its responses on a comprehensive knowledge repository developed internally by Manah Wellness in conjunction with the White Swan Foundation, an organisation noted for its extensive mental health and wellbeing resources.</w:t>
      </w:r>
      <w:r/>
    </w:p>
    <w:p>
      <w:r/>
      <w:r>
        <w:t>White Swan Foundation has contributed to creating one of the most extensive repositories of mental health knowledge. Manah’s team, leveraging their psychological expertise, have identified and provided incisive answers to approximately one thousand of the most common questions individuals might have about mental health. These curated responses are integrated into the myBuddy engine to create a database specifically designed to help users navigate their mental wellbeing queries effectively.</w:t>
      </w:r>
      <w:r/>
    </w:p>
    <w:p>
      <w:r/>
      <w:r>
        <w:t>"myBuddy is a unique asset in addressing the often-overlooked questions and concerns from individuals unfamiliar with mental health dialogue. It supports conversations across all Indian and global languages," says Ritika Arora, Co-founder and COO of Manah Wellness. The platform is viewed as particularly beneficial for workplace environments, assisting employees in managing daily stressors and initiating a journey towards improved wellbeing.</w:t>
      </w:r>
      <w:r/>
    </w:p>
    <w:p>
      <w:r/>
      <w:r>
        <w:t>The newly launched AI tool is part of Manah's broader digital platform, Manahverse, which is geared toward enhancing workplace mental health programmes. Organisations aiming to deliver pertinent and accessible mental wellbeing solutions to their employees can integrate these tools into their mental health strategies.</w:t>
      </w:r>
      <w:r/>
    </w:p>
    <w:p>
      <w:r/>
      <w:r>
        <w:t>For those interested in further exploring the offerings of Manahverse, additional information is available on the Manah Wellness website. This initiative underscores Manah Wellness’s commitment to providing innovative solutions in the realm of mental health, fostering environments where open dialogue and understanding are both accessible and encouraged.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https://apacnewsnetwork.com/2024/10/manah-wellness-launches-ai-tool-mybuddy-to-support-mental-wellbeing/</w:t>
        </w:r>
      </w:hyperlink>
      <w:r>
        <w:t xml:space="preserve"> - This article corroborates the launch of myBuddy by Manah Wellness and its design to help people make informed decisions about their mental health.</w:t>
      </w:r>
      <w:r/>
    </w:p>
    <w:p>
      <w:pPr>
        <w:pStyle w:val="ListNumber"/>
        <w:spacing w:line="240" w:lineRule="auto"/>
        <w:ind w:left="720"/>
      </w:pPr>
      <w:r/>
      <w:hyperlink r:id="rId11">
        <w:r>
          <w:rPr>
            <w:color w:val="0000EE"/>
            <w:u w:val="single"/>
          </w:rPr>
          <w:t>https://www.passionateinmarketing.com/manah-launches-worlds-first-curated-ai-based-copilot-for-mental-wellbeing/</w:t>
        </w:r>
      </w:hyperlink>
      <w:r>
        <w:t xml:space="preserve"> - This source confirms that myBuddy is the world's first curated AI-based copilot for mental wellbeing and highlights its unique knowledge repository.</w:t>
      </w:r>
      <w:r/>
    </w:p>
    <w:p>
      <w:pPr>
        <w:pStyle w:val="ListNumber"/>
        <w:spacing w:line="240" w:lineRule="auto"/>
        <w:ind w:left="720"/>
      </w:pPr>
      <w:r/>
      <w:hyperlink r:id="rId12">
        <w:r>
          <w:rPr>
            <w:color w:val="0000EE"/>
            <w:u w:val="single"/>
          </w:rPr>
          <w:t>https://economictimes.indiatimes.com/tech/artificial-intelligence/ai-based-multilingual-chatbot-mybuddy-for-mental-wellbeing/articleshow/114124455.cms</w:t>
        </w:r>
      </w:hyperlink>
      <w:r>
        <w:t xml:space="preserve"> - This article supports the fact that myBuddy is an AI-based multilingual chatbot and its collaboration with the White Swan Foundation to create a knowledge repository on mental health.</w:t>
      </w:r>
      <w:r/>
    </w:p>
    <w:p>
      <w:pPr>
        <w:pStyle w:val="ListNumber"/>
        <w:spacing w:line="240" w:lineRule="auto"/>
        <w:ind w:left="720"/>
      </w:pPr>
      <w:r/>
      <w:hyperlink r:id="rId13">
        <w:r>
          <w:rPr>
            <w:color w:val="0000EE"/>
            <w:u w:val="single"/>
          </w:rPr>
          <w:t>https://bwhealthcareworld.com/article/manah-wellness-unveils-mybuddy-the-world%E2%80%99s-first-curated-ai-copilot-for-mental-wellbeing-535942</w:t>
        </w:r>
      </w:hyperlink>
      <w:r>
        <w:t xml:space="preserve"> - This source confirms myBuddy as the world's first curated AI copilot for mental wellbeing and its integration into Manah's digital platform.</w:t>
      </w:r>
      <w:r/>
    </w:p>
    <w:p>
      <w:pPr>
        <w:pStyle w:val="ListNumber"/>
        <w:spacing w:line="240" w:lineRule="auto"/>
        <w:ind w:left="720"/>
      </w:pPr>
      <w:r/>
      <w:hyperlink r:id="rId12">
        <w:r>
          <w:rPr>
            <w:color w:val="0000EE"/>
            <w:u w:val="single"/>
          </w:rPr>
          <w:t>https://economictimes.indiatimes.com/tech/artificial-intelligence/ai-based-multilingual-chatbot-mybuddy-for-mental-wellbeing/articleshow/114124455.cms</w:t>
        </w:r>
      </w:hyperlink>
      <w:r>
        <w:t xml:space="preserve"> - This article explains Dr. Ashwin Naik's statement about the societal roots of mental health issues and the importance of accurate information.</w:t>
      </w:r>
      <w:r/>
    </w:p>
    <w:p>
      <w:pPr>
        <w:pStyle w:val="ListNumber"/>
        <w:spacing w:line="240" w:lineRule="auto"/>
        <w:ind w:left="720"/>
      </w:pPr>
      <w:r/>
      <w:hyperlink r:id="rId13">
        <w:r>
          <w:rPr>
            <w:color w:val="0000EE"/>
            <w:u w:val="single"/>
          </w:rPr>
          <w:t>https://bwhealthcareworld.com/article/manah-wellness-unveils-mybuddy-the-world%E2%80%99s-first-curated-ai-copilot-for-mental-wellbeing-535942</w:t>
        </w:r>
      </w:hyperlink>
      <w:r>
        <w:t xml:space="preserve"> - This source details the comprehensive knowledge repository developed by Manah Wellness and the White Swan Foundation.</w:t>
      </w:r>
      <w:r/>
    </w:p>
    <w:p>
      <w:pPr>
        <w:pStyle w:val="ListNumber"/>
        <w:spacing w:line="240" w:lineRule="auto"/>
        <w:ind w:left="720"/>
      </w:pPr>
      <w:r/>
      <w:hyperlink r:id="rId10">
        <w:r>
          <w:rPr>
            <w:color w:val="0000EE"/>
            <w:u w:val="single"/>
          </w:rPr>
          <w:t>https://apacnewsnetwork.com/2024/10/manah-wellness-launches-ai-tool-mybuddy-to-support-mental-wellbeing/</w:t>
        </w:r>
      </w:hyperlink>
      <w:r>
        <w:t xml:space="preserve"> - This article mentions that myBuddy answers over a thousand common mental health questions, curated by psychologists.</w:t>
      </w:r>
      <w:r/>
    </w:p>
    <w:p>
      <w:pPr>
        <w:pStyle w:val="ListNumber"/>
        <w:spacing w:line="240" w:lineRule="auto"/>
        <w:ind w:left="720"/>
      </w:pPr>
      <w:r/>
      <w:hyperlink r:id="rId12">
        <w:r>
          <w:rPr>
            <w:color w:val="0000EE"/>
            <w:u w:val="single"/>
          </w:rPr>
          <w:t>https://economictimes.indiatimes.com/tech/artificial-intelligence/ai-based-multilingual-chatbot-mybuddy-for-mental-wellbeing/articleshow/114124455.cms</w:t>
        </w:r>
      </w:hyperlink>
      <w:r>
        <w:t xml:space="preserve"> - This source highlights the multilingual capability of myBuddy and its benefits in workplace environments.</w:t>
      </w:r>
      <w:r/>
    </w:p>
    <w:p>
      <w:pPr>
        <w:pStyle w:val="ListNumber"/>
        <w:spacing w:line="240" w:lineRule="auto"/>
        <w:ind w:left="720"/>
      </w:pPr>
      <w:r/>
      <w:hyperlink r:id="rId11">
        <w:r>
          <w:rPr>
            <w:color w:val="0000EE"/>
            <w:u w:val="single"/>
          </w:rPr>
          <w:t>https://www.passionateinmarketing.com/manah-launches-worlds-first-curated-ai-based-copilot-for-mental-wellbeing/</w:t>
        </w:r>
      </w:hyperlink>
      <w:r>
        <w:t xml:space="preserve"> - This article explains how myBuddy is part of Manah's broader digital platform, Manahverse, aimed at enhancing workplace mental health programs.</w:t>
      </w:r>
      <w:r/>
    </w:p>
    <w:p>
      <w:pPr>
        <w:pStyle w:val="ListNumber"/>
        <w:spacing w:line="240" w:lineRule="auto"/>
        <w:ind w:left="720"/>
      </w:pPr>
      <w:r/>
      <w:hyperlink r:id="rId13">
        <w:r>
          <w:rPr>
            <w:color w:val="0000EE"/>
            <w:u w:val="single"/>
          </w:rPr>
          <w:t>https://bwhealthcareworld.com/article/manah-wellness-unveils-mybuddy-the-world%E2%80%99s-first-curated-ai-copilot-for-mental-wellbeing-535942</w:t>
        </w:r>
      </w:hyperlink>
      <w:r>
        <w:t xml:space="preserve"> - This source underscores Manah Wellness’s commitment to providing innovative solutions in the realm of mental health.</w:t>
      </w:r>
      <w:r/>
    </w:p>
    <w:p>
      <w:pPr>
        <w:pStyle w:val="ListNumber"/>
        <w:spacing w:line="240" w:lineRule="auto"/>
        <w:ind w:left="720"/>
      </w:pPr>
      <w:r/>
      <w:hyperlink r:id="rId12">
        <w:r>
          <w:rPr>
            <w:color w:val="0000EE"/>
            <w:u w:val="single"/>
          </w:rPr>
          <w:t>https://economictimes.indiatimes.com/tech/artificial-intelligence/ai-based-multilingual-chatbot-mybuddy-for-mental-wellbeing/articleshow/114124455.cms</w:t>
        </w:r>
      </w:hyperlink>
      <w:r>
        <w:t xml:space="preserve"> - This article provides additional context on how myBuddy supports conversations across various languages, making it beneficial for global users.</w:t>
      </w:r>
      <w:r/>
    </w:p>
    <w:p>
      <w:pPr>
        <w:pStyle w:val="ListNumber"/>
        <w:spacing w:line="240" w:lineRule="auto"/>
        <w:ind w:left="720"/>
      </w:pPr>
      <w:r/>
      <w:hyperlink r:id="rId11">
        <w:r>
          <w:rPr>
            <w:color w:val="0000EE"/>
            <w:u w:val="single"/>
          </w:rPr>
          <w:t>https://www.passionateinmarketing.com/manah-launches-worlds-first-curated-ai-based-copilot-for-mental-wellbeing/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pacnewsnetwork.com/2024/10/manah-wellness-launches-ai-tool-mybuddy-to-support-mental-wellbeing/" TargetMode="External"/><Relationship Id="rId11" Type="http://schemas.openxmlformats.org/officeDocument/2006/relationships/hyperlink" Target="https://www.passionateinmarketing.com/manah-launches-worlds-first-curated-ai-based-copilot-for-mental-wellbeing/" TargetMode="External"/><Relationship Id="rId12" Type="http://schemas.openxmlformats.org/officeDocument/2006/relationships/hyperlink" Target="https://economictimes.indiatimes.com/tech/artificial-intelligence/ai-based-multilingual-chatbot-mybuddy-for-mental-wellbeing/articleshow/114124455.cms" TargetMode="External"/><Relationship Id="rId13" Type="http://schemas.openxmlformats.org/officeDocument/2006/relationships/hyperlink" Target="https://bwhealthcareworld.com/article/manah-wellness-unveils-mybuddy-the-world%E2%80%99s-first-curated-ai-copilot-for-mental-wellbeing-53594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