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Nvidia's market surge: AI prowess briefly propels company past Apple in valuation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Nvidia's Market Surge: AI Prowess Briefly Propels Company Past Apple in Valuation</w:t>
      </w:r>
      <w:r/>
    </w:p>
    <w:p>
      <w:r/>
      <w:r>
        <w:t>In a dramatic shake-up within the tech landscape, Californian tech giant Nvidia has experienced a significant surge in market valuation, briefly surpassing Apple to become the world's most valuable company. This unexpected development centres around Nvidia's leading position in the rapidly expanding field of artificial intelligence (AI), rather than its traditional roots in gaming graphics processing units (GPUs).</w:t>
      </w:r>
      <w:r/>
    </w:p>
    <w:p>
      <w:r/>
      <w:r>
        <w:t>On Friday, Nvidia's market value reached an impressive $3.53 trillion, momentarily outstripping Apple's $3.52 trillion, according to data from LSEG reported by Reuters. By the end of the trading day, Apple reclaimed its position as the most valuable company, closing at $3.52 trillion. Nevertheless, Nvidia maintained a market value of $3.47 trillion, marking a notable 0.8 percent increase over the day.</w:t>
      </w:r>
      <w:r/>
    </w:p>
    <w:p>
      <w:r/>
      <w:r>
        <w:t>The data indicates a close contest between Nvidia, Apple, and Microsoft for the title of the world's most valuable company. Nvidia briefly held the lead in June, before being overtaken by its competitors. On the same Friday, Microsoft registered a market value of $3.18 trillion.</w:t>
      </w:r>
      <w:r/>
    </w:p>
    <w:p>
      <w:r/>
      <w:r>
        <w:t>Nvidia's ascendancy in the market can be attributed to its pivotal role as the primary supplier of processors essential for AI computing, which necessitates immense processing power. Earlier this month, the company announced a new AI model that reportedly surpasses the performance of similar offerings from rivals, including those from OpenAI, known for creating Chat GPT. This marks a significant shift in focus for Nvidia, amplifying its AI capabilities alongside its established GPU products.</w:t>
      </w:r>
      <w:r/>
    </w:p>
    <w:p>
      <w:r/>
      <w:r>
        <w:t>Russ Mould, an investment director at AJ Bell, underscored the burgeoning demand for Nvidia's technology. "More companies are now embracing artificial intelligence in their everyday tasks, and demand remains strong for Nvidia chips," Mould told Reuters. He added that as long as the US economy avoids a significant downturn, robust investment in AI capabilities is expected to continue, providing sustained market momentum for Nvidia.</w:t>
      </w:r>
      <w:r/>
    </w:p>
    <w:p>
      <w:r/>
      <w:r>
        <w:t>Nvidia's President and CEO, Jensen Huang, elaborated on the intertwining future of AI and graphics processing. Highlighting the transformative potential of AI in enhancing graphical capabilities, Huang remarked, "We compute one pixel, we infer the other 32. I mean, it's incredible. And so we hallucinate, if you will, the other 32, and it looks temporally stable, it looks photorealistic, and the image quality is incredible, the performance is incredible."</w:t>
      </w:r>
      <w:r/>
    </w:p>
    <w:p>
      <w:r/>
      <w:r>
        <w:t>In a move signalling further growth, Nvidia is set to supply components for the upcoming Nintendo Switch 2 console, a collaboration explored by Digital Foundry last year. Additionally, the tech behemoth is expected to announce its next series of high-end graphics cards soon, likely further cementing its standing in the competitive tech marketplace.</w:t>
      </w:r>
      <w:r/>
    </w:p>
    <w:p>
      <w:r/>
      <w:r>
        <w:t>As the competition intensifies among tech leaders, Nvidia's brief overtaking of Apple highlights the influential role AI developments play in shaping the global technology market, potentially redrawing the lines of dominance in this relentlessly innovative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https://news.slashdot.org/story/24/06/05/2041224/nvidia-hits-3-trillion-market-cap-on-back-of-ai-boom</w:t>
        </w:r>
      </w:hyperlink>
      <w:r>
        <w:t xml:space="preserve"> - Nvidia reaching a $3 trillion market cap and its role in AI, surpassing Apple and briefly holding the second-largest public company position behind Microsoft.</w:t>
      </w:r>
      <w:r/>
    </w:p>
    <w:p>
      <w:pPr>
        <w:pStyle w:val="ListNumber"/>
        <w:spacing w:line="240" w:lineRule="auto"/>
        <w:ind w:left="720"/>
      </w:pPr>
      <w:r/>
      <w:hyperlink r:id="rId11">
        <w:r>
          <w:rPr>
            <w:color w:val="0000EE"/>
            <w:u w:val="single"/>
          </w:rPr>
          <w:t>https://dig.watch/updates/nvidia-poised-to-overtake-apples-top-spot-in-market-value</w:t>
        </w:r>
      </w:hyperlink>
      <w:r>
        <w:t xml:space="preserve"> - Nvidia's shares reaching a record high, pushing the company closer to overtaking Apple as the most valuable company, driven by AI expansion.</w:t>
      </w:r>
      <w:r/>
    </w:p>
    <w:p>
      <w:pPr>
        <w:pStyle w:val="ListNumber"/>
        <w:spacing w:line="240" w:lineRule="auto"/>
        <w:ind w:left="720"/>
      </w:pPr>
      <w:r/>
      <w:hyperlink r:id="rId12">
        <w:r>
          <w:rPr>
            <w:color w:val="0000EE"/>
            <w:u w:val="single"/>
          </w:rPr>
          <w:t>https://finance.yahoo.com/news/nvidia-dethrones-apple-worlds-most-015035350.html</w:t>
        </w:r>
      </w:hyperlink>
      <w:r>
        <w:t xml:space="preserve"> - Nvidia briefly surpassing Apple as the world's most valuable company with a $3.53 trillion valuation, driven by its GPUs and AI technology.</w:t>
      </w:r>
      <w:r/>
    </w:p>
    <w:p>
      <w:pPr>
        <w:pStyle w:val="ListNumber"/>
        <w:spacing w:line="240" w:lineRule="auto"/>
        <w:ind w:left="720"/>
      </w:pPr>
      <w:r/>
      <w:hyperlink r:id="rId13">
        <w:r>
          <w:rPr>
            <w:color w:val="0000EE"/>
            <w:u w:val="single"/>
          </w:rPr>
          <w:t>https://www.bobsguide.com/how-nvidia-surpassed-microsoft-and-apple-to-become-worlds-most-valuable-company/</w:t>
        </w:r>
      </w:hyperlink>
      <w:r>
        <w:t xml:space="preserve"> - Nvidia overtaking Microsoft and Apple in market value, becoming the world's most valuable public company due to its critical role in the AI market.</w:t>
      </w:r>
      <w:r/>
    </w:p>
    <w:p>
      <w:pPr>
        <w:pStyle w:val="ListNumber"/>
        <w:spacing w:line="240" w:lineRule="auto"/>
        <w:ind w:left="720"/>
      </w:pPr>
      <w:r/>
      <w:hyperlink r:id="rId14">
        <w:r>
          <w:rPr>
            <w:color w:val="0000EE"/>
            <w:u w:val="single"/>
          </w:rPr>
          <w:t>https://www.valuethemarkets.com/analysis/nvidia-overtakes-tech-giants-in-market-value</w:t>
        </w:r>
      </w:hyperlink>
      <w:r>
        <w:t xml:space="preserve"> - Nvidia's dominance in the AI market, leading to its emergence as the world's most valuable company, and the competitive landscape among Nvidia, Apple, and Microsoft.</w:t>
      </w:r>
      <w:r/>
    </w:p>
    <w:p>
      <w:pPr>
        <w:pStyle w:val="ListNumber"/>
        <w:spacing w:line="240" w:lineRule="auto"/>
        <w:ind w:left="720"/>
      </w:pPr>
      <w:r/>
      <w:hyperlink r:id="rId10">
        <w:r>
          <w:rPr>
            <w:color w:val="0000EE"/>
            <w:u w:val="single"/>
          </w:rPr>
          <w:t>https://news.slashdot.org/story/24/06/05/2041224/nvidia-hits-3-trillion-market-cap-on-back-of-ai-boom</w:t>
        </w:r>
      </w:hyperlink>
      <w:r>
        <w:t xml:space="preserve"> - The high demand for Nvidia's chips in AI applications and the company's rapid growth in recent years.</w:t>
      </w:r>
      <w:r/>
    </w:p>
    <w:p>
      <w:pPr>
        <w:pStyle w:val="ListNumber"/>
        <w:spacing w:line="240" w:lineRule="auto"/>
        <w:ind w:left="720"/>
      </w:pPr>
      <w:r/>
      <w:hyperlink r:id="rId11">
        <w:r>
          <w:rPr>
            <w:color w:val="0000EE"/>
            <w:u w:val="single"/>
          </w:rPr>
          <w:t>https://dig.watch/updates/nvidia-poised-to-overtake-apples-top-spot-in-market-value</w:t>
        </w:r>
      </w:hyperlink>
      <w:r>
        <w:t xml:space="preserve"> - Nvidia's projected revenue to double amid rapid AI expansion and the company's preparation for announcing its third-quarter earnings results.</w:t>
      </w:r>
      <w:r/>
    </w:p>
    <w:p>
      <w:pPr>
        <w:pStyle w:val="ListNumber"/>
        <w:spacing w:line="240" w:lineRule="auto"/>
        <w:ind w:left="720"/>
      </w:pPr>
      <w:r/>
      <w:hyperlink r:id="rId12">
        <w:r>
          <w:rPr>
            <w:color w:val="0000EE"/>
            <w:u w:val="single"/>
          </w:rPr>
          <w:t>https://finance.yahoo.com/news/nvidia-dethrones-apple-worlds-most-015035350.html</w:t>
        </w:r>
      </w:hyperlink>
      <w:r>
        <w:t xml:space="preserve"> - Market analysts' optimism about Nvidia's continued growth, with forecasts of the stock potentially exceeding a $4 trillion valuation.</w:t>
      </w:r>
      <w:r/>
    </w:p>
    <w:p>
      <w:pPr>
        <w:pStyle w:val="ListNumber"/>
        <w:spacing w:line="240" w:lineRule="auto"/>
        <w:ind w:left="720"/>
      </w:pPr>
      <w:r/>
      <w:hyperlink r:id="rId13">
        <w:r>
          <w:rPr>
            <w:color w:val="0000EE"/>
            <w:u w:val="single"/>
          </w:rPr>
          <w:t>https://www.bobsguide.com/how-nvidia-surpassed-microsoft-and-apple-to-become-worlds-most-valuable-company/</w:t>
        </w:r>
      </w:hyperlink>
      <w:r>
        <w:t xml:space="preserve"> - Nvidia's strategic acquisitions, such as Mellanox Technologies, and its robust culture of innovation contributing to its growth.</w:t>
      </w:r>
      <w:r/>
    </w:p>
    <w:p>
      <w:pPr>
        <w:pStyle w:val="ListNumber"/>
        <w:spacing w:line="240" w:lineRule="auto"/>
        <w:ind w:left="720"/>
      </w:pPr>
      <w:r/>
      <w:hyperlink r:id="rId14">
        <w:r>
          <w:rPr>
            <w:color w:val="0000EE"/>
            <w:u w:val="single"/>
          </w:rPr>
          <w:t>https://www.valuethemarkets.com/analysis/nvidia-overtakes-tech-giants-in-market-value</w:t>
        </w:r>
      </w:hyperlink>
      <w:r>
        <w:t xml:space="preserve"> - The significance of Nvidia's AI-driven business model and its impact on the company's financial performance and market dominance.</w:t>
      </w:r>
      <w:r/>
    </w:p>
    <w:p>
      <w:pPr>
        <w:pStyle w:val="ListNumber"/>
        <w:spacing w:line="240" w:lineRule="auto"/>
        <w:ind w:left="720"/>
      </w:pPr>
      <w:r/>
      <w:hyperlink r:id="rId12">
        <w:r>
          <w:rPr>
            <w:color w:val="0000EE"/>
            <w:u w:val="single"/>
          </w:rPr>
          <w:t>https://finance.yahoo.com/news/nvidia-dethrones-apple-worlds-most-015035350.html</w:t>
        </w:r>
      </w:hyperlink>
      <w:r>
        <w:t xml:space="preserve"> - Jensen Huang's comments on the transformative potential of AI in enhancing graphical capabilities and Nvidia's overall AI strategy.</w:t>
      </w:r>
      <w:r/>
    </w:p>
    <w:p>
      <w:pPr>
        <w:pStyle w:val="ListNumber"/>
        <w:spacing w:line="240" w:lineRule="auto"/>
        <w:ind w:left="720"/>
      </w:pPr>
      <w:r/>
      <w:hyperlink r:id="rId15">
        <w:r>
          <w:rPr>
            <w:color w:val="0000EE"/>
            <w:u w:val="single"/>
          </w:rPr>
          <w:t>https://www.eurogamer.net/nvidias-market-value-surges-due-to-ai-prominence-rather-than-gpus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slashdot.org/story/24/06/05/2041224/nvidia-hits-3-trillion-market-cap-on-back-of-ai-boom" TargetMode="External"/><Relationship Id="rId11" Type="http://schemas.openxmlformats.org/officeDocument/2006/relationships/hyperlink" Target="https://dig.watch/updates/nvidia-poised-to-overtake-apples-top-spot-in-market-value" TargetMode="External"/><Relationship Id="rId12" Type="http://schemas.openxmlformats.org/officeDocument/2006/relationships/hyperlink" Target="https://finance.yahoo.com/news/nvidia-dethrones-apple-worlds-most-015035350.html" TargetMode="External"/><Relationship Id="rId13" Type="http://schemas.openxmlformats.org/officeDocument/2006/relationships/hyperlink" Target="https://www.bobsguide.com/how-nvidia-surpassed-microsoft-and-apple-to-become-worlds-most-valuable-company/" TargetMode="External"/><Relationship Id="rId14" Type="http://schemas.openxmlformats.org/officeDocument/2006/relationships/hyperlink" Target="https://www.valuethemarkets.com/analysis/nvidia-overtakes-tech-giants-in-market-value" TargetMode="External"/><Relationship Id="rId15" Type="http://schemas.openxmlformats.org/officeDocument/2006/relationships/hyperlink" Target="https://www.eurogamer.net/nvidias-market-value-surges-due-to-ai-prominence-rather-than-gp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