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OnePlus launches OxygenOS 15 showcasing innovative features and design improvements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OnePlus has officially launched the OxygenOS 15, signalling a significant update in its mobile operating system offerings. The announcement marks a step forward for the technology company as it continues to enhance user experience through innovative features and design improvements.</w:t>
      </w:r>
      <w:r/>
    </w:p>
    <w:p>
      <w:r/>
      <w:r>
        <w:t>OxygenOS 15 introduces a slew of features aimed at enhancing performance, aesthetics, and security for its users. OnePlus claims that this new system is the lightest, fastest, and most user-friendly version it has ever developed. Central to these improvements is the integration of Parallel Processing technology, which optimises the handling of multiple tasks, ensuring smoother app transitions and animations. This technology reduces system space usage by approximately 20% compared to its predecessor, OxygenOS 14.</w:t>
      </w:r>
      <w:r/>
    </w:p>
    <w:p>
      <w:r/>
      <w:r>
        <w:t>The latest update takes advantage of advanced artificial intelligence to improve photography capabilities. New features such as AI Detail Boost, AI Unblur, and AI Reflection Eraser transform low-resolution or cropped images into high-quality 4K visuals, enhancing photo quality dramatically and quickly.</w:t>
      </w:r>
      <w:r/>
    </w:p>
    <w:p>
      <w:r/>
      <w:r>
        <w:t>Visually, OxygenOS 15 offers a more vibrant interface with refined aesthetics. Users will notice a new boot animation, updated iconography, and additional fingerprint unlock styles, along with Shimmering Effects and Gaussian Blur added to notifications and control centres. These changes contribute to a more modern and streamlined user interface.</w:t>
      </w:r>
      <w:r/>
    </w:p>
    <w:p>
      <w:r/>
      <w:r>
        <w:t>Security remains a priority with this update. OxygenOS 15 integrates closely with Google Play Protect to perform real-time app scans, protecting against potential malware threats. Additionally, new anti-theft mechanisms, such as a Remote Lock facility, allow users to lock their device remotely via their phone number. The Offline Lock feature is designed to safeguard data even if the device is taken offline, offering peace of mind regarding data security.</w:t>
      </w:r>
      <w:r/>
    </w:p>
    <w:p>
      <w:r/>
      <w:r>
        <w:t>The rollout schedule for OxygenOS 15 begins with an open beta for the OnePlus 12 5G, starting on 30 October 2024. The AI-powered features are slated to start rolling out in November 2024, although deployment will initially be limited to select devices and regions.</w:t>
      </w:r>
      <w:r/>
    </w:p>
    <w:p>
      <w:r/>
      <w:r>
        <w:t>Overall, OnePlus is positioning OxygenOS 15 as a key asset for its users, offering a blend of cutting-edge technology and user-centric design to support a fast and smooth device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https://www.youtube.com/watch?v=FR-DgBZkO4Y</w:t>
        </w:r>
      </w:hyperlink>
      <w:r>
        <w:t xml:space="preserve"> - Corroborates the integration of advanced AI features, such as AI photo editing tools, and the overall user experience improvements in OxygenOS 15.</w:t>
      </w:r>
      <w:r/>
    </w:p>
    <w:p>
      <w:pPr>
        <w:pStyle w:val="ListNumber"/>
        <w:spacing w:line="240" w:lineRule="auto"/>
        <w:ind w:left="720"/>
      </w:pPr>
      <w:r/>
      <w:hyperlink r:id="rId11">
        <w:r>
          <w:rPr>
            <w:color w:val="0000EE"/>
            <w:u w:val="single"/>
          </w:rPr>
          <w:t>https://www.reddit.com/r/oneplus/comments/1gb4s2v/oxygenos_15_every_new_feature_explained/</w:t>
        </w:r>
      </w:hyperlink>
      <w:r>
        <w:t xml:space="preserve"> - Details various new features including the dynamic island, customizable lock screen, and AI-driven keyboard suggestions, supporting the claims of enhanced aesthetics and user experience.</w:t>
      </w:r>
      <w:r/>
    </w:p>
    <w:p>
      <w:pPr>
        <w:pStyle w:val="ListNumber"/>
        <w:spacing w:line="240" w:lineRule="auto"/>
        <w:ind w:left="720"/>
      </w:pPr>
      <w:r/>
      <w:hyperlink r:id="rId12">
        <w:r>
          <w:rPr>
            <w:color w:val="0000EE"/>
            <w:u w:val="single"/>
          </w:rPr>
          <w:t>https://www.reddit.com/r/Android/comments/1gb5959/oneplus_unveils_oxygenos_15_based_on_android_15/</w:t>
        </w:r>
      </w:hyperlink>
      <w:r>
        <w:t xml:space="preserve"> - Explains the optional split notification shade, subdued icon colors, and enhanced animations, which align with the improved performance and visual enhancements mentioned.</w:t>
      </w:r>
      <w:r/>
    </w:p>
    <w:p>
      <w:pPr>
        <w:pStyle w:val="ListNumber"/>
        <w:spacing w:line="240" w:lineRule="auto"/>
        <w:ind w:left="720"/>
      </w:pPr>
      <w:r/>
      <w:hyperlink r:id="rId13">
        <w:r>
          <w:rPr>
            <w:color w:val="0000EE"/>
            <w:u w:val="single"/>
          </w:rPr>
          <w:t>https://beebom.com/oxygenos-15/</w:t>
        </w:r>
      </w:hyperlink>
      <w:r>
        <w:t xml:space="preserve"> - Discusses the new lock screen customizations, quick settings changes, and dynamic pill improvements, supporting the claims of visual and functional enhancements.</w:t>
      </w:r>
      <w:r/>
    </w:p>
    <w:p>
      <w:pPr>
        <w:pStyle w:val="ListNumber"/>
        <w:spacing w:line="240" w:lineRule="auto"/>
        <w:ind w:left="720"/>
      </w:pPr>
      <w:r/>
      <w:hyperlink r:id="rId14">
        <w:r>
          <w:rPr>
            <w:color w:val="0000EE"/>
            <w:u w:val="single"/>
          </w:rPr>
          <w:t>https://www.youtube.com/watch?v=YrqpXkp1KNk</w:t>
        </w:r>
      </w:hyperlink>
      <w:r>
        <w:t xml:space="preserve"> - Provides an overview of the new features in OxygenOS 15, including design tweaks, AI features, and security improvements, aligning with the overall description of the update.</w:t>
      </w:r>
      <w:r/>
    </w:p>
    <w:p>
      <w:pPr>
        <w:pStyle w:val="ListNumber"/>
        <w:spacing w:line="240" w:lineRule="auto"/>
        <w:ind w:left="720"/>
      </w:pPr>
      <w:r/>
      <w:hyperlink r:id="rId12">
        <w:r>
          <w:rPr>
            <w:color w:val="0000EE"/>
            <w:u w:val="single"/>
          </w:rPr>
          <w:t>https://www.reddit.com/r/Android/comments/1gb5959/oneplus_unveils_oxygenos_15_based_on_android_15/</w:t>
        </w:r>
      </w:hyperlink>
      <w:r>
        <w:t xml:space="preserve"> - Mentions the AI-powered photo enhancements such as AI Detail Boost, AI Unblur, and AI Reflection Eraser, supporting the photography capability improvements.</w:t>
      </w:r>
      <w:r/>
    </w:p>
    <w:p>
      <w:pPr>
        <w:pStyle w:val="ListNumber"/>
        <w:spacing w:line="240" w:lineRule="auto"/>
        <w:ind w:left="720"/>
      </w:pPr>
      <w:r/>
      <w:hyperlink r:id="rId13">
        <w:r>
          <w:rPr>
            <w:color w:val="0000EE"/>
            <w:u w:val="single"/>
          </w:rPr>
          <w:t>https://beebom.com/oxygenos-15/</w:t>
        </w:r>
      </w:hyperlink>
      <w:r>
        <w:t xml:space="preserve"> - Details the integration of Google Play Protect and new anti-theft mechanisms, such as Remote Lock and Offline Lock, supporting the security features mentioned.</w:t>
      </w:r>
      <w:r/>
    </w:p>
    <w:p>
      <w:pPr>
        <w:pStyle w:val="ListNumber"/>
        <w:spacing w:line="240" w:lineRule="auto"/>
        <w:ind w:left="720"/>
      </w:pPr>
      <w:r/>
      <w:hyperlink r:id="rId11">
        <w:r>
          <w:rPr>
            <w:color w:val="0000EE"/>
            <w:u w:val="single"/>
          </w:rPr>
          <w:t>https://www.reddit.com/r/oneplus/comments/1gb4s2v/oxygenos_15_every_new_feature_explained/</w:t>
        </w:r>
      </w:hyperlink>
      <w:r>
        <w:t xml:space="preserve"> - Confirms the rollout schedule starting with an open beta for the OnePlus 12 5G and the phased deployment of AI-powered features, aligning with the rollout schedule described.</w:t>
      </w:r>
      <w:r/>
    </w:p>
    <w:p>
      <w:pPr>
        <w:pStyle w:val="ListNumber"/>
        <w:spacing w:line="240" w:lineRule="auto"/>
        <w:ind w:left="720"/>
      </w:pPr>
      <w:r/>
      <w:hyperlink r:id="rId12">
        <w:r>
          <w:rPr>
            <w:color w:val="0000EE"/>
            <w:u w:val="single"/>
          </w:rPr>
          <w:t>https://www.reddit.com/r/Android/comments/1gb5959/oneplus_unveils_oxygenos_15_based_on_android_15/</w:t>
        </w:r>
      </w:hyperlink>
      <w:r>
        <w:t xml:space="preserve"> - Explains the parallel animations and other UI improvements, supporting the claims of a lighter, faster, and more user-friendly system.</w:t>
      </w:r>
      <w:r/>
    </w:p>
    <w:p>
      <w:pPr>
        <w:pStyle w:val="ListNumber"/>
        <w:spacing w:line="240" w:lineRule="auto"/>
        <w:ind w:left="720"/>
      </w:pPr>
      <w:r/>
      <w:hyperlink r:id="rId13">
        <w:r>
          <w:rPr>
            <w:color w:val="0000EE"/>
            <w:u w:val="single"/>
          </w:rPr>
          <w:t>https://beebom.com/oxygenos-15/</w:t>
        </w:r>
      </w:hyperlink>
      <w:r>
        <w:t xml:space="preserve"> - Lists the devices eligible for the OxygenOS 15 update, including the OnePlus 12, and the last major update status for certain models, supporting the rollout and device compatibility information.</w:t>
      </w:r>
      <w:r/>
    </w:p>
    <w:p>
      <w:pPr>
        <w:pStyle w:val="ListNumber"/>
        <w:spacing w:line="240" w:lineRule="auto"/>
        <w:ind w:left="720"/>
      </w:pPr>
      <w:r/>
      <w:hyperlink r:id="rId10">
        <w:r>
          <w:rPr>
            <w:color w:val="0000EE"/>
            <w:u w:val="single"/>
          </w:rPr>
          <w:t>https://www.youtube.com/watch?v=FR-DgBZkO4Y</w:t>
        </w:r>
      </w:hyperlink>
      <w:r>
        <w:t xml:space="preserve"> - Highlights the new themes, improved customization options, and battery tools, which contribute to the overall modern and streamlined user interface described.</w:t>
      </w:r>
      <w:r/>
    </w:p>
    <w:p>
      <w:pPr>
        <w:pStyle w:val="ListNumber"/>
        <w:spacing w:line="240" w:lineRule="auto"/>
        <w:ind w:left="720"/>
      </w:pPr>
      <w:r/>
      <w:hyperlink r:id="rId15">
        <w:r>
          <w:rPr>
            <w:color w:val="0000EE"/>
            <w:u w:val="single"/>
          </w:rPr>
          <w:t>https://www.technowize.com/oneplus-launches-oxygenos-15-faster-performance-advanced-ai-and-new-design/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FR-DgBZkO4Y" TargetMode="External"/><Relationship Id="rId11" Type="http://schemas.openxmlformats.org/officeDocument/2006/relationships/hyperlink" Target="https://www.reddit.com/r/oneplus/comments/1gb4s2v/oxygenos_15_every_new_feature_explained/" TargetMode="External"/><Relationship Id="rId12" Type="http://schemas.openxmlformats.org/officeDocument/2006/relationships/hyperlink" Target="https://www.reddit.com/r/Android/comments/1gb5959/oneplus_unveils_oxygenos_15_based_on_android_15/" TargetMode="External"/><Relationship Id="rId13" Type="http://schemas.openxmlformats.org/officeDocument/2006/relationships/hyperlink" Target="https://beebom.com/oxygenos-15/" TargetMode="External"/><Relationship Id="rId14" Type="http://schemas.openxmlformats.org/officeDocument/2006/relationships/hyperlink" Target="https://www.youtube.com/watch?v=YrqpXkp1KNk" TargetMode="External"/><Relationship Id="rId15" Type="http://schemas.openxmlformats.org/officeDocument/2006/relationships/hyperlink" Target="https://www.technowize.com/oneplus-launches-oxygenos-15-faster-performance-advanced-ai-and-new-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