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OpenAI's Whisper tool faces backlash over AI hallucinations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OpenAI's recently launched AI audio transcription tool, Whisper, is facing scrutiny over frequent occurrences of "AI hallucinations", a term used to describe when artificial intelligence spots nonexistent patterns, leading to bizarre and sometimes inappropriate outputs. Whisper, which has seen swift adoption across various sectors, including healthcare, has reportedly produced transcriptions containing fabricated racial commentary, violent rhetoric, and even imaginary medical treatments. These revelations come from AP News, which has highlighted concerns from experts in the field.</w:t>
      </w:r>
      <w:r/>
    </w:p>
    <w:p>
      <w:r/>
      <w:r>
        <w:t>AI-powered transcription tools are expected to have a margin of error, typically manifesting as typos or misheard words. However, the extent of hallucinations found in Whisper appears unprecedented. According to a University of Michigan researcher, hallucinations were present in eight out of ten audio transcriptions in his study, raising questions about the reliability of Whisper, especially in high-stakes industries such as healthcare.</w:t>
      </w:r>
      <w:r/>
    </w:p>
    <w:p>
      <w:r/>
      <w:r>
        <w:t>Microsoft, a key partner of OpenAI, has issued a statement clarifying that Whisper was not designed for high-risk applications. Despite this, the tool has witnessed significant uptake within the healthcare sector, with reports indicating that more than 30,000 clinicians and 40 health systems, including the Mankato Clinic in Minnesota and the Children's Hospital Los Angeles, have integrated Whisper for transcription purposes.</w:t>
      </w:r>
      <w:r/>
    </w:p>
    <w:p>
      <w:r/>
      <w:r>
        <w:t>Alondra Nelson, a social science professor at Princeton University, expressed concerns about the implications of such errors in medical settings. Speaking to AP News, she emphasized the potential dangers and grave consequences of misdiagnosis arising from erroneous transcriptions, underscoring the need for stringent accuracy standards in healthcare tools.</w:t>
      </w:r>
      <w:r/>
    </w:p>
    <w:p>
      <w:r/>
      <w:r>
        <w:t>Adding to the chorus of concern, William Saunders, a research engineer and former OpenAI employee, issued a warning about the risk of high confidence levels placed in Whisper, which could lead to its unchecked integration with other systems.</w:t>
      </w:r>
      <w:r/>
    </w:p>
    <w:p>
      <w:r/>
      <w:r>
        <w:t>The phenomenon of AI hallucinations is not unique to Whisper or OpenAI. Other tech giants are grappling with similar challenges. Google's AI Overviews, designed to provide summaries for websites, had a misstep where it advised an X user to add non-toxic glue to pizza to ensure the ingredients stick together.</w:t>
      </w:r>
      <w:r/>
    </w:p>
    <w:p>
      <w:r/>
      <w:r>
        <w:t>Even Apple has acknowledged the issue. In an interview with The Washington Post, Apple CEO Tim Cook addressed the risk of AI hallucinations in their forthcoming suite of generative AI tools, Apple Intelligence, admitting that false results could pose a challenge.</w:t>
      </w:r>
      <w:r/>
    </w:p>
    <w:p>
      <w:r/>
      <w:r>
        <w:t>As AI technologies continue to evolve and proliferate across industries, the incidents of hallucinations underscore the ongoing debate around the trustworthiness and deployment of AI in contexts requiring high accuracy and reliability.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https://community.openai.com/t/whisper-hallucination-how-to-recognize-and-solve/218307</w:t>
        </w:r>
      </w:hyperlink>
      <w:r>
        <w:t xml:space="preserve"> - Discusses the issue of hallucinations in Whisper transcriptions, including repeated words or phrases and the impact of silence or background noise.</w:t>
      </w:r>
      <w:r/>
    </w:p>
    <w:p>
      <w:pPr>
        <w:pStyle w:val="ListNumber"/>
        <w:spacing w:line="240" w:lineRule="auto"/>
        <w:ind w:left="720"/>
      </w:pPr>
      <w:r/>
      <w:hyperlink r:id="rId11">
        <w:r>
          <w:rPr>
            <w:color w:val="0000EE"/>
            <w:u w:val="single"/>
          </w:rPr>
          <w:t>https://community.openai.com/t/how-to-avoid-hallucinations-in-whisper-transcriptions/125300/10</w:t>
        </w:r>
      </w:hyperlink>
      <w:r>
        <w:t xml:space="preserve"> - Provides strategies to avoid hallucinations in Whisper transcriptions, such as using prompts and monitoring audio strength.</w:t>
      </w:r>
      <w:r/>
    </w:p>
    <w:p>
      <w:pPr>
        <w:pStyle w:val="ListNumber"/>
        <w:spacing w:line="240" w:lineRule="auto"/>
        <w:ind w:left="720"/>
      </w:pPr>
      <w:r/>
      <w:hyperlink r:id="rId12">
        <w:r>
          <w:rPr>
            <w:color w:val="0000EE"/>
            <w:u w:val="single"/>
          </w:rPr>
          <w:t>https://www.gladia.io/whisper-zero</w:t>
        </w:r>
      </w:hyperlink>
      <w:r>
        <w:t xml:space="preserve"> - Introduces Whisper-Zero, a version of Whisper designed to eliminate hallucinations and improve accuracy, highlighting its features and benefits.</w:t>
      </w:r>
      <w:r/>
    </w:p>
    <w:p>
      <w:pPr>
        <w:pStyle w:val="ListNumber"/>
        <w:spacing w:line="240" w:lineRule="auto"/>
        <w:ind w:left="720"/>
      </w:pPr>
      <w:r/>
      <w:hyperlink r:id="rId13">
        <w:r>
          <w:rPr>
            <w:color w:val="0000EE"/>
            <w:u w:val="single"/>
          </w:rPr>
          <w:t>https://community.openai.com/t/hallucination-on-audio-with-no-speech/324010</w:t>
        </w:r>
      </w:hyperlink>
      <w:r>
        <w:t xml:space="preserve"> - Addresses the issue of hallucinations when transcribing audio with no speech, suggesting methods like trimming silence and using specific prompts.</w:t>
      </w:r>
      <w:r/>
    </w:p>
    <w:p>
      <w:pPr>
        <w:pStyle w:val="ListNumber"/>
        <w:spacing w:line="240" w:lineRule="auto"/>
        <w:ind w:left="720"/>
      </w:pPr>
      <w:r/>
      <w:hyperlink r:id="rId14">
        <w:r>
          <w:rPr>
            <w:color w:val="0000EE"/>
            <w:u w:val="single"/>
          </w:rPr>
          <w:t>https://www.reddit.com/r/speechtech/comments/1c2nvqz/openai_whisper_and_hallucination/</w:t>
        </w:r>
      </w:hyperlink>
      <w:r>
        <w:t xml:space="preserve"> - Discusses various instances that cause hallucinations in Whisper, including long periods of silence and background chatter, and seeks solutions from the community.</w:t>
      </w:r>
      <w:r/>
    </w:p>
    <w:p>
      <w:pPr>
        <w:pStyle w:val="ListNumber"/>
        <w:spacing w:line="240" w:lineRule="auto"/>
        <w:ind w:left="720"/>
      </w:pPr>
      <w:r/>
      <w:hyperlink r:id="rId10">
        <w:r>
          <w:rPr>
            <w:color w:val="0000EE"/>
            <w:u w:val="single"/>
          </w:rPr>
          <w:t>https://community.openai.com/t/whisper-hallucination-how-to-recognize-and-solve/218307</w:t>
        </w:r>
      </w:hyperlink>
      <w:r>
        <w:t xml:space="preserve"> - Mentions the use of Voice Activity Detectors and adjusting temperature settings to mitigate hallucinations, relevant to the reliability concerns in high-stakes industries.</w:t>
      </w:r>
      <w:r/>
    </w:p>
    <w:p>
      <w:pPr>
        <w:pStyle w:val="ListNumber"/>
        <w:spacing w:line="240" w:lineRule="auto"/>
        <w:ind w:left="720"/>
      </w:pPr>
      <w:r/>
      <w:hyperlink r:id="rId11">
        <w:r>
          <w:rPr>
            <w:color w:val="0000EE"/>
            <w:u w:val="single"/>
          </w:rPr>
          <w:t>https://community.openai.com/t/how-to-avoid-hallucinations-in-whisper-transcriptions/125300/10</w:t>
        </w:r>
      </w:hyperlink>
      <w:r>
        <w:t xml:space="preserve"> - Highlights the importance of coaching Whisper with prompts to prevent hallucinations, which is crucial for maintaining accuracy in critical applications.</w:t>
      </w:r>
      <w:r/>
    </w:p>
    <w:p>
      <w:pPr>
        <w:pStyle w:val="ListNumber"/>
        <w:spacing w:line="240" w:lineRule="auto"/>
        <w:ind w:left="720"/>
      </w:pPr>
      <w:r/>
      <w:hyperlink r:id="rId12">
        <w:r>
          <w:rPr>
            <w:color w:val="0000EE"/>
            <w:u w:val="single"/>
          </w:rPr>
          <w:t>https://www.gladia.io/whisper-zero</w:t>
        </w:r>
      </w:hyperlink>
      <w:r>
        <w:t xml:space="preserve"> - Describes a solution that improves Whisper's accuracy and eliminates hallucinations, which is particularly important for high-risk applications like healthcare.</w:t>
      </w:r>
      <w:r/>
    </w:p>
    <w:p>
      <w:pPr>
        <w:pStyle w:val="ListNumber"/>
        <w:spacing w:line="240" w:lineRule="auto"/>
        <w:ind w:left="720"/>
      </w:pPr>
      <w:r/>
      <w:hyperlink r:id="rId13">
        <w:r>
          <w:rPr>
            <w:color w:val="0000EE"/>
            <w:u w:val="single"/>
          </w:rPr>
          <w:t>https://community.openai.com/t/hallucination-on-audio-with-no-speech/324010</w:t>
        </w:r>
      </w:hyperlink>
      <w:r>
        <w:t xml:space="preserve"> - Details the challenges of transcribing audio with periods of silence and suggests technical solutions, reflecting the broader issue of AI hallucinations in transcription tasks.</w:t>
      </w:r>
      <w:r/>
    </w:p>
    <w:p>
      <w:pPr>
        <w:pStyle w:val="ListNumber"/>
        <w:spacing w:line="240" w:lineRule="auto"/>
        <w:ind w:left="720"/>
      </w:pPr>
      <w:r/>
      <w:hyperlink r:id="rId14">
        <w:r>
          <w:rPr>
            <w:color w:val="0000EE"/>
            <w:u w:val="single"/>
          </w:rPr>
          <w:t>https://www.reddit.com/r/speechtech/comments/1c2nvqz/openai_whisper_and_hallucination/</w:t>
        </w:r>
      </w:hyperlink>
      <w:r>
        <w:t xml:space="preserve"> - Discusses the general issue of AI hallucinations across different scenarios, including background noise and multiple speakers, which is relevant to the trustworthiness debate of AI tools.</w:t>
      </w:r>
      <w:r/>
    </w:p>
    <w:p>
      <w:pPr>
        <w:pStyle w:val="ListNumber"/>
        <w:spacing w:line="240" w:lineRule="auto"/>
        <w:ind w:left="720"/>
      </w:pPr>
      <w:r/>
      <w:hyperlink r:id="rId10">
        <w:r>
          <w:rPr>
            <w:color w:val="0000EE"/>
            <w:u w:val="single"/>
          </w:rPr>
          <w:t>https://community.openai.com/t/whisper-hallucination-how-to-recognize-and-solve/218307</w:t>
        </w:r>
      </w:hyperlink>
      <w:r>
        <w:t xml:space="preserve"> - Touches on the impact of server load and other technical factors on the occurrence of hallucinations, which can affect the reliability of Whisper in various settings.</w:t>
      </w:r>
      <w:r/>
    </w:p>
    <w:p>
      <w:pPr>
        <w:pStyle w:val="ListNumber"/>
        <w:spacing w:line="240" w:lineRule="auto"/>
        <w:ind w:left="720"/>
      </w:pPr>
      <w:r/>
      <w:hyperlink r:id="rId15">
        <w:r>
          <w:rPr>
            <w:color w:val="0000EE"/>
            <w:u w:val="single"/>
          </w:rPr>
          <w:t>https://uk.pcmag.com/ai/155065/openais-whisper-experiencing-ai-hallucinations-despite-high-risk-applications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mmunity.openai.com/t/whisper-hallucination-how-to-recognize-and-solve/218307" TargetMode="External"/><Relationship Id="rId11" Type="http://schemas.openxmlformats.org/officeDocument/2006/relationships/hyperlink" Target="https://community.openai.com/t/how-to-avoid-hallucinations-in-whisper-transcriptions/125300/10" TargetMode="External"/><Relationship Id="rId12" Type="http://schemas.openxmlformats.org/officeDocument/2006/relationships/hyperlink" Target="https://www.gladia.io/whisper-zero" TargetMode="External"/><Relationship Id="rId13" Type="http://schemas.openxmlformats.org/officeDocument/2006/relationships/hyperlink" Target="https://community.openai.com/t/hallucination-on-audio-with-no-speech/324010" TargetMode="External"/><Relationship Id="rId14" Type="http://schemas.openxmlformats.org/officeDocument/2006/relationships/hyperlink" Target="https://www.reddit.com/r/speechtech/comments/1c2nvqz/openai_whisper_and_hallucination/" TargetMode="External"/><Relationship Id="rId15" Type="http://schemas.openxmlformats.org/officeDocument/2006/relationships/hyperlink" Target="https://uk.pcmag.com/ai/155065/openais-whisper-experiencing-ai-hallucinations-despite-high-risk-applicat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