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contest school disciplinary action over AI use in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case that brings to the fore contemporary educational challenges surrounding new technologies, the parents of a high school senior in Massachusetts appeared in federal court to contest a disciplinary action taken against their son. The dispute centres around the student's use of artificial intelligence (AI) in completing a history project, a move they claim unjustly affected his academic standing and future prospects.</w:t>
      </w:r>
      <w:r/>
    </w:p>
    <w:p>
      <w:r/>
      <w:r>
        <w:t>The parents, Dale and Jennifer Harris, are advocating on behalf of their son, a student at a high school in Hingham, Massachusetts, who was reportedly penalised after incorporating AI tools into his research for a project on basketball legend Kareem Abdul-Jabbar, with a focus on the athlete's civil rights efforts. The controversy began when the student's history teacher, Susan Petrie, became aware of the AI-generated content through a spot check with specialised software geared to identify AI-generated material.</w:t>
      </w:r>
      <w:r/>
    </w:p>
    <w:p>
      <w:r/>
      <w:r>
        <w:t>As a result, the student's paper, which was reportedly unfinished at the time of the teacher's intervention, received a grade of zero. Additionally, the student was assigned a Saturday detention. Following this, the Harrises assert that their son was obliged to rewrite the paper, whereupon he received a subsequent grade of D. Consequently, he was disqualified from being considered for induction into the National Honor Society, a prestigious accolade that reflects a student's academic excellence.</w:t>
      </w:r>
      <w:r/>
    </w:p>
    <w:p>
      <w:r/>
      <w:r>
        <w:t>The Harrises' legal representatives have argued that the assignment in question did not explicitly ban the use of AI for research or preparation purposes. Their case posits that the absence of a clear, established policy regarding the use of AI within the school's handbook rendered the punishment arbitrary and in violation of the student's civil right to an equitable education.</w:t>
      </w:r>
      <w:r/>
    </w:p>
    <w:p>
      <w:r/>
      <w:r>
        <w:t>In their defence, school authorities, including Nancy Correnti, chair of the Hingham School Committee, have maintained that the issue lies outside the realm of serious disciplinary actions such as suspensions or expulsions. Correnti noted that she was unable to provide further comment due to the privacy of the student involved and the ongoing nature of the legal case. Furthermore, communications from Petrie’s legal counsel have been notably absent amid the proceedings.</w:t>
      </w:r>
      <w:r/>
    </w:p>
    <w:p>
      <w:r/>
      <w:r>
        <w:t xml:space="preserve">The legal proceedings, which were originally initiated in state court but later transitioned to federal jurisdiction, seek several remedies. These include a request for the student's grade in Social Studies to be adjusted to a B, the erasure of the disciplinary mark from his school record, and the restoration of his status as a candidate for the National Honor Society. </w:t>
      </w:r>
      <w:r/>
    </w:p>
    <w:p>
      <w:r/>
      <w:r>
        <w:t>Moreover, the lawsuit expresses a broader concern over the handling of AI in educational contexts, calling for the court to bar the school from designating the use of AI as an act of cheating. Highlighting the complexities of modern technology in academia, the plaintiffs argue that AI-generated content should not be conflated with plagiarism, given that it does not involve directly copying from another individual's work.</w:t>
      </w:r>
      <w:r/>
    </w:p>
    <w:p>
      <w:r/>
      <w:r>
        <w:t>As the court deliberates on the case, the outcome may set a significant precedent for educational institutions contending with the integration of AI in academic settings and its implications on students’ rights and educational fairness.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https://www.cbsnews.com/boston/news/hingham-school-ai-lawsuit-student/</w:t>
        </w:r>
      </w:hyperlink>
      <w:r>
        <w:t xml:space="preserve"> - Corroborates the details of the lawsuit, including the student's use of AI for a history project, the disciplinary actions taken, and the parents' arguments against the school's policies.</w:t>
      </w:r>
      <w:r/>
    </w:p>
    <w:p>
      <w:pPr>
        <w:pStyle w:val="ListNumber"/>
        <w:spacing w:line="240" w:lineRule="auto"/>
        <w:ind w:left="720"/>
      </w:pPr>
      <w:r/>
      <w:hyperlink r:id="rId11">
        <w:r>
          <w:rPr>
            <w:color w:val="0000EE"/>
            <w:u w:val="single"/>
          </w:rPr>
          <w:t>https://abcnews.go.com/Technology/wireStory/parents-massachusetts-high-schooler-disciplined-ai-sue-school-115044781</w:t>
        </w:r>
      </w:hyperlink>
      <w:r>
        <w:t xml:space="preserve"> - Supports the information about the lawsuit filed in federal court, the student's project on Kareem Abdul-Jabbar, and the impact on his college applications and National Honor Society induction.</w:t>
      </w:r>
      <w:r/>
    </w:p>
    <w:p>
      <w:pPr>
        <w:pStyle w:val="ListNumber"/>
        <w:spacing w:line="240" w:lineRule="auto"/>
        <w:ind w:left="720"/>
      </w:pPr>
      <w:r/>
      <w:hyperlink r:id="rId12">
        <w:r>
          <w:rPr>
            <w:color w:val="0000EE"/>
            <w:u w:val="single"/>
          </w:rPr>
          <w:t>https://www.youtube.com/watch?v=v97kIiJhifQ</w:t>
        </w:r>
      </w:hyperlink>
      <w:r>
        <w:t xml:space="preserve"> - Provides additional context on the family's lawsuit, the student's use of AI for research notes, and the school's response to the incident.</w:t>
      </w:r>
      <w:r/>
    </w:p>
    <w:p>
      <w:pPr>
        <w:pStyle w:val="ListNumber"/>
        <w:spacing w:line="240" w:lineRule="auto"/>
        <w:ind w:left="720"/>
      </w:pPr>
      <w:r/>
      <w:hyperlink r:id="rId13">
        <w:r>
          <w:rPr>
            <w:color w:val="0000EE"/>
            <w:u w:val="single"/>
          </w:rPr>
          <w:t>https://www.nbcboston.com/news/local/hingham-parents-sue-school-district-over-childs-ai-usage/3527423/?os=rokuzoazxzms</w:t>
        </w:r>
      </w:hyperlink>
      <w:r>
        <w:t xml:space="preserve"> - Details the student's experience, the teacher's discovery of AI use, and the subsequent disciplinary actions, including the impact on his grades and college applications.</w:t>
      </w:r>
      <w:r/>
    </w:p>
    <w:p>
      <w:pPr>
        <w:pStyle w:val="ListNumber"/>
        <w:spacing w:line="240" w:lineRule="auto"/>
        <w:ind w:left="720"/>
      </w:pPr>
      <w:r/>
      <w:hyperlink r:id="rId14">
        <w:r>
          <w:rPr>
            <w:color w:val="0000EE"/>
            <w:u w:val="single"/>
          </w:rPr>
          <w:t>https://apnews.com/article/high-school-student-lawsuit-artificial-intelligence-8f1283b517b2ed95c2bac63f9c5cb0b9</w:t>
        </w:r>
      </w:hyperlink>
      <w:r>
        <w:t xml:space="preserve"> - Corroborates the legal arguments, the absence of AI policies in the school handbook, and the broader implications of AI use in educational settings.</w:t>
      </w:r>
      <w:r/>
    </w:p>
    <w:p>
      <w:pPr>
        <w:pStyle w:val="ListNumber"/>
        <w:spacing w:line="240" w:lineRule="auto"/>
        <w:ind w:left="720"/>
      </w:pPr>
      <w:r/>
      <w:hyperlink r:id="rId10">
        <w:r>
          <w:rPr>
            <w:color w:val="0000EE"/>
            <w:u w:val="single"/>
          </w:rPr>
          <w:t>https://www.cbsnews.com/boston/news/hingham-school-ai-lawsuit-student/</w:t>
        </w:r>
      </w:hyperlink>
      <w:r>
        <w:t xml:space="preserve"> - Supports the parents' request for the student's grade to be adjusted, the erasure of disciplinary marks, and the restoration of his National Honor Society candidacy.</w:t>
      </w:r>
      <w:r/>
    </w:p>
    <w:p>
      <w:pPr>
        <w:pStyle w:val="ListNumber"/>
        <w:spacing w:line="240" w:lineRule="auto"/>
        <w:ind w:left="720"/>
      </w:pPr>
      <w:r/>
      <w:hyperlink r:id="rId11">
        <w:r>
          <w:rPr>
            <w:color w:val="0000EE"/>
            <w:u w:val="single"/>
          </w:rPr>
          <w:t>https://abcnews.go.com/Technology/wireStory/parents-massachusetts-high-schooler-disciplined-ai-sue-school-115044781</w:t>
        </w:r>
      </w:hyperlink>
      <w:r>
        <w:t xml:space="preserve"> - Details the school's defence and the chair of the Hingham School Committee's statement on not commenting due to ongoing litigation.</w:t>
      </w:r>
      <w:r/>
    </w:p>
    <w:p>
      <w:pPr>
        <w:pStyle w:val="ListNumber"/>
        <w:spacing w:line="240" w:lineRule="auto"/>
        <w:ind w:left="720"/>
      </w:pPr>
      <w:r/>
      <w:hyperlink r:id="rId12">
        <w:r>
          <w:rPr>
            <w:color w:val="0000EE"/>
            <w:u w:val="single"/>
          </w:rPr>
          <w:t>https://www.youtube.com/watch?v=v97kIiJhifQ</w:t>
        </w:r>
      </w:hyperlink>
      <w:r>
        <w:t xml:space="preserve"> - Explains the family's argument that the school's punishment was unfair due to the lack of clear AI policies and its impact on the student's future.</w:t>
      </w:r>
      <w:r/>
    </w:p>
    <w:p>
      <w:pPr>
        <w:pStyle w:val="ListNumber"/>
        <w:spacing w:line="240" w:lineRule="auto"/>
        <w:ind w:left="720"/>
      </w:pPr>
      <w:r/>
      <w:hyperlink r:id="rId13">
        <w:r>
          <w:rPr>
            <w:color w:val="0000EE"/>
            <w:u w:val="single"/>
          </w:rPr>
          <w:t>https://www.nbcboston.com/news/local/hingham-parents-sue-school-district-over-childs-ai-usage/3527423/?os=rokuzoazxzms</w:t>
        </w:r>
      </w:hyperlink>
      <w:r>
        <w:t xml:space="preserve"> - Supports the information about the legal proceedings transitioning from state to federal court and the broader concerns about AI in education.</w:t>
      </w:r>
      <w:r/>
    </w:p>
    <w:p>
      <w:pPr>
        <w:pStyle w:val="ListNumber"/>
        <w:spacing w:line="240" w:lineRule="auto"/>
        <w:ind w:left="720"/>
      </w:pPr>
      <w:r/>
      <w:hyperlink r:id="rId14">
        <w:r>
          <w:rPr>
            <w:color w:val="0000EE"/>
            <w:u w:val="single"/>
          </w:rPr>
          <w:t>https://apnews.com/article/high-school-student-lawsuit-artificial-intelligence-8f1283b517b2ed95c2bac63f9c5cb0b9</w:t>
        </w:r>
      </w:hyperlink>
      <w:r>
        <w:t xml:space="preserve"> - Corroborates the argument that AI-generated content should not be considered plagiarism and the need for clear policies on AI use in schools.</w:t>
      </w:r>
      <w:r/>
    </w:p>
    <w:p>
      <w:pPr>
        <w:pStyle w:val="ListNumber"/>
        <w:spacing w:line="240" w:lineRule="auto"/>
        <w:ind w:left="720"/>
      </w:pPr>
      <w:r/>
      <w:hyperlink r:id="rId10">
        <w:r>
          <w:rPr>
            <w:color w:val="0000EE"/>
            <w:u w:val="single"/>
          </w:rPr>
          <w:t>https://www.cbsnews.com/boston/news/hingham-school-ai-lawsuit-student/</w:t>
        </w:r>
      </w:hyperlink>
      <w:r>
        <w:t xml:space="preserve"> - Highlights the potential precedent this case could set for educational institutions dealing with AI integration and its implications on students' rights.</w:t>
      </w:r>
      <w:r/>
    </w:p>
    <w:p>
      <w:pPr>
        <w:pStyle w:val="ListNumber"/>
        <w:spacing w:line="240" w:lineRule="auto"/>
        <w:ind w:left="720"/>
      </w:pPr>
      <w:r/>
      <w:hyperlink r:id="rId15">
        <w:r>
          <w:rPr>
            <w:color w:val="0000EE"/>
            <w:u w:val="single"/>
          </w:rPr>
          <w:t>https://www.bignewsnetwork.com/news/274735218/massachusetts-parents-sue-school-that-penalized-son-for-using-ai?utm_source=feeds.bignewsnetwork.com&amp;utm_medium=referral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boston/news/hingham-school-ai-lawsuit-student/" TargetMode="External"/><Relationship Id="rId11" Type="http://schemas.openxmlformats.org/officeDocument/2006/relationships/hyperlink" Target="https://abcnews.go.com/Technology/wireStory/parents-massachusetts-high-schooler-disciplined-ai-sue-school-115044781" TargetMode="External"/><Relationship Id="rId12" Type="http://schemas.openxmlformats.org/officeDocument/2006/relationships/hyperlink" Target="https://www.youtube.com/watch?v=v97kIiJhifQ" TargetMode="External"/><Relationship Id="rId13" Type="http://schemas.openxmlformats.org/officeDocument/2006/relationships/hyperlink" Target="https://www.nbcboston.com/news/local/hingham-parents-sue-school-district-over-childs-ai-usage/3527423/?os=rokuzoazxzms" TargetMode="External"/><Relationship Id="rId14" Type="http://schemas.openxmlformats.org/officeDocument/2006/relationships/hyperlink" Target="https://apnews.com/article/high-school-student-lawsuit-artificial-intelligence-8f1283b517b2ed95c2bac63f9c5cb0b9" TargetMode="External"/><Relationship Id="rId15" Type="http://schemas.openxmlformats.org/officeDocument/2006/relationships/hyperlink" Target="https://www.bignewsnetwork.com/news/274735218/massachusetts-parents-sue-school-that-penalized-son-for-using-ai?utm_source=feeds.bignewsnetwork.com&amp;utm_medium=referr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