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Political leaders emphasise the vital role of journalism in democracy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editorial statement, political leaders have reiterated the crucial role that journalism plays in democratic societies. Highlighting its significance as a cornerstone of democratic values, the discourse underscores the importance of a free press in holding power to account. The statement arrives amid ongoing conversations about the evolution and future of journalism both within the United Kingdom and globally.</w:t>
      </w:r>
      <w:r/>
    </w:p>
    <w:p>
      <w:r/>
      <w:r>
        <w:t>The broad reliance on journalism to inform public discourse is illustrated by the fact that the UK boasts over 900 local and national news outlets, reaching more than 80% of the population. This extensive network represents a considerable resource for democratic engagement, providing a wide array of perspectives and information crucial for informed citizenship.</w:t>
      </w:r>
      <w:r/>
    </w:p>
    <w:p>
      <w:r/>
      <w:r>
        <w:t>In contrast to the vibrant media landscape in the UK, the statement brings attention to the perilous conditions faced by journalists in war-torn regions. The examples of Ukrainian journalist Victoria Roshchyna, who tragically lost her life while reporting on the conflict in Mariupol, and the many journalists covering events in Gaza, highlight the risks faced by those committed to delivering truths from the front lines. The statement also recalls the harrowing experience of Gary O’Donoghue of the BBC, who continued reporting amidst an attempted assassination, illustrating the dedication and danger inherent in the field.</w:t>
      </w:r>
      <w:r/>
    </w:p>
    <w:p>
      <w:r/>
      <w:r>
        <w:t>While the UK does not currently face direct threats to press freedom, there are emerging challenges. The increasing influence of digital technology and artificial intelligence (AI) prompts concerns about potential impacts on journalism. The government recognises the need to balance industrial policies with these advances, advocating for publisher control and appropriate remuneration, particularly as AI becomes more integrated into daily life.</w:t>
      </w:r>
      <w:r/>
    </w:p>
    <w:p>
      <w:r/>
      <w:r>
        <w:t>Legislative measures such as the Digital Markets and Consumers Act are being introduced to address the evolving dynamics between digital platforms and publishers, aiming to ensure a fair and equitable relationship. This effort is complemented by the Online Safety Act, designed to protect journalists from online abuse while safeguarding legitimate news content.</w:t>
      </w:r>
      <w:r/>
    </w:p>
    <w:p>
      <w:r/>
      <w:r>
        <w:t>The statement also outlines government efforts to support journalists facing intimidation, emphasising the unacceptable nature of threats against media professionals. The misuse of strategic lawsuits against public participation (SLAPPs) to stifle journalistic investigation is identified as a significant issue, with commitments vowed to curb such practices.</w:t>
      </w:r>
      <w:r/>
    </w:p>
    <w:p>
      <w:r/>
      <w:r>
        <w:t>The government reaffirms its dedication to using diplomatic influence to advocate for journalistic freedoms internationally. This commitment reflects a broader political ideology that values traditional democratic principles, positioning a free and fearless press as integral to effective governance.</w:t>
      </w:r>
      <w:r/>
    </w:p>
    <w:p>
      <w:r/>
      <w:r>
        <w:t>This conversation around the role of journalism in democracy extends beyond national borders, touching on universal themes of freedom, accountability, and the public's right to know. As technological landscapes and political climates evolve, the need for a robust and independent press remains a key talking point in maintaining democratic integrity.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https://constitution-unit.com/2024/01/30/the-role-of-the-media-in-democracies-what-is-it-and-why-does-it-matter/</w:t>
        </w:r>
      </w:hyperlink>
      <w:r>
        <w:t xml:space="preserve"> - Corroborates the crucial role of the media in democracies, including its function in educating, informing, and holding power to account.</w:t>
      </w:r>
      <w:r/>
    </w:p>
    <w:p>
      <w:pPr>
        <w:pStyle w:val="ListNumber"/>
        <w:spacing w:line="240" w:lineRule="auto"/>
        <w:ind w:left="720"/>
      </w:pPr>
      <w:r/>
      <w:hyperlink r:id="rId11">
        <w:r>
          <w:rPr>
            <w:color w:val="0000EE"/>
            <w:u w:val="single"/>
          </w:rPr>
          <w:t>https://rolliapp.com/blogpost-13-why-is-journalism-important-in-a-democracy</w:t>
        </w:r>
      </w:hyperlink>
      <w:r>
        <w:t xml:space="preserve"> - Supports the importance of journalism in a democracy, highlighting its role as a watchdog and its contribution to social cohesion and understanding.</w:t>
      </w:r>
      <w:r/>
    </w:p>
    <w:p>
      <w:pPr>
        <w:pStyle w:val="ListNumber"/>
        <w:spacing w:line="240" w:lineRule="auto"/>
        <w:ind w:left="720"/>
      </w:pPr>
      <w:r/>
      <w:hyperlink r:id="rId12">
        <w:r>
          <w:rPr>
            <w:color w:val="0000EE"/>
            <w:u w:val="single"/>
          </w:rPr>
          <w:t>https://www.nytco.com/press/journalisms-essential-value/</w:t>
        </w:r>
      </w:hyperlink>
      <w:r>
        <w:t xml:space="preserve"> - Emphasizes the essential value of independent journalism in a pluralistic democracy, including its role in providing a common fact base and holding power accountable.</w:t>
      </w:r>
      <w:r/>
    </w:p>
    <w:p>
      <w:pPr>
        <w:pStyle w:val="ListNumber"/>
        <w:spacing w:line="240" w:lineRule="auto"/>
        <w:ind w:left="720"/>
      </w:pPr>
      <w:r/>
      <w:hyperlink r:id="rId13">
        <w:r>
          <w:rPr>
            <w:color w:val="0000EE"/>
            <w:u w:val="single"/>
          </w:rPr>
          <w:t>https://cep.org/blog/journalism-is-a-cornerstone-of-democracy/</w:t>
        </w:r>
      </w:hyperlink>
      <w:r>
        <w:t xml:space="preserve"> - Highlights the role of a free press in holding political leaders accountable and providing citizens with the information needed for informed decisions.</w:t>
      </w:r>
      <w:r/>
    </w:p>
    <w:p>
      <w:pPr>
        <w:pStyle w:val="ListNumber"/>
        <w:spacing w:line="240" w:lineRule="auto"/>
        <w:ind w:left="720"/>
      </w:pPr>
      <w:r/>
      <w:hyperlink r:id="rId14">
        <w:r>
          <w:rPr>
            <w:color w:val="0000EE"/>
            <w:u w:val="single"/>
          </w:rPr>
          <w:t>https://www.comminit.com/global/content/journalism-development-role-journalism-promoting-democracy-and-political-accountability-</w:t>
        </w:r>
      </w:hyperlink>
      <w:r>
        <w:t xml:space="preserve"> - Discusses the role of journalism in promoting democracy and political accountability, emphasizing its importance in informing citizens.</w:t>
      </w:r>
      <w:r/>
    </w:p>
    <w:p>
      <w:pPr>
        <w:pStyle w:val="ListNumber"/>
        <w:spacing w:line="240" w:lineRule="auto"/>
        <w:ind w:left="720"/>
      </w:pPr>
      <w:r/>
      <w:hyperlink r:id="rId10">
        <w:r>
          <w:rPr>
            <w:color w:val="0000EE"/>
            <w:u w:val="single"/>
          </w:rPr>
          <w:t>https://constitution-unit.com/2024/01/30/the-role-of-the-media-in-democracies-what-is-it-and-why-does-it-matter/</w:t>
        </w:r>
      </w:hyperlink>
      <w:r>
        <w:t xml:space="preserve"> - Addresses the challenges faced by the media sector, including the impact of digital technology and the need for a diverse and independent media landscape.</w:t>
      </w:r>
      <w:r/>
    </w:p>
    <w:p>
      <w:pPr>
        <w:pStyle w:val="ListNumber"/>
        <w:spacing w:line="240" w:lineRule="auto"/>
        <w:ind w:left="720"/>
      </w:pPr>
      <w:r/>
      <w:hyperlink r:id="rId11">
        <w:r>
          <w:rPr>
            <w:color w:val="0000EE"/>
            <w:u w:val="single"/>
          </w:rPr>
          <w:t>https://rolliapp.com/blogpost-13-why-is-journalism-important-in-a-democracy</w:t>
        </w:r>
      </w:hyperlink>
      <w:r>
        <w:t xml:space="preserve"> - Mentions the risks faced by journalists, particularly in war-torn regions, and the importance of their dedication to delivering truthful reporting.</w:t>
      </w:r>
      <w:r/>
    </w:p>
    <w:p>
      <w:pPr>
        <w:pStyle w:val="ListNumber"/>
        <w:spacing w:line="240" w:lineRule="auto"/>
        <w:ind w:left="720"/>
      </w:pPr>
      <w:r/>
      <w:hyperlink r:id="rId12">
        <w:r>
          <w:rPr>
            <w:color w:val="0000EE"/>
            <w:u w:val="single"/>
          </w:rPr>
          <w:t>https://www.nytco.com/press/journalisms-essential-value/</w:t>
        </w:r>
      </w:hyperlink>
      <w:r>
        <w:t xml:space="preserve"> - Discusses the need for legislative measures to address the evolving dynamics between digital platforms and publishers, ensuring a fair and equitable relationship.</w:t>
      </w:r>
      <w:r/>
    </w:p>
    <w:p>
      <w:pPr>
        <w:pStyle w:val="ListNumber"/>
        <w:spacing w:line="240" w:lineRule="auto"/>
        <w:ind w:left="720"/>
      </w:pPr>
      <w:r/>
      <w:hyperlink r:id="rId13">
        <w:r>
          <w:rPr>
            <w:color w:val="0000EE"/>
            <w:u w:val="single"/>
          </w:rPr>
          <w:t>https://cep.org/blog/journalism-is-a-cornerstone-of-democracy/</w:t>
        </w:r>
      </w:hyperlink>
      <w:r>
        <w:t xml:space="preserve"> - Highlights government efforts to protect journalists from online abuse and intimidation, including the misuse of SLAPPs.</w:t>
      </w:r>
      <w:r/>
    </w:p>
    <w:p>
      <w:pPr>
        <w:pStyle w:val="ListNumber"/>
        <w:spacing w:line="240" w:lineRule="auto"/>
        <w:ind w:left="720"/>
      </w:pPr>
      <w:r/>
      <w:hyperlink r:id="rId14">
        <w:r>
          <w:rPr>
            <w:color w:val="0000EE"/>
            <w:u w:val="single"/>
          </w:rPr>
          <w:t>https://www.comminit.com/global/content/journalism-development-role-journalism-promoting-democracy-and-political-accountability-</w:t>
        </w:r>
      </w:hyperlink>
      <w:r>
        <w:t xml:space="preserve"> - Emphasizes the government's commitment to advocating for journalistic freedoms internationally and the broader political ideology valuing a free and fearless press.</w:t>
      </w:r>
      <w:r/>
    </w:p>
    <w:p>
      <w:pPr>
        <w:pStyle w:val="ListNumber"/>
        <w:spacing w:line="240" w:lineRule="auto"/>
        <w:ind w:left="720"/>
      </w:pPr>
      <w:r/>
      <w:hyperlink r:id="rId10">
        <w:r>
          <w:rPr>
            <w:color w:val="0000EE"/>
            <w:u w:val="single"/>
          </w:rPr>
          <w:t>https://constitution-unit.com/2024/01/30/the-role-of-the-media-in-democracies-what-is-it-and-why-does-it-matter/</w:t>
        </w:r>
      </w:hyperlink>
      <w:r>
        <w:t xml:space="preserve"> - Supports the ongoing conversation around the role of journalism in maintaining democratic integrity as technological landscapes and political climates evolve.</w:t>
      </w:r>
      <w:r/>
    </w:p>
    <w:p>
      <w:pPr>
        <w:pStyle w:val="ListNumber"/>
        <w:spacing w:line="240" w:lineRule="auto"/>
        <w:ind w:left="720"/>
      </w:pPr>
      <w:r/>
      <w:hyperlink r:id="rId15">
        <w:r>
          <w:rPr>
            <w:color w:val="0000EE"/>
            <w:u w:val="single"/>
          </w:rPr>
          <w:t>https://www.thenorthernecho.co.uk/news/24679179.journalism-matters-pm-keir-starmer-addresses-rise-ai/?ref=rss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nstitution-unit.com/2024/01/30/the-role-of-the-media-in-democracies-what-is-it-and-why-does-it-matter/" TargetMode="External"/><Relationship Id="rId11" Type="http://schemas.openxmlformats.org/officeDocument/2006/relationships/hyperlink" Target="https://rolliapp.com/blogpost-13-why-is-journalism-important-in-a-democracy" TargetMode="External"/><Relationship Id="rId12" Type="http://schemas.openxmlformats.org/officeDocument/2006/relationships/hyperlink" Target="https://www.nytco.com/press/journalisms-essential-value/" TargetMode="External"/><Relationship Id="rId13" Type="http://schemas.openxmlformats.org/officeDocument/2006/relationships/hyperlink" Target="https://cep.org/blog/journalism-is-a-cornerstone-of-democracy/" TargetMode="External"/><Relationship Id="rId14" Type="http://schemas.openxmlformats.org/officeDocument/2006/relationships/hyperlink" Target="https://www.comminit.com/global/content/journalism-development-role-journalism-promoting-democracy-and-political-accountability-" TargetMode="External"/><Relationship Id="rId15" Type="http://schemas.openxmlformats.org/officeDocument/2006/relationships/hyperlink" Target="https://www.thenorthernecho.co.uk/news/24679179.journalism-matters-pm-keir-starmer-addresses-rise-ai/?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