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Stack Social offers discounted Microsoft Office Home &amp; Business 2024 and BJ's membership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Stack Social Offers Discounted Microsoft Office Home &amp; Business 2024 and BJ's Membership</w:t>
      </w:r>
      <w:r/>
    </w:p>
    <w:p>
      <w:r/>
      <w:r>
        <w:t>Microsoft Office users have an opportunity to secure a cost-effective alternative to Microsoft's Office 365 subscription service, with Stack Social offering a significant discount on the Microsoft Office Home &amp; Business 2024 suite. The offer includes a lifetime license for the suite, priced at $180, down from the regular $250, representing a 28% discount. This package includes popular Microsoft applications such as Word, Excel, PowerPoint, Outlook, and OneNote, available for both Mac and PC users.</w:t>
      </w:r>
      <w:r/>
    </w:p>
    <w:p>
      <w:r/>
      <w:r>
        <w:t>The latest 2024 version welcomes several enhancements over its 2021 predecessor, including notable improvements in AI integration, speed, and performance, especially within Excel. Users can also anticipate more advanced content creation tools along with an improved user interface and accessibility features. Potential buyers must note, however, that while Stack Social provides "lifetime" access, there remains a possibility, however remote, that Microsoft might end the license. Nonetheless, Stack Social is recognised as an authorised Microsoft partner and has a history of successfully running similar offers for several years.</w:t>
      </w:r>
      <w:r/>
    </w:p>
    <w:p>
      <w:r/>
      <w:r>
        <w:t>It is important to highlight that this offer does not include some benefits associated with the annual Office 365 subscription, such as continuous updates. However, it does eliminate the $70 annual fee associated with accessing Office apps via subscription. To run the software, Windows users need Windows 10 or 11, while Mac users should ensure they have MacOS Ventura or later. Additionally, purchasers must redeem their access code within seven days of purchase to activate their license.</w:t>
      </w:r>
      <w:r/>
    </w:p>
    <w:p>
      <w:r/>
      <w:r>
        <w:t>In a separate offering, Stack Social is also promoting a deal for those interested in becoming members of BJ's Wholesale Club. New members can access an annual membership for $20 instead of the usual $55, offering a 63% saving. Further perks include receiving a $20 store credit for expenditures of $60 within the first 30 days, thus effectively providing a free membership.</w:t>
      </w:r>
      <w:r/>
    </w:p>
    <w:p>
      <w:r/>
      <w:r>
        <w:t>BJ's Wholesale Club functions similarly to warehouse clubs such as Costco and Sam's Club. It offers savings of up to 25% compared to typical grocery store prices on various products ranging from fresh foods and household items to tech gadgets and furniture. It also features BJ's Gas, where customers can find reduced gasoline prices and additional savings through the BJ's Fuel Saver Program. BJ's has over 210 locations across 17 states in the United States, and the offer applies solely to new members who are required to agree to auto-renewal of their membership at the regular price after the first year unless they cancel.</w:t>
      </w:r>
      <w:r/>
    </w:p>
    <w:p>
      <w:r/>
      <w:r>
        <w:t>Additionally, members benefit from online shopping with options for free curbside pickup or same-day delivery in several regions and access to digital coupons.</w:t>
      </w:r>
      <w:r/>
    </w:p>
    <w:p>
      <w:r/>
      <w:r>
        <w:t>Both deals are available through Stack Social, but availability is subject to change without notice. It is advised for interested individuals to promptly check deal statuses for the most current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https://gizmodo.com/forget-office-2024-this-official-microsoft-suite-is-6x-cheaper-ahead-of-prime-day-2000506965</w:t>
        </w:r>
      </w:hyperlink>
      <w:r>
        <w:t xml:space="preserve"> - Corroborates the availability of a discounted Microsoft Office suite, including the prices and the inclusion of popular Microsoft applications.</w:t>
      </w:r>
      <w:r/>
    </w:p>
    <w:p>
      <w:pPr>
        <w:pStyle w:val="ListNumber"/>
        <w:spacing w:line="240" w:lineRule="auto"/>
        <w:ind w:left="720"/>
      </w:pPr>
      <w:r/>
      <w:hyperlink r:id="rId11">
        <w:r>
          <w:rPr>
            <w:color w:val="0000EE"/>
            <w:u w:val="single"/>
          </w:rPr>
          <w:t>https://www.dealnews.com/s39741/Stack-Social/b437/Microsoft/</w:t>
        </w:r>
      </w:hyperlink>
      <w:r>
        <w:t xml:space="preserve"> - Supports the information about the discounted price of Microsoft Office Home &amp; Business 2024 and the system requirements for Windows and Mac users.</w:t>
      </w:r>
      <w:r/>
    </w:p>
    <w:p>
      <w:pPr>
        <w:pStyle w:val="ListNumber"/>
        <w:spacing w:line="240" w:lineRule="auto"/>
        <w:ind w:left="720"/>
      </w:pPr>
      <w:r/>
      <w:hyperlink r:id="rId12">
        <w:r>
          <w:rPr>
            <w:color w:val="0000EE"/>
            <w:u w:val="single"/>
          </w:rPr>
          <w:t>https://gizmodo.com/buy-microsoft-office-for-windows-or-mac-once-use-it-forever-just-40-ending-soon-2000497335</w:t>
        </w:r>
      </w:hyperlink>
      <w:r>
        <w:t xml:space="preserve"> - Provides details on the lifetime license offer, the included applications, and the system requirements for both Windows and Mac.</w:t>
      </w:r>
      <w:r/>
    </w:p>
    <w:p>
      <w:pPr>
        <w:pStyle w:val="ListNumber"/>
        <w:spacing w:line="240" w:lineRule="auto"/>
        <w:ind w:left="720"/>
      </w:pPr>
      <w:r/>
      <w:hyperlink r:id="rId13">
        <w:r>
          <w:rPr>
            <w:color w:val="0000EE"/>
            <w:u w:val="single"/>
          </w:rPr>
          <w:t>https://www.zdnet.com/article/buy-a-microsoft-office-license-for-mac-or-windows-for-25/</w:t>
        </w:r>
      </w:hyperlink>
      <w:r>
        <w:t xml:space="preserve"> - Confirms Stack Social as an authorized Microsoft partner and the possibility that Microsoft might end the license, although it is remote.</w:t>
      </w:r>
      <w:r/>
    </w:p>
    <w:p>
      <w:pPr>
        <w:pStyle w:val="ListNumber"/>
        <w:spacing w:line="240" w:lineRule="auto"/>
        <w:ind w:left="720"/>
      </w:pPr>
      <w:r/>
      <w:hyperlink r:id="rId14">
        <w:r>
          <w:rPr>
            <w:color w:val="0000EE"/>
            <w:u w:val="single"/>
          </w:rPr>
          <w:t>https://www.stacksocial.com/sales/microsoft-office-2024-home-business-for-mac-or-pc</w:t>
        </w:r>
      </w:hyperlink>
      <w:r>
        <w:t xml:space="preserve"> - Details the features of Microsoft Office 2024 Home &amp; Business, including AI integration, speed, and performance enhancements, as well as the necessity to redeem the access code within a specified time frame.</w:t>
      </w:r>
      <w:r/>
    </w:p>
    <w:p>
      <w:pPr>
        <w:pStyle w:val="ListNumber"/>
        <w:spacing w:line="240" w:lineRule="auto"/>
        <w:ind w:left="720"/>
      </w:pPr>
      <w:r/>
      <w:hyperlink r:id="rId14">
        <w:r>
          <w:rPr>
            <w:color w:val="0000EE"/>
            <w:u w:val="single"/>
          </w:rPr>
          <w:t>https://www.stacksocial.com/sales/microsoft-office-2024-home-business-for-mac-or-pc</w:t>
        </w:r>
      </w:hyperlink>
      <w:r>
        <w:t xml:space="preserve"> - Explains the system requirements for running the software on Windows and Mac, and the one-time purchase nature of the license.</w:t>
      </w:r>
      <w:r/>
    </w:p>
    <w:p>
      <w:pPr>
        <w:pStyle w:val="ListNumber"/>
        <w:spacing w:line="240" w:lineRule="auto"/>
        <w:ind w:left="720"/>
      </w:pPr>
      <w:r/>
      <w:hyperlink r:id="rId10">
        <w:r>
          <w:rPr>
            <w:color w:val="0000EE"/>
            <w:u w:val="single"/>
          </w:rPr>
          <w:t>https://gizmodo.com/forget-office-2024-this-official-microsoft-suite-is-6x-cheaper-ahead-of-prime-day-2000506965</w:t>
        </w:r>
      </w:hyperlink>
      <w:r>
        <w:t xml:space="preserve"> - Highlights the difference between this offer and the Office 365 subscription, including the elimination of the annual fee.</w:t>
      </w:r>
      <w:r/>
    </w:p>
    <w:p>
      <w:pPr>
        <w:pStyle w:val="ListNumber"/>
        <w:spacing w:line="240" w:lineRule="auto"/>
        <w:ind w:left="720"/>
      </w:pPr>
      <w:r/>
      <w:hyperlink r:id="rId13">
        <w:r>
          <w:rPr>
            <w:color w:val="0000EE"/>
            <w:u w:val="single"/>
          </w:rPr>
          <w:t>https://www.zdnet.com/article/buy-a-microsoft-office-license-for-mac-or-windows-for-25/</w:t>
        </w:r>
      </w:hyperlink>
      <w:r>
        <w:t xml:space="preserve"> - Clarifies that the offer does not include benefits associated with the Office 365 subscription, such as continuous updates.</w:t>
      </w:r>
      <w:r/>
    </w:p>
    <w:p>
      <w:pPr>
        <w:pStyle w:val="ListNumber"/>
        <w:spacing w:line="240" w:lineRule="auto"/>
        <w:ind w:left="720"/>
      </w:pPr>
      <w:r/>
      <w:hyperlink r:id="rId12">
        <w:r>
          <w:rPr>
            <w:color w:val="0000EE"/>
            <w:u w:val="single"/>
          </w:rPr>
          <w:t>https://gizmodo.com/buy-microsoft-office-for-windows-or-mac-once-use-it-forever-just-40-ending-soon-2000497335</w:t>
        </w:r>
      </w:hyperlink>
      <w:r>
        <w:t xml:space="preserve"> - Mentions the immediate delivery and download process after purchasing the lifetime license.</w:t>
      </w:r>
      <w:r/>
    </w:p>
    <w:p>
      <w:pPr>
        <w:pStyle w:val="ListNumber"/>
        <w:spacing w:line="240" w:lineRule="auto"/>
        <w:ind w:left="720"/>
      </w:pPr>
      <w:r/>
      <w:hyperlink r:id="rId11">
        <w:r>
          <w:rPr>
            <w:color w:val="0000EE"/>
            <w:u w:val="single"/>
          </w:rPr>
          <w:t>https://www.dealnews.com/s39741/Stack-Social/b437/Microsoft/</w:t>
        </w:r>
      </w:hyperlink>
      <w:r>
        <w:t xml:space="preserve"> - Indicates that the deals are subject to change without notice and advises checking the deal statuses promptly.</w:t>
      </w:r>
      <w:r/>
    </w:p>
    <w:p>
      <w:pPr>
        <w:pStyle w:val="ListNumber"/>
        <w:spacing w:line="240" w:lineRule="auto"/>
        <w:ind w:left="720"/>
      </w:pPr>
      <w:r/>
      <w:hyperlink r:id="rId14">
        <w:r>
          <w:rPr>
            <w:color w:val="0000EE"/>
            <w:u w:val="single"/>
          </w:rPr>
          <w:t>https://www.stacksocial.com/sales/microsoft-office-2024-home-business-for-mac-or-pc</w:t>
        </w:r>
      </w:hyperlink>
      <w:r>
        <w:t xml:space="preserve"> - Details the key features of Office 2024, including enhanced security and search capabilities, and the ability to work offline.</w:t>
      </w:r>
      <w:r/>
    </w:p>
    <w:p>
      <w:pPr>
        <w:pStyle w:val="ListNumber"/>
        <w:spacing w:line="240" w:lineRule="auto"/>
        <w:ind w:left="720"/>
      </w:pPr>
      <w:r/>
      <w:hyperlink r:id="rId15">
        <w:r>
          <w:rPr>
            <w:color w:val="0000EE"/>
            <w:u w:val="single"/>
          </w:rPr>
          <w:t>https://www.zdnet.com/article/buy-microsoft-office-home-business-2024-for-pc-or-mac-for-28-off/</w:t>
        </w:r>
      </w:hyperlink>
      <w:r>
        <w:t xml:space="preserve"> - Please view link - unable to able to access data</w:t>
      </w:r>
      <w:r/>
    </w:p>
    <w:p>
      <w:pPr>
        <w:pStyle w:val="ListNumber"/>
        <w:spacing w:line="240" w:lineRule="auto"/>
        <w:ind w:left="720"/>
      </w:pPr>
      <w:r/>
      <w:hyperlink r:id="rId16">
        <w:r>
          <w:rPr>
            <w:color w:val="0000EE"/>
            <w:u w:val="single"/>
          </w:rPr>
          <w:t>https://www.zdnet.com/home-and-office/join-bjs-wholesale-club-for-20-and-get-a-20-gift-card-right-now/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zmodo.com/forget-office-2024-this-official-microsoft-suite-is-6x-cheaper-ahead-of-prime-day-2000506965" TargetMode="External"/><Relationship Id="rId11" Type="http://schemas.openxmlformats.org/officeDocument/2006/relationships/hyperlink" Target="https://www.dealnews.com/s39741/Stack-Social/b437/Microsoft/" TargetMode="External"/><Relationship Id="rId12" Type="http://schemas.openxmlformats.org/officeDocument/2006/relationships/hyperlink" Target="https://gizmodo.com/buy-microsoft-office-for-windows-or-mac-once-use-it-forever-just-40-ending-soon-2000497335" TargetMode="External"/><Relationship Id="rId13" Type="http://schemas.openxmlformats.org/officeDocument/2006/relationships/hyperlink" Target="https://www.zdnet.com/article/buy-a-microsoft-office-license-for-mac-or-windows-for-25/" TargetMode="External"/><Relationship Id="rId14" Type="http://schemas.openxmlformats.org/officeDocument/2006/relationships/hyperlink" Target="https://www.stacksocial.com/sales/microsoft-office-2024-home-business-for-mac-or-pc" TargetMode="External"/><Relationship Id="rId15" Type="http://schemas.openxmlformats.org/officeDocument/2006/relationships/hyperlink" Target="https://www.zdnet.com/article/buy-microsoft-office-home-business-2024-for-pc-or-mac-for-28-off/" TargetMode="External"/><Relationship Id="rId16" Type="http://schemas.openxmlformats.org/officeDocument/2006/relationships/hyperlink" Target="https://www.zdnet.com/home-and-office/join-bjs-wholesale-club-for-20-and-get-a-20-gift-card-right-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