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Stanford develops AI tutoring assistant Tutor CoPilot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Stanford University researchers have developed an innovative AI system called Tutor CoPilot, which is built on OpenAI’s GPT-4 language model. This system has been integrated into a virtual learning platform, FEV Tutor, which facilitates online interactions between students and tutors. The primary aim of Tutor CoPilot is to assist tutors in effectively guiding students toward understanding and correcting their errors during virtual maths lessons.</w:t>
      </w:r>
      <w:r/>
    </w:p>
    <w:p>
      <w:r/>
      <w:r>
        <w:t>The process of development for Tutor CoPilot involved training GPT-4 on a substantial database of 700 actual tutoring sessions. These sessions featured experienced educators working with students from first to fifth grade. The educators focused on recognising student errors and promoting understanding of broader mathematical concepts. The model was designed to generate suggestions that tutors can adapt to individualised, online teaching scenarios.</w:t>
      </w:r>
      <w:r/>
    </w:p>
    <w:p>
      <w:r/>
      <w:r>
        <w:t>Rose Wang, a PhD student at Stanford University and a key contributor to this project, expressed enthusiasm for the potential of AI-assisted learning. "I’m really excited about the future of human-AI collaboration systems," commented Wang regarding the project, whose research findings have been published on arXiv, although they have yet to undergo peer review. "I think this technology is a huge enabler, but only if it’s designed well."</w:t>
      </w:r>
      <w:r/>
    </w:p>
    <w:p>
      <w:r/>
      <w:r>
        <w:t>The objectives of Tutor CoPilot are clear: the system is not intended to replace teaching or provide direct educational content to students. Instead, it functions as a support tool for tutors by suggesting strategies to better steer students towards discovering the correct solutions on their own. It’s a tool that emphasises fostering a deeper understanding in learners by suggesting pedagogical techniques to prompt critical thinking. For example, the AI might recommend tutors to ask students how they arrived at an answer, or propose alternative questions that encourage exploration of different problem-solving approaches.</w:t>
      </w:r>
      <w:r/>
    </w:p>
    <w:p>
      <w:r/>
      <w:r>
        <w:t>The introduction of Tutor CoPilot underscores an ongoing interest in harnessing AI technology to complement human teaching methods. As education continues to evolve in the digital era, tools like Tutor CoPilot represent promising advances in personalising online learning experiences and enhancing the effectiveness of virtual tutoring sessions.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https://edworkingpapers.com/sites/default/files/ai24-1054.pdf</w:t>
        </w:r>
      </w:hyperlink>
      <w:r>
        <w:t xml:space="preserve"> - This link provides the detailed research paper on Tutor CoPilot, including its development, integration into virtual tutoring platforms, and the outcomes of the randomized controlled trial.</w:t>
      </w:r>
      <w:r/>
    </w:p>
    <w:p>
      <w:pPr>
        <w:pStyle w:val="ListNumber"/>
        <w:spacing w:line="240" w:lineRule="auto"/>
        <w:ind w:left="720"/>
      </w:pPr>
      <w:r/>
      <w:hyperlink r:id="rId11">
        <w:r>
          <w:rPr>
            <w:color w:val="0000EE"/>
            <w:u w:val="single"/>
          </w:rPr>
          <w:t>https://www.reddit.com/r/machinelearningnews/comments/1fz9cil/researchers_at_stanford_university_introduce/</w:t>
        </w:r>
      </w:hyperlink>
      <w:r>
        <w:t xml:space="preserve"> - This discussion on Reddit corroborates the integration of Tutor CoPilot into virtual tutoring platforms and its aim to provide expert-like suggestions to tutors.</w:t>
      </w:r>
      <w:r/>
    </w:p>
    <w:p>
      <w:pPr>
        <w:pStyle w:val="ListNumber"/>
        <w:spacing w:line="240" w:lineRule="auto"/>
        <w:ind w:left="720"/>
      </w:pPr>
      <w:r/>
      <w:hyperlink r:id="rId12">
        <w:r>
          <w:rPr>
            <w:color w:val="0000EE"/>
            <w:u w:val="single"/>
          </w:rPr>
          <w:t>https://studentsupportaccelerator.org/studies/tutor-copilot-human-ai-approach-scaling-real-time-expertise</w:t>
        </w:r>
      </w:hyperlink>
      <w:r>
        <w:t xml:space="preserve"> - This link explains the objectives of Tutor CoPilot, including its focus on providing expert-like guidance to tutors and improving student learning outcomes, especially for students from under-served communities.</w:t>
      </w:r>
      <w:r/>
    </w:p>
    <w:p>
      <w:pPr>
        <w:pStyle w:val="ListNumber"/>
        <w:spacing w:line="240" w:lineRule="auto"/>
        <w:ind w:left="720"/>
      </w:pPr>
      <w:r/>
      <w:hyperlink r:id="rId13">
        <w:r>
          <w:rPr>
            <w:color w:val="0000EE"/>
            <w:u w:val="single"/>
          </w:rPr>
          <w:t>https://arxiv.org/abs/2410.03017</w:t>
        </w:r>
      </w:hyperlink>
      <w:r>
        <w:t xml:space="preserve"> - This arXiv link provides the abstract and full details of the research paper on Tutor CoPilot, including its development and the results of the randomized controlled trial.</w:t>
      </w:r>
      <w:r/>
    </w:p>
    <w:p>
      <w:pPr>
        <w:pStyle w:val="ListNumber"/>
        <w:spacing w:line="240" w:lineRule="auto"/>
        <w:ind w:left="720"/>
      </w:pPr>
      <w:r/>
      <w:hyperlink r:id="rId14">
        <w:r>
          <w:rPr>
            <w:color w:val="0000EE"/>
            <w:u w:val="single"/>
          </w:rPr>
          <w:t>https://www.aiforeducation.io/blog/stanfords-ai-assisted-tutoring-study</w:t>
        </w:r>
      </w:hyperlink>
      <w:r>
        <w:t xml:space="preserve"> - This blog post discusses the study conducted by Stanford researchers, highlighting the benefits of Tutor CoPilot in improving student learning outcomes, particularly for students with less-skilled tutors.</w:t>
      </w:r>
      <w:r/>
    </w:p>
    <w:p>
      <w:pPr>
        <w:pStyle w:val="ListNumber"/>
        <w:spacing w:line="240" w:lineRule="auto"/>
        <w:ind w:left="720"/>
      </w:pPr>
      <w:r/>
      <w:hyperlink r:id="rId15">
        <w:r>
          <w:rPr>
            <w:color w:val="0000EE"/>
            <w:u w:val="single"/>
          </w:rPr>
          <w:t>https://edworkingpapers.com/sites/default/files/ai24-1054.pdf#page=4</w:t>
        </w:r>
      </w:hyperlink>
      <w:r>
        <w:t xml:space="preserve"> - This section of the research paper details the training process of Tutor CoPilot using actual tutoring sessions and the focus on recognizing student errors and promoting broader mathematical concepts.</w:t>
      </w:r>
      <w:r/>
    </w:p>
    <w:p>
      <w:pPr>
        <w:pStyle w:val="ListNumber"/>
        <w:spacing w:line="240" w:lineRule="auto"/>
        <w:ind w:left="720"/>
      </w:pPr>
      <w:r/>
      <w:hyperlink r:id="rId16">
        <w:r>
          <w:rPr>
            <w:color w:val="0000EE"/>
            <w:u w:val="single"/>
          </w:rPr>
          <w:t>https://www.reddit.com/r/machinelearningnews/comments/1fz9cil/researchers_at_stanford_university_introduce/#comment-kp4x6g3</w:t>
        </w:r>
      </w:hyperlink>
      <w:r>
        <w:t xml:space="preserve"> - This comment highlights Rose Wang's enthusiasm for the potential of AI-assisted learning and the publication of the research findings on arXiv.</w:t>
      </w:r>
      <w:r/>
    </w:p>
    <w:p>
      <w:pPr>
        <w:pStyle w:val="ListNumber"/>
        <w:spacing w:line="240" w:lineRule="auto"/>
        <w:ind w:left="720"/>
      </w:pPr>
      <w:r/>
      <w:hyperlink r:id="rId17">
        <w:r>
          <w:rPr>
            <w:color w:val="0000EE"/>
            <w:u w:val="single"/>
          </w:rPr>
          <w:t>https://studentsupportaccelerator.org/studies/tutor-copilot-human-ai-approach-scaling-real-time-expertise#objectives</w:t>
        </w:r>
      </w:hyperlink>
      <w:r>
        <w:t xml:space="preserve"> - This section explains the objectives of Tutor CoPilot, emphasizing its role as a support tool for tutors rather than a replacement for teaching or direct educational content.</w:t>
      </w:r>
      <w:r/>
    </w:p>
    <w:p>
      <w:pPr>
        <w:pStyle w:val="ListNumber"/>
        <w:spacing w:line="240" w:lineRule="auto"/>
        <w:ind w:left="720"/>
      </w:pPr>
      <w:r/>
      <w:hyperlink r:id="rId18">
        <w:r>
          <w:rPr>
            <w:color w:val="0000EE"/>
            <w:u w:val="single"/>
          </w:rPr>
          <w:t>https://arxiv.org/abs/2410.03017#page=3</w:t>
        </w:r>
      </w:hyperlink>
      <w:r>
        <w:t xml:space="preserve"> - This part of the arXiv paper discusses how Tutor CoPilot suggests strategies to foster student understanding, such as asking guiding questions and proposing alternative problem-solving approaches.</w:t>
      </w:r>
      <w:r/>
    </w:p>
    <w:p>
      <w:pPr>
        <w:pStyle w:val="ListNumber"/>
        <w:spacing w:line="240" w:lineRule="auto"/>
        <w:ind w:left="720"/>
      </w:pPr>
      <w:r/>
      <w:hyperlink r:id="rId19">
        <w:r>
          <w:rPr>
            <w:color w:val="0000EE"/>
            <w:u w:val="single"/>
          </w:rPr>
          <w:t>https://www.aiforeducation.io/blog/stanfords-ai-assisted-tutoring-study#benefits</w:t>
        </w:r>
      </w:hyperlink>
      <w:r>
        <w:t xml:space="preserve"> - This blog post highlights the benefits of Tutor CoPilot in personalizing online learning experiences and enhancing the effectiveness of virtual tutoring sessions.</w:t>
      </w:r>
      <w:r/>
    </w:p>
    <w:p>
      <w:pPr>
        <w:pStyle w:val="ListNumber"/>
        <w:spacing w:line="240" w:lineRule="auto"/>
        <w:ind w:left="720"/>
      </w:pPr>
      <w:r/>
      <w:hyperlink r:id="rId20">
        <w:r>
          <w:rPr>
            <w:color w:val="0000EE"/>
            <w:u w:val="single"/>
          </w:rPr>
          <w:t>https://edworkingpapers.com/sites/default/files/ai24-1054.pdf#page=10</w:t>
        </w:r>
      </w:hyperlink>
      <w:r>
        <w:t xml:space="preserve"> - This section of the research paper discusses the ongoing interest in harnessing AI technology to complement human teaching methods and the potential of tools like Tutor CoPilot in the digital era of education.</w:t>
      </w:r>
      <w:r/>
    </w:p>
    <w:p>
      <w:pPr>
        <w:pStyle w:val="ListNumber"/>
        <w:spacing w:line="240" w:lineRule="auto"/>
        <w:ind w:left="720"/>
      </w:pPr>
      <w:r/>
      <w:hyperlink r:id="rId21">
        <w:r>
          <w:rPr>
            <w:color w:val="0000EE"/>
            <w:u w:val="single"/>
          </w:rPr>
          <w:t>https://www.technologyreview.com/2024/10/28/1106251/this-ai-system-makes-human-tutors-better-at-teaching-children-math/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dworkingpapers.com/sites/default/files/ai24-1054.pdf" TargetMode="External"/><Relationship Id="rId11" Type="http://schemas.openxmlformats.org/officeDocument/2006/relationships/hyperlink" Target="https://www.reddit.com/r/machinelearningnews/comments/1fz9cil/researchers_at_stanford_university_introduce/" TargetMode="External"/><Relationship Id="rId12" Type="http://schemas.openxmlformats.org/officeDocument/2006/relationships/hyperlink" Target="https://studentsupportaccelerator.org/studies/tutor-copilot-human-ai-approach-scaling-real-time-expertise" TargetMode="External"/><Relationship Id="rId13" Type="http://schemas.openxmlformats.org/officeDocument/2006/relationships/hyperlink" Target="https://arxiv.org/abs/2410.03017" TargetMode="External"/><Relationship Id="rId14" Type="http://schemas.openxmlformats.org/officeDocument/2006/relationships/hyperlink" Target="https://www.aiforeducation.io/blog/stanfords-ai-assisted-tutoring-study" TargetMode="External"/><Relationship Id="rId15" Type="http://schemas.openxmlformats.org/officeDocument/2006/relationships/hyperlink" Target="https://edworkingpapers.com/sites/default/files/ai24-1054.pdf#page=4" TargetMode="External"/><Relationship Id="rId16" Type="http://schemas.openxmlformats.org/officeDocument/2006/relationships/hyperlink" Target="https://www.reddit.com/r/machinelearningnews/comments/1fz9cil/researchers_at_stanford_university_introduce/#comment-kp4x6g3" TargetMode="External"/><Relationship Id="rId17" Type="http://schemas.openxmlformats.org/officeDocument/2006/relationships/hyperlink" Target="https://studentsupportaccelerator.org/studies/tutor-copilot-human-ai-approach-scaling-real-time-expertise#objectives" TargetMode="External"/><Relationship Id="rId18" Type="http://schemas.openxmlformats.org/officeDocument/2006/relationships/hyperlink" Target="https://arxiv.org/abs/2410.03017#page=3" TargetMode="External"/><Relationship Id="rId19" Type="http://schemas.openxmlformats.org/officeDocument/2006/relationships/hyperlink" Target="https://www.aiforeducation.io/blog/stanfords-ai-assisted-tutoring-study#benefits" TargetMode="External"/><Relationship Id="rId20" Type="http://schemas.openxmlformats.org/officeDocument/2006/relationships/hyperlink" Target="https://edworkingpapers.com/sites/default/files/ai24-1054.pdf#page=10" TargetMode="External"/><Relationship Id="rId21" Type="http://schemas.openxmlformats.org/officeDocument/2006/relationships/hyperlink" Target="https://www.technologyreview.com/2024/10/28/1106251/this-ai-system-makes-human-tutors-better-at-teaching-children-ma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