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unveils covert racial biases in AI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Title: Study Unveils Covert Racial Biases in AI Language Models</w:t>
      </w:r>
      <w:r/>
    </w:p>
    <w:p>
      <w:r/>
      <w:r>
        <w:t>Researchers have highlighted covert biases in artificial intelligence language models, revealing that these technologies may exhibit a form of subtle racism reflective of societal prejudices. According to a study published in Nature on 28th August 2023, AI models such as ChatGPT, T5, and RoBERTa displayed implicit bias when prompted with language inputs in African American English (AAE) as opposed to Standard American English (SAE).</w:t>
      </w:r>
      <w:r/>
    </w:p>
    <w:p>
      <w:r/>
      <w:r>
        <w:t>The research, led by linguist Sharese King from the University of Chicago, explored how these AI systems responded to various prompts using either dialect. While overt racist responses were not generated, the AI’s tendency to assign negative adjectives to AAE inputs underscores a latent bias. In contrast, when queried with prompts related to specific racial descriptors, these tools commonly used favourable adjectives like "brilliant" and "intelligent" for Black individuals.</w:t>
      </w:r>
      <w:r/>
    </w:p>
    <w:p>
      <w:r/>
      <w:r>
        <w:t>This study illustrates the subtle ways bias manifests in AI, paralleling concealed prejudices that exist in modern society. The research builds upon historical experiments, notably the Princeton Trilogy studies conducted over several decades, revealing a gradual increase in the favourability of adjectives associated with Black people.</w:t>
      </w:r>
      <w:r/>
    </w:p>
    <w:p>
      <w:r/>
      <w:r>
        <w:t>Significantly, the implications of these biases extend beyond language. In hypothetical scenarios involving AI judging criminal cases, models were asked to sentence a person, who was portrayed as a convicted murderer, based solely on their dialect. The results revealed a discrepancy: defendants using AAE were sentenced to death more frequently than those using SAE—28% versus 23%, respectively.</w:t>
      </w:r>
      <w:r/>
    </w:p>
    <w:p>
      <w:r/>
      <w:r>
        <w:t>Further tests suggested potential biases in employment determinations. AI models, after being exposed to tweets written in either dialect, aligned AAE users with lower prestige jobs like cooks, soldiers, or guards, while SAE users were more often linked to prestigious roles such as professors or economists. This division reveals an unsettling trend where AI perpetuates broad societal inequities.</w:t>
      </w:r>
      <w:r/>
    </w:p>
    <w:p>
      <w:r/>
      <w:r>
        <w:t>Although AI technology companies have engaged in efforts to address these biases by incorporating human review and training models on socially acceptable responses, the study's findings suggest such measures are insufficient. Despite these interventions, covert biases persist, particularly in the most current AI iterations like GPT-3.5 and GPT-4.</w:t>
      </w:r>
      <w:r/>
    </w:p>
    <w:p>
      <w:r/>
      <w:r>
        <w:t>The research team advocates for more fundamental changes in AI modelling to address these biases. Computational linguist Siva Reddy of McGill University indicates the need for deeper alignment methods that transform the core functioning of AI models, rather than merely applying superficial fixes.</w:t>
      </w:r>
      <w:r/>
    </w:p>
    <w:p>
      <w:r/>
      <w:r>
        <w:t>These revelations pose significant questions about the extent to which current AI systems replicate societal biases and the impact such biases could have in real-world applications, particularly within the judicial and employment sectors. This study serves as a pertinent examination of AI's role in both reflecting and perpetuating societal inequities.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https://pubmed.ncbi.nlm.nih.gov/39198640/</w:t>
        </w:r>
      </w:hyperlink>
      <w:r>
        <w:t xml:space="preserve"> - This article discusses how language models exhibit covert racism in the form of dialect prejudice, assigning negative stereotypes to speakers of African American English (AAE) and how these biases affect job assignments and criminal sentencing.</w:t>
      </w:r>
      <w:r/>
    </w:p>
    <w:p>
      <w:pPr>
        <w:pStyle w:val="ListNumber"/>
        <w:spacing w:line="240" w:lineRule="auto"/>
        <w:ind w:left="720"/>
      </w:pPr>
      <w:r/>
      <w:hyperlink r:id="rId11">
        <w:r>
          <w:rPr>
            <w:color w:val="0000EE"/>
            <w:u w:val="single"/>
          </w:rPr>
          <w:t>https://www.livescience.com/technology/artificial-intelligence/common-ai-models-believe-racist-stereotypes-about-african-americans-that-predate-the-civil-rights-movement-and-they-try-to-hide-it-when-confronted</w:t>
        </w:r>
      </w:hyperlink>
      <w:r>
        <w:t xml:space="preserve"> - This article details the study finding that AI models like GPT-3.5 and GPT-4 exhibit hidden racial biases against AAE speakers, despite showing positive overt stereotypes, and how these biases impact job and criminal case decisions.</w:t>
      </w:r>
      <w:r/>
    </w:p>
    <w:p>
      <w:pPr>
        <w:pStyle w:val="ListNumber"/>
        <w:spacing w:line="240" w:lineRule="auto"/>
        <w:ind w:left="720"/>
      </w:pPr>
      <w:r/>
      <w:hyperlink r:id="rId12">
        <w:r>
          <w:rPr>
            <w:color w:val="0000EE"/>
            <w:u w:val="single"/>
          </w:rPr>
          <w:t>https://www.nature.com/articles/s41586-024-07856-5</w:t>
        </w:r>
      </w:hyperlink>
      <w:r>
        <w:t xml:space="preserve"> - This Nature article provides empirical evidence of dialect prejudice in language models, showing that these models associate AAE with negative stereotypes and how current methods to alleviate racial bias can exacerbate this issue.</w:t>
      </w:r>
      <w:r/>
    </w:p>
    <w:p>
      <w:pPr>
        <w:pStyle w:val="ListNumber"/>
        <w:spacing w:line="240" w:lineRule="auto"/>
        <w:ind w:left="720"/>
      </w:pPr>
      <w:r/>
      <w:hyperlink r:id="rId13">
        <w:r>
          <w:rPr>
            <w:color w:val="0000EE"/>
            <w:u w:val="single"/>
          </w:rPr>
          <w:t>https://arxiv.org/abs/2403.00742</w:t>
        </w:r>
      </w:hyperlink>
      <w:r>
        <w:t xml:space="preserve"> - This arXiv paper discusses how language models embody covert racism through dialect prejudice, leading to harmful decisions in employment and criminal contexts, and how existing bias mitigation methods do not effectively address this issue.</w:t>
      </w:r>
      <w:r/>
    </w:p>
    <w:p>
      <w:pPr>
        <w:pStyle w:val="ListNumber"/>
        <w:spacing w:line="240" w:lineRule="auto"/>
        <w:ind w:left="720"/>
      </w:pPr>
      <w:r/>
      <w:hyperlink r:id="rId14">
        <w:r>
          <w:rPr>
            <w:color w:val="0000EE"/>
            <w:u w:val="single"/>
          </w:rPr>
          <w:t>https://news.uchicago.edu/story/ai-biased-against-speakers-african-american-english-study-finds</w:t>
        </w:r>
      </w:hyperlink>
      <w:r>
        <w:t xml:space="preserve"> - This article from the University of Chicago highlights the study led by Sharese King, which found that AI models are biased against AAE speakers, assigning them lower-prestige jobs and more severe criminal sentences, and compares these findings to historical human biases.</w:t>
      </w:r>
      <w:r/>
    </w:p>
    <w:p>
      <w:pPr>
        <w:pStyle w:val="ListNumber"/>
        <w:spacing w:line="240" w:lineRule="auto"/>
        <w:ind w:left="720"/>
      </w:pPr>
      <w:r/>
      <w:hyperlink r:id="rId11">
        <w:r>
          <w:rPr>
            <w:color w:val="0000EE"/>
            <w:u w:val="single"/>
          </w:rPr>
          <w:t>https://www.livescience.com/technology/artificial-intelligence/common-ai-models-believe-racist-stereotypes-about-african-americans-that-predate-the-civil-rights-movement-and-they-try-to-hide-it-when-confronted</w:t>
        </w:r>
      </w:hyperlink>
      <w:r>
        <w:t xml:space="preserve"> - This article explains how AI models generate positive adjectives for African Americans when queried directly but exhibit negative stereotypes when prompted with AAE inputs, reflecting a discrepancy between overt and covert biases.</w:t>
      </w:r>
      <w:r/>
    </w:p>
    <w:p>
      <w:pPr>
        <w:pStyle w:val="ListNumber"/>
        <w:spacing w:line="240" w:lineRule="auto"/>
        <w:ind w:left="720"/>
      </w:pPr>
      <w:r/>
      <w:hyperlink r:id="rId12">
        <w:r>
          <w:rPr>
            <w:color w:val="0000EE"/>
            <w:u w:val="single"/>
          </w:rPr>
          <w:t>https://www.nature.com/articles/s41586-024-07856-5</w:t>
        </w:r>
      </w:hyperlink>
      <w:r>
        <w:t xml:space="preserve"> - This source details the experimental method of matched guise probing used to uncover dialect prejudice in language models and its harmful consequences in job assignments and criminal sentencing.</w:t>
      </w:r>
      <w:r/>
    </w:p>
    <w:p>
      <w:pPr>
        <w:pStyle w:val="ListNumber"/>
        <w:spacing w:line="240" w:lineRule="auto"/>
        <w:ind w:left="720"/>
      </w:pPr>
      <w:r/>
      <w:hyperlink r:id="rId14">
        <w:r>
          <w:rPr>
            <w:color w:val="0000EE"/>
            <w:u w:val="single"/>
          </w:rPr>
          <w:t>https://news.uchicago.edu/story/ai-biased-against-speakers-african-american-english-study-finds</w:t>
        </w:r>
      </w:hyperlink>
      <w:r>
        <w:t xml:space="preserve"> - This article discusses the historical context of the Princeton Trilogy studies and how the current AI biases against AAE speakers are quantitatively more negative than those recorded in human studies.</w:t>
      </w:r>
      <w:r/>
    </w:p>
    <w:p>
      <w:pPr>
        <w:pStyle w:val="ListNumber"/>
        <w:spacing w:line="240" w:lineRule="auto"/>
        <w:ind w:left="720"/>
      </w:pPr>
      <w:r/>
      <w:hyperlink r:id="rId11">
        <w:r>
          <w:rPr>
            <w:color w:val="0000EE"/>
            <w:u w:val="single"/>
          </w:rPr>
          <w:t>https://www.livescience.com/technology/artificial-intelligence/common-ai-models-believe-racist-stereotypes-about-african-americans-that-predate-the-civil-rights-movement-and-they-try-to-hide-it-when-confronted</w:t>
        </w:r>
      </w:hyperlink>
      <w:r>
        <w:t xml:space="preserve"> - This article highlights the inadequacy of current methods to address racial biases in AI, such as human feedback training, which can actually exacerbate the discrepancy between covert and overt stereotypes.</w:t>
      </w:r>
      <w:r/>
    </w:p>
    <w:p>
      <w:pPr>
        <w:pStyle w:val="ListNumber"/>
        <w:spacing w:line="240" w:lineRule="auto"/>
        <w:ind w:left="720"/>
      </w:pPr>
      <w:r/>
      <w:hyperlink r:id="rId13">
        <w:r>
          <w:rPr>
            <w:color w:val="0000EE"/>
            <w:u w:val="single"/>
          </w:rPr>
          <w:t>https://arxiv.org/abs/2403.00742</w:t>
        </w:r>
      </w:hyperlink>
      <w:r>
        <w:t xml:space="preserve"> - This paper emphasizes the need for more fundamental changes in AI modeling to address covert biases, rather than relying on superficial fixes, to prevent the perpetuation of societal inequities.</w:t>
      </w:r>
      <w:r/>
    </w:p>
    <w:p>
      <w:pPr>
        <w:pStyle w:val="ListNumber"/>
        <w:spacing w:line="240" w:lineRule="auto"/>
        <w:ind w:left="720"/>
      </w:pPr>
      <w:r/>
      <w:hyperlink r:id="rId14">
        <w:r>
          <w:rPr>
            <w:color w:val="0000EE"/>
            <w:u w:val="single"/>
          </w:rPr>
          <w:t>https://news.uchicago.edu/story/ai-biased-against-speakers-african-american-english-study-finds</w:t>
        </w:r>
      </w:hyperlink>
      <w:r>
        <w:t xml:space="preserve"> - This article underscores the broader implications of AI biases, particularly in the judicial and employment sectors, and the need for deeper alignment methods to transform the core functioning of AI models.</w:t>
      </w:r>
      <w:r/>
    </w:p>
    <w:p>
      <w:pPr>
        <w:pStyle w:val="ListNumber"/>
        <w:spacing w:line="240" w:lineRule="auto"/>
        <w:ind w:left="720"/>
      </w:pPr>
      <w:r/>
      <w:hyperlink r:id="rId15">
        <w:r>
          <w:rPr>
            <w:color w:val="0000EE"/>
            <w:u w:val="single"/>
          </w:rPr>
          <w:t>https://www.sciencenews.org/article/ai-punishments-black-dialect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ubmed.ncbi.nlm.nih.gov/39198640/" TargetMode="External"/><Relationship Id="rId11" Type="http://schemas.openxmlformats.org/officeDocument/2006/relationships/hyperlink" Target="https://www.livescience.com/technology/artificial-intelligence/common-ai-models-believe-racist-stereotypes-about-african-americans-that-predate-the-civil-rights-movement-and-they-try-to-hide-it-when-confronted" TargetMode="External"/><Relationship Id="rId12" Type="http://schemas.openxmlformats.org/officeDocument/2006/relationships/hyperlink" Target="https://www.nature.com/articles/s41586-024-07856-5" TargetMode="External"/><Relationship Id="rId13" Type="http://schemas.openxmlformats.org/officeDocument/2006/relationships/hyperlink" Target="https://arxiv.org/abs/2403.00742" TargetMode="External"/><Relationship Id="rId14" Type="http://schemas.openxmlformats.org/officeDocument/2006/relationships/hyperlink" Target="https://news.uchicago.edu/story/ai-biased-against-speakers-african-american-english-study-finds" TargetMode="External"/><Relationship Id="rId15" Type="http://schemas.openxmlformats.org/officeDocument/2006/relationships/hyperlink" Target="https://www.sciencenews.org/article/ai-punishments-black-dial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