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TCL unveils AI-powered C655 QLED TVs in Johannesburg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TCL Unveils AI-Powered C655 QLED TVs in Johannesburg</w:t>
      </w:r>
      <w:r/>
    </w:p>
    <w:p>
      <w:r/>
      <w:r>
        <w:rPr>
          <w:b/>
        </w:rPr>
        <w:t>Johannesburg, South Africa – October 27, 2024</w:t>
      </w:r>
      <w:r>
        <w:t xml:space="preserve"> – TCL, a renowned name in the global electronics industry, has taken a significant leap forward by integrating advanced artificial intelligence (AI) technologies into its latest television lineup. The company revealed its new C655 QLED TV series, available in 65, 75, and 85-inch models, at an event in Johannesburg. These televisions are equipped with the innovative AiPQ PRO PROCESSOR, designed to enhance the viewing experience through intelligent content optimisation.</w:t>
      </w:r>
      <w:r/>
    </w:p>
    <w:p>
      <w:r/>
      <w:r>
        <w:t>The AI-driven capabilities of the C655 TVs aim to elevate picture quality and streamline user experience. Highlighted among these features is AI-Clarity, which analyses on-screen images to enhance clarity and upscale low-resolution content to match the native 4K UHD display of the television. This technological advancement promises to revitalise older FullHD content for improved visual quality.</w:t>
      </w:r>
      <w:r/>
    </w:p>
    <w:p>
      <w:r/>
      <w:r>
        <w:t xml:space="preserve">Moreover, AI-Color technology mimics human colour perception to render more lifelike and vibrant images, capable of displaying one billion hues of colour. The AI-Motion feature addresses the common issue of blur in rapidly moving scenes. It intelligently synchronises the scene with its high refresh rate of up to 144Hz, providing a smooth visual experience, particularly beneficial for avid gamers. </w:t>
      </w:r>
      <w:r/>
    </w:p>
    <w:p>
      <w:r/>
      <w:r>
        <w:t>In addition, AI-Contrast complements AI-Color by balancing light and dark elements, crucial for a superior viewing experience. The built-in T-Screen Pro technology enhances contrast fivefold, broadens the viewing angle to 178 degrees, reduces glare, and mitigates the "halo" effect from light bleed. Furthermore, AI-HDR technology manages the dynamic range for colour, brightness, and darkness, adapting to various HDR formats.</w:t>
      </w:r>
      <w:r/>
    </w:p>
    <w:p>
      <w:r/>
      <w:r>
        <w:t>Another standout feature is AI-Scene, which automatically adjusts image parameters for every new scene, catering to diverse content types without requiring manual setting changes. This feature is particularly appealing to cinephiles, as it tailors settings dynamically.</w:t>
      </w:r>
      <w:r/>
    </w:p>
    <w:p>
      <w:r/>
      <w:r>
        <w:t>TCL has not overlooked audio enhancements in this new series. The televisions come with Dolby Atmos technology, accompanied by a three-dimensional speaker array and an ONKYO subwoofer, guaranteeing clear sound with robust bass performance.</w:t>
      </w:r>
      <w:r/>
    </w:p>
    <w:p>
      <w:r/>
      <w:r>
        <w:t>TCL Electronics, operating in over 160 countries, continues to lead in consumer electronics, investing in developing cutting-edge products across various segments. More information about the C655 QLED TV series and purchasing options can be found on the TCL South Africa website.</w:t>
      </w:r>
      <w:r/>
    </w:p>
    <w:p>
      <w:r/>
      <w:r>
        <w:t>For further queries, readers are directed to contact Odette Bagley Swart, Chief Marketing and Communications Officer at TCL Electronics, via email or phone.</w:t>
      </w:r>
      <w:r/>
    </w:p>
    <w:p>
      <w:r/>
      <w:r>
        <w:t>These advancements underline TCL's commitment to integrating pioneering AI technologies into consumer electronics, demonstrating tangible benefits and setting new standards in the television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https://www.tcl.com/southafrica/en/qled-tv</w:t>
        </w:r>
      </w:hyperlink>
      <w:r>
        <w:t xml:space="preserve"> - Corroborates the existence and features of TCL's QLED TVs, including the use of Quantum Dot technology for enhanced picture quality.</w:t>
      </w:r>
      <w:r/>
    </w:p>
    <w:p>
      <w:pPr>
        <w:pStyle w:val="ListNumber"/>
        <w:spacing w:line="240" w:lineRule="auto"/>
        <w:ind w:left="720"/>
      </w:pPr>
      <w:r/>
      <w:hyperlink r:id="rId11">
        <w:r>
          <w:rPr>
            <w:color w:val="0000EE"/>
            <w:u w:val="single"/>
          </w:rPr>
          <w:t>https://www.tcl.com/global/en/tvs/c655</w:t>
        </w:r>
      </w:hyperlink>
      <w:r>
        <w:t xml:space="preserve"> - Details the specifications and features of the TCL C655 QLED TV, including AiPQ PRO PROCESSOR, T-SCREEN PRO, and Dolby Vision.</w:t>
      </w:r>
      <w:r/>
    </w:p>
    <w:p>
      <w:pPr>
        <w:pStyle w:val="ListNumber"/>
        <w:spacing w:line="240" w:lineRule="auto"/>
        <w:ind w:left="720"/>
      </w:pPr>
      <w:r/>
      <w:hyperlink r:id="rId12">
        <w:r>
          <w:rPr>
            <w:color w:val="0000EE"/>
            <w:u w:val="single"/>
          </w:rPr>
          <w:t>https://www.accesswire.com/935857/discover-the-ai-inside-of-tcl-tvs</w:t>
        </w:r>
      </w:hyperlink>
      <w:r>
        <w:t xml:space="preserve"> - Explains the AI-driven capabilities of the C655 QLED TVs, such as AI-Clarity, AI-Color, AI-Motion, and AI-Contrast.</w:t>
      </w:r>
      <w:r/>
    </w:p>
    <w:p>
      <w:pPr>
        <w:pStyle w:val="ListNumber"/>
        <w:spacing w:line="240" w:lineRule="auto"/>
        <w:ind w:left="720"/>
      </w:pPr>
      <w:r/>
      <w:hyperlink r:id="rId13">
        <w:r>
          <w:rPr>
            <w:color w:val="0000EE"/>
            <w:u w:val="single"/>
          </w:rPr>
          <w:t>https://europeanbusinessmagazine.com/accesswire/tcl-launches-the-c655-pro-qled-tv-elevating-home-entertainment-with-advanced-features-and-superior-performance/</w:t>
        </w:r>
      </w:hyperlink>
      <w:r>
        <w:t xml:space="preserve"> - Provides information on the TCL C655 PRO QLED TV's advanced features, including Full Array Local Dimming, Game Master PRO, and Dolby Atmos.</w:t>
      </w:r>
      <w:r/>
    </w:p>
    <w:p>
      <w:pPr>
        <w:pStyle w:val="ListNumber"/>
        <w:spacing w:line="240" w:lineRule="auto"/>
        <w:ind w:left="720"/>
      </w:pPr>
      <w:r/>
      <w:hyperlink r:id="rId14">
        <w:r>
          <w:rPr>
            <w:color w:val="0000EE"/>
            <w:u w:val="single"/>
          </w:rPr>
          <w:t>https://www.tcl.com/southafrica/en</w:t>
        </w:r>
      </w:hyperlink>
      <w:r>
        <w:t xml:space="preserve"> - Lists the various TV options available from TCL, including the C655 QLED TV series, and provides a link to purchase options.</w:t>
      </w:r>
      <w:r/>
    </w:p>
    <w:p>
      <w:pPr>
        <w:pStyle w:val="ListNumber"/>
        <w:spacing w:line="240" w:lineRule="auto"/>
        <w:ind w:left="720"/>
      </w:pPr>
      <w:r/>
      <w:hyperlink r:id="rId11">
        <w:r>
          <w:rPr>
            <w:color w:val="0000EE"/>
            <w:u w:val="single"/>
          </w:rPr>
          <w:t>https://www.tcl.com/global/en/tvs/c655</w:t>
        </w:r>
      </w:hyperlink>
      <w:r>
        <w:t xml:space="preserve"> - Describes the AI-Scene feature that automatically adjusts image parameters for every new scene, catering to diverse content types.</w:t>
      </w:r>
      <w:r/>
    </w:p>
    <w:p>
      <w:pPr>
        <w:pStyle w:val="ListNumber"/>
        <w:spacing w:line="240" w:lineRule="auto"/>
        <w:ind w:left="720"/>
      </w:pPr>
      <w:r/>
      <w:hyperlink r:id="rId12">
        <w:r>
          <w:rPr>
            <w:color w:val="0000EE"/>
            <w:u w:val="single"/>
          </w:rPr>
          <w:t>https://www.accesswire.com/935857/discover-the-ai-inside-of-tcl-tvs</w:t>
        </w:r>
      </w:hyperlink>
      <w:r>
        <w:t xml:space="preserve"> - Details the audio enhancements, including Dolby Atmos and the ONKYO subwoofer, in the C655 QLED TV series.</w:t>
      </w:r>
      <w:r/>
    </w:p>
    <w:p>
      <w:pPr>
        <w:pStyle w:val="ListNumber"/>
        <w:spacing w:line="240" w:lineRule="auto"/>
        <w:ind w:left="720"/>
      </w:pPr>
      <w:r/>
      <w:hyperlink r:id="rId13">
        <w:r>
          <w:rPr>
            <w:color w:val="0000EE"/>
            <w:u w:val="single"/>
          </w:rPr>
          <w:t>https://europeanbusinessmagazine.com/accesswire/tcl-launches-the-c655-pro-qled-tv-elevating-home-entertainment-with-advanced-features-and-superior-performance/</w:t>
        </w:r>
      </w:hyperlink>
      <w:r>
        <w:t xml:space="preserve"> - Mentions TCL's global presence and leadership in the consumer electronics industry, operating in over 160 countries.</w:t>
      </w:r>
      <w:r/>
    </w:p>
    <w:p>
      <w:pPr>
        <w:pStyle w:val="ListNumber"/>
        <w:spacing w:line="240" w:lineRule="auto"/>
        <w:ind w:left="720"/>
      </w:pPr>
      <w:r/>
      <w:hyperlink r:id="rId11">
        <w:r>
          <w:rPr>
            <w:color w:val="0000EE"/>
            <w:u w:val="single"/>
          </w:rPr>
          <w:t>https://www.tcl.com/global/en/tvs/c655</w:t>
        </w:r>
      </w:hyperlink>
      <w:r>
        <w:t xml:space="preserve"> - Explains the T-Screen Pro technology and its benefits, including enhanced contrast, wider viewing angle, and reduced glare.</w:t>
      </w:r>
      <w:r/>
    </w:p>
    <w:p>
      <w:pPr>
        <w:pStyle w:val="ListNumber"/>
        <w:spacing w:line="240" w:lineRule="auto"/>
        <w:ind w:left="720"/>
      </w:pPr>
      <w:r/>
      <w:hyperlink r:id="rId12">
        <w:r>
          <w:rPr>
            <w:color w:val="0000EE"/>
            <w:u w:val="single"/>
          </w:rPr>
          <w:t>https://www.accesswire.com/935857/discover-the-ai-inside-of-tcl-tvs</w:t>
        </w:r>
      </w:hyperlink>
      <w:r>
        <w:t xml:space="preserve"> - Corroborates the availability of the C655 QLED TV series in 65, 75, and 85-inch models and the event in Johannesburg.</w:t>
      </w:r>
      <w:r/>
    </w:p>
    <w:p>
      <w:pPr>
        <w:pStyle w:val="ListNumber"/>
        <w:spacing w:line="240" w:lineRule="auto"/>
        <w:ind w:left="720"/>
      </w:pPr>
      <w:r/>
      <w:hyperlink r:id="rId13">
        <w:r>
          <w:rPr>
            <w:color w:val="0000EE"/>
            <w:u w:val="single"/>
          </w:rPr>
          <w:t>https://europeanbusinessmagazine.com/accesswire/tcl-launches-the-c655-pro-qled-tv-elevating-home-entertainment-with-advanced-features-and-superior-performance/</w:t>
        </w:r>
      </w:hyperlink>
      <w:r>
        <w:t xml:space="preserve"> - Provides contact information for Odette Bagley Swart, Chief Marketing and Communications Officer at TCL Electronics.</w:t>
      </w:r>
      <w:r/>
    </w:p>
    <w:p>
      <w:pPr>
        <w:pStyle w:val="ListNumber"/>
        <w:spacing w:line="240" w:lineRule="auto"/>
        <w:ind w:left="720"/>
      </w:pPr>
      <w:r/>
      <w:hyperlink r:id="rId15">
        <w:r>
          <w:rPr>
            <w:color w:val="0000EE"/>
            <w:u w:val="single"/>
          </w:rPr>
          <w:t>https://europeanbusinessmagazine.com/accesswire/discover-the-ai-inside-of-tcl-tvs/?utm_source=rss&amp;utm_medium=rss&amp;utm_campaign=discover-the-ai-inside-of-tcl-tvs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cl.com/southafrica/en/qled-tv" TargetMode="External"/><Relationship Id="rId11" Type="http://schemas.openxmlformats.org/officeDocument/2006/relationships/hyperlink" Target="https://www.tcl.com/global/en/tvs/c655" TargetMode="External"/><Relationship Id="rId12" Type="http://schemas.openxmlformats.org/officeDocument/2006/relationships/hyperlink" Target="https://www.accesswire.com/935857/discover-the-ai-inside-of-tcl-tvs" TargetMode="External"/><Relationship Id="rId13" Type="http://schemas.openxmlformats.org/officeDocument/2006/relationships/hyperlink" Target="https://europeanbusinessmagazine.com/accesswire/tcl-launches-the-c655-pro-qled-tv-elevating-home-entertainment-with-advanced-features-and-superior-performance/" TargetMode="External"/><Relationship Id="rId14" Type="http://schemas.openxmlformats.org/officeDocument/2006/relationships/hyperlink" Target="https://www.tcl.com/southafrica/en" TargetMode="External"/><Relationship Id="rId15" Type="http://schemas.openxmlformats.org/officeDocument/2006/relationships/hyperlink" Target="https://europeanbusinessmagazine.com/accesswire/discover-the-ai-inside-of-tcl-tvs/?utm_source=rss&amp;utm_medium=rss&amp;utm_campaign=discover-the-ai-inside-of-tcl-tv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