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landscape of VPNs: ensuring speed and privacy in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evolving digital landscape, Virtual Private Networks (VPNs) have become an essential tool for ensuring online privacy and security. Recent developments in the VPN market have placed significant emphasis on minimising speed loss, bolstering privacy, and enhancing usability across a range of devices and platforms.</w:t>
      </w:r>
      <w:r/>
    </w:p>
    <w:p>
      <w:r/>
      <w:r>
        <w:rPr>
          <w:b/>
        </w:rPr>
        <w:t>Speed Considerations</w:t>
      </w:r>
      <w:r/>
    </w:p>
    <w:p>
      <w:r/>
      <w:r>
        <w:t>VPNs redirect internet traffic through an encrypted server, which inherently causes a minor reduction in internet speed. The best-performing VPNs restrict this reduction to 25% or less, which is negligible for users with high bandwidth needs, such as online gamers or those streaming in 4K. In 2024, NordVPN exhibited the lowest speed reduction, at 11%, in extensive tests. Other notable performers included Surfshark and Mullvad, maintaining speed losses below 25%.</w:t>
      </w:r>
      <w:r/>
    </w:p>
    <w:p>
      <w:r/>
      <w:r>
        <w:rPr>
          <w:b/>
        </w:rPr>
        <w:t>Privacy Enhancements</w:t>
      </w:r>
      <w:r/>
    </w:p>
    <w:p>
      <w:r/>
      <w:r>
        <w:t>Privacy remains a cornerstone of VPN services. Top-tier VPNs use advanced encryption protocols such as 256-bit encryption for OpenVPN and IKEv2 or ChaCha20 for WireGuard. They also maintain a strict no-logging policy with regular third-party audits to ensure these claims. Key features include DNS leak protection and the inclusion of a kill switch to prevent data leaks if the VPN connection is lost. Privacy-focused individuals, such as journalists and activists, might value additional features like Tor over VPN or a double VPN for enhanced encryption.</w:t>
      </w:r>
      <w:r/>
    </w:p>
    <w:p>
      <w:r/>
      <w:r>
        <w:rPr>
          <w:b/>
        </w:rPr>
        <w:t>Server Networks and Device Compatibility</w:t>
      </w:r>
      <w:r/>
    </w:p>
    <w:p>
      <w:r/>
      <w:r>
        <w:t>A VPN's server network and device support play critical roles in providing a seamless user experience. Leading VPN providers offer expansive server networks covering over 60 countries. This range ensures users access geographically restricted content more conveniently. Furthermore, device compatibility is crucial, with most top VPNs supporting major operating systems, including Windows, macOS, Linux, Android, and iOS. Some, like Surfshark and Proton, also offer applications featuring graphical user interfaces for Linux users, enhancing their usability further.</w:t>
      </w:r>
      <w:r/>
    </w:p>
    <w:p>
      <w:r/>
      <w:r>
        <w:rPr>
          <w:b/>
        </w:rPr>
        <w:t>Recent Technological Advancements</w:t>
      </w:r>
      <w:r/>
    </w:p>
    <w:p>
      <w:r/>
      <w:r>
        <w:t>A recent development in the VPN market was announced by Mullvad on 25 October 2024, marking a significant advancement in VPN security technologies. Mullvad's new features include DAITA (Defense against AI-guided Traffic Analysis), which is now available for Android platforms, in addition to its existing support for Windows, macOS, and Linux. DAITA aims to prevent advanced forms of traffic analysis that could link online activities back to specific users, thereby enhancing privacy. Additionally, Mullvad introduced Shadowsocks obfuscation technology to the WireGuard protocol, aiding in bypassing stringent internet censorship by making VPN traffic appear as regular internet traffic.</w:t>
      </w:r>
      <w:r/>
    </w:p>
    <w:p>
      <w:r/>
      <w:r>
        <w:rPr>
          <w:b/>
        </w:rPr>
        <w:t>Streaming and Cost Considerations</w:t>
      </w:r>
      <w:r/>
    </w:p>
    <w:p>
      <w:r/>
      <w:r>
        <w:t>VPNs have increasingly been used to bypass region-specific streaming service restrictions. Popular services like Netflix, Disney Plus, and Hulu often have content libraries restricted to certain regions, which VPNs can unlock. Subscription costs for VPN services vary significantly. While high-end services like ExpressVPN charge around $100 annually, others such as Surfshark and PIA offer cost-effective plans starting from $40 annually with promotional discounts often further reducing these prices.</w:t>
      </w:r>
      <w:r/>
    </w:p>
    <w:p>
      <w:r/>
      <w:r>
        <w:rPr>
          <w:b/>
        </w:rPr>
        <w:t>Security and Jurisdictional Concerns</w:t>
      </w:r>
      <w:r/>
    </w:p>
    <w:p>
      <w:r/>
      <w:r>
        <w:t>Security and jurisdictional considerations are critical when selecting a VPN. VPNs based in countries outside intelligence-sharing alliances, like the Five, Nine, or Fourteen Eyes, generally offer stronger privacy assurances, protecting user data from governmental access. Additionally, transparency reports, such as warrant canaries, indicate whether VPN services have been subpoenaed, thereby informing users about potential privacy risks.</w:t>
      </w:r>
      <w:r/>
    </w:p>
    <w:p>
      <w:r/>
      <w:r>
        <w:t>In conclusion, choosing a VPN involves balancing several factors, including speed, privacy, server coverage, device compatibility, and cost. The right VPN optimises browsing speeds while still safeguarding sensitive data and ensuring compatibility across multiple devices. Through technological advancements, such as those recently announced by Mullvad, VPNs continue to evolve, addressing both emerging threats and consumer needs effectively.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https://www.cnet.com/tech/services-and-software/fastest-vpn/</w:t>
        </w:r>
      </w:hyperlink>
      <w:r>
        <w:t xml:space="preserve"> - Corroborates the speed considerations of VPNs, including NordVPN's 11% speed loss and other notable performers like Surfshark and Mullvad.</w:t>
      </w:r>
      <w:r/>
    </w:p>
    <w:p>
      <w:pPr>
        <w:pStyle w:val="ListNumber"/>
        <w:spacing w:line="240" w:lineRule="auto"/>
        <w:ind w:left="720"/>
      </w:pPr>
      <w:r/>
      <w:hyperlink r:id="rId11">
        <w:r>
          <w:rPr>
            <w:color w:val="0000EE"/>
            <w:u w:val="single"/>
          </w:rPr>
          <w:t>https://cybernews.com/best-vpn/fastest-vpn/</w:t>
        </w:r>
      </w:hyperlink>
      <w:r>
        <w:t xml:space="preserve"> - Supports the information on NordVPN's speed performance, the use of WireGuard and NordLynx protocols, and the impact on internet speeds.</w:t>
      </w:r>
      <w:r/>
    </w:p>
    <w:p>
      <w:pPr>
        <w:pStyle w:val="ListNumber"/>
        <w:spacing w:line="240" w:lineRule="auto"/>
        <w:ind w:left="720"/>
      </w:pPr>
      <w:r/>
      <w:hyperlink r:id="rId12">
        <w:r>
          <w:rPr>
            <w:color w:val="0000EE"/>
            <w:u w:val="single"/>
          </w:rPr>
          <w:t>https://www.wizcase.com/blog/fastest-vpn-providers/</w:t>
        </w:r>
      </w:hyperlink>
      <w:r>
        <w:t xml:space="preserve"> - Provides details on ExpressVPN's speed performance, the impact of VPNs on internet speeds, and the importance of server distance and user load.</w:t>
      </w:r>
      <w:r/>
    </w:p>
    <w:p>
      <w:pPr>
        <w:pStyle w:val="ListNumber"/>
        <w:spacing w:line="240" w:lineRule="auto"/>
        <w:ind w:left="720"/>
      </w:pPr>
      <w:r/>
      <w:hyperlink r:id="rId13">
        <w:r>
          <w:rPr>
            <w:color w:val="0000EE"/>
            <w:u w:val="single"/>
          </w:rPr>
          <w:t>https://www.security.org/vpn/best/fastest/</w:t>
        </w:r>
      </w:hyperlink>
      <w:r>
        <w:t xml:space="preserve"> - Corroborates the speed loss percentages of various VPNs, including NordVPN, Surfshark, and IPVanish, and their performance in different scenarios.</w:t>
      </w:r>
      <w:r/>
    </w:p>
    <w:p>
      <w:pPr>
        <w:pStyle w:val="ListNumber"/>
        <w:spacing w:line="240" w:lineRule="auto"/>
        <w:ind w:left="720"/>
      </w:pPr>
      <w:r/>
      <w:hyperlink r:id="rId10">
        <w:r>
          <w:rPr>
            <w:color w:val="0000EE"/>
            <w:u w:val="single"/>
          </w:rPr>
          <w:t>https://www.cnet.com/tech/services-and-software/fastest-vpn/</w:t>
        </w:r>
      </w:hyperlink>
      <w:r>
        <w:t xml:space="preserve"> - Details the privacy enhancements of top-tier VPNs, including advanced encryption protocols and no-logging policies.</w:t>
      </w:r>
      <w:r/>
    </w:p>
    <w:p>
      <w:pPr>
        <w:pStyle w:val="ListNumber"/>
        <w:spacing w:line="240" w:lineRule="auto"/>
        <w:ind w:left="720"/>
      </w:pPr>
      <w:r/>
      <w:hyperlink r:id="rId11">
        <w:r>
          <w:rPr>
            <w:color w:val="0000EE"/>
            <w:u w:val="single"/>
          </w:rPr>
          <w:t>https://cybernews.com/best-vpn/fastest-vpn/</w:t>
        </w:r>
      </w:hyperlink>
      <w:r>
        <w:t xml:space="preserve"> - Supports the importance of advanced encryption protocols like 256-bit encryption and the inclusion of features like DNS leak protection and a kill switch.</w:t>
      </w:r>
      <w:r/>
    </w:p>
    <w:p>
      <w:pPr>
        <w:pStyle w:val="ListNumber"/>
        <w:spacing w:line="240" w:lineRule="auto"/>
        <w:ind w:left="720"/>
      </w:pPr>
      <w:r/>
      <w:hyperlink r:id="rId12">
        <w:r>
          <w:rPr>
            <w:color w:val="0000EE"/>
            <w:u w:val="single"/>
          </w:rPr>
          <w:t>https://www.wizcase.com/blog/fastest-vpn-providers/</w:t>
        </w:r>
      </w:hyperlink>
      <w:r>
        <w:t xml:space="preserve"> - Highlights the server networks and device compatibility of leading VPN providers, including support for major operating systems.</w:t>
      </w:r>
      <w:r/>
    </w:p>
    <w:p>
      <w:pPr>
        <w:pStyle w:val="ListNumber"/>
        <w:spacing w:line="240" w:lineRule="auto"/>
        <w:ind w:left="720"/>
      </w:pPr>
      <w:r/>
      <w:hyperlink r:id="rId11">
        <w:r>
          <w:rPr>
            <w:color w:val="0000EE"/>
            <w:u w:val="single"/>
          </w:rPr>
          <w:t>https://cybernews.com/best-vpn/fastest-vpn/</w:t>
        </w:r>
      </w:hyperlink>
      <w:r>
        <w:t xml:space="preserve"> - Provides information on the extensive server networks of VPN providers and their support for various devices and operating systems.</w:t>
      </w:r>
      <w:r/>
    </w:p>
    <w:p>
      <w:pPr>
        <w:pStyle w:val="ListNumber"/>
        <w:spacing w:line="240" w:lineRule="auto"/>
        <w:ind w:left="720"/>
      </w:pPr>
      <w:r/>
      <w:hyperlink r:id="rId10">
        <w:r>
          <w:rPr>
            <w:color w:val="0000EE"/>
            <w:u w:val="single"/>
          </w:rPr>
          <w:t>https://www.cnet.com/tech/services-and-software/fastest-vpn/</w:t>
        </w:r>
      </w:hyperlink>
      <w:r>
        <w:t xml:space="preserve"> - Mentions the recent technological advancements in VPN security, although it does not specifically cover Mullvad's DAITA and Shadowsocks obfuscation.</w:t>
      </w:r>
      <w:r/>
    </w:p>
    <w:p>
      <w:pPr>
        <w:pStyle w:val="ListNumber"/>
        <w:spacing w:line="240" w:lineRule="auto"/>
        <w:ind w:left="720"/>
      </w:pPr>
      <w:r/>
      <w:hyperlink r:id="rId12">
        <w:r>
          <w:rPr>
            <w:color w:val="0000EE"/>
            <w:u w:val="single"/>
          </w:rPr>
          <w:t>https://www.wizcase.com/blog/fastest-vpn-providers/</w:t>
        </w:r>
      </w:hyperlink>
      <w:r>
        <w:t xml:space="preserve"> - Discusses the use of VPNs for bypassing region-specific streaming service restrictions and the varying subscription costs of different VPN services.</w:t>
      </w:r>
      <w:r/>
    </w:p>
    <w:p>
      <w:pPr>
        <w:pStyle w:val="ListNumber"/>
        <w:spacing w:line="240" w:lineRule="auto"/>
        <w:ind w:left="720"/>
      </w:pPr>
      <w:r/>
      <w:hyperlink r:id="rId13">
        <w:r>
          <w:rPr>
            <w:color w:val="0000EE"/>
            <w:u w:val="single"/>
          </w:rPr>
          <w:t>https://www.security.org/vpn/best/fastest/</w:t>
        </w:r>
      </w:hyperlink>
      <w:r>
        <w:t xml:space="preserve"> - Addresses security and jurisdictional concerns, including the importance of VPNs based outside intelligence-sharing alliances and transparency reports.</w:t>
      </w:r>
      <w:r/>
    </w:p>
    <w:p>
      <w:pPr>
        <w:pStyle w:val="ListNumber"/>
        <w:spacing w:line="240" w:lineRule="auto"/>
        <w:ind w:left="720"/>
      </w:pPr>
      <w:r/>
      <w:hyperlink r:id="rId14">
        <w:r>
          <w:rPr>
            <w:color w:val="0000EE"/>
            <w:u w:val="single"/>
          </w:rPr>
          <w:t>https://www.cnet.com/tech/services-and-software/best-vpn/#ftag=CAD590a51e</w:t>
        </w:r>
      </w:hyperlink>
      <w:r>
        <w:t xml:space="preserve"> - Please view link - unable to able to access data</w:t>
      </w:r>
      <w:r/>
    </w:p>
    <w:p>
      <w:pPr>
        <w:pStyle w:val="ListNumber"/>
        <w:spacing w:line="240" w:lineRule="auto"/>
        <w:ind w:left="720"/>
      </w:pPr>
      <w:r/>
      <w:hyperlink r:id="rId15">
        <w:r>
          <w:rPr>
            <w:color w:val="0000EE"/>
            <w:u w:val="single"/>
          </w:rPr>
          <w:t>https://www.techradar.com/vpn/vpn-services/mullvad-beefs-up-its-defense-against-ai-surveillance-and-censorship</w:t>
        </w:r>
      </w:hyperlink>
      <w:r>
        <w:t xml:space="preserve"> - Please view link - unable to able to access data</w:t>
      </w:r>
      <w:r/>
    </w:p>
    <w:p>
      <w:pPr>
        <w:pStyle w:val="ListNumber"/>
        <w:spacing w:line="240" w:lineRule="auto"/>
        <w:ind w:left="720"/>
      </w:pPr>
      <w:r/>
      <w:hyperlink r:id="rId16">
        <w:r>
          <w:rPr>
            <w:color w:val="0000EE"/>
            <w:u w:val="single"/>
          </w:rPr>
          <w:t>https://www.zdnet.com/article/get-a-5-year-vpn-subscription-for-35/</w:t>
        </w:r>
      </w:hyperlink>
      <w:r>
        <w:t xml:space="preserve"> - Please view link - unable to able to access data</w:t>
      </w:r>
      <w:r/>
    </w:p>
    <w:p>
      <w:pPr>
        <w:pStyle w:val="ListNumber"/>
        <w:spacing w:line="240" w:lineRule="auto"/>
        <w:ind w:left="720"/>
      </w:pPr>
      <w:r/>
      <w:hyperlink r:id="rId17">
        <w:r>
          <w:rPr>
            <w:color w:val="0000EE"/>
            <w:u w:val="single"/>
          </w:rPr>
          <w:t>https://www.cnet.com/tech/services-and-software/best-vpn/#ftag=CADf328eec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et.com/tech/services-and-software/fastest-vpn/" TargetMode="External"/><Relationship Id="rId11" Type="http://schemas.openxmlformats.org/officeDocument/2006/relationships/hyperlink" Target="https://cybernews.com/best-vpn/fastest-vpn/" TargetMode="External"/><Relationship Id="rId12" Type="http://schemas.openxmlformats.org/officeDocument/2006/relationships/hyperlink" Target="https://www.wizcase.com/blog/fastest-vpn-providers/" TargetMode="External"/><Relationship Id="rId13" Type="http://schemas.openxmlformats.org/officeDocument/2006/relationships/hyperlink" Target="https://www.security.org/vpn/best/fastest/" TargetMode="External"/><Relationship Id="rId14" Type="http://schemas.openxmlformats.org/officeDocument/2006/relationships/hyperlink" Target="https://www.cnet.com/tech/services-and-software/best-vpn/#ftag=CAD590a51e" TargetMode="External"/><Relationship Id="rId15" Type="http://schemas.openxmlformats.org/officeDocument/2006/relationships/hyperlink" Target="https://www.techradar.com/vpn/vpn-services/mullvad-beefs-up-its-defense-against-ai-surveillance-and-censorship" TargetMode="External"/><Relationship Id="rId16" Type="http://schemas.openxmlformats.org/officeDocument/2006/relationships/hyperlink" Target="https://www.zdnet.com/article/get-a-5-year-vpn-subscription-for-35/" TargetMode="External"/><Relationship Id="rId17" Type="http://schemas.openxmlformats.org/officeDocument/2006/relationships/hyperlink" Target="https://www.cnet.com/tech/services-and-software/best-vpn/#ftag=CADf328ee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