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Trump rallies supporters in New York City with hardline anti-immigration message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Donald Trump Rallies Supporters in New York City with Hardline Anti-Immigration Message</w:t>
      </w:r>
      <w:r/>
    </w:p>
    <w:p>
      <w:r/>
      <w:r>
        <w:t>In a bid to galvanise support ahead of the upcoming presidential election, former President Donald Trump held a rally at Madison Square Garden in New York City on October 27, where he focused heavily on an anti-immigration platform. As the Republican nominee for the 2024 presidential race, Trump addressed an enthusiastic crowd, anchoring his campaign narrative around plans for a substantial deportation programme aimed to begin immediately upon his potential return to the White House. This approach is part of his promise to address what he terms an "immigrant invasion."</w:t>
      </w:r>
      <w:r/>
    </w:p>
    <w:p>
      <w:r/>
      <w:r>
        <w:t>The rally was marked by a fervent atmosphere as Trump attempted to cast the United States as an "occupied country." The event, held in one of the world's most famous venues, was not without controversy. Outside the arena, messages projected by opposing groups read phrases such as "Trump is Unhinged" and "Trump praised Hitler," reflecting the divisive nature of his campaign rhetoric.</w:t>
      </w:r>
      <w:r/>
    </w:p>
    <w:p>
      <w:r/>
      <w:r>
        <w:t>Trump's remarks come as part of the final push to secure votes ahead of the election scheduled for November 5, where he faces off against Democratic nominee Kamala Harris. His campaign has faced accusations from the Democrats of harbouring authoritarian tendencies, accusations which are partly based on comments from Trump's former chief of staff, John Kelly.</w:t>
      </w:r>
      <w:r/>
    </w:p>
    <w:p>
      <w:r/>
      <w:r>
        <w:t>During the rally, Trump was preceded by speeches from his staunch supporters, some of whom engaged in racially charged and derogatory rhetoric. Former congressional candidate David Rem made inflammatory remarks against Vice President Kamala Harris, labelling her as "the antichrist" and "the devil." Additionally, comedian Tony Hinchcliffe courted controversy with derogatory comments about Puerto Rico. In response, the Trump campaign later distanced itself from these particular comments.</w:t>
      </w:r>
      <w:r/>
    </w:p>
    <w:p>
      <w:r/>
      <w:r>
        <w:t>Trump's speech contained numerous claims and statements that have been described by critics as inaccurate or exaggerated. Nevertheless, his strategy appears to be focused on energising his core base and appealing to voters who have not traditionally participated in elections but who resonate with his stringent policies and populist stance.</w:t>
      </w:r>
      <w:r/>
    </w:p>
    <w:p>
      <w:r/>
      <w:r>
        <w:t>The rally was positioned as a key moment in Trump’s campaign to reclaim the presidency, highlighting his continued influence in American politics despite losing the 2020 election and facing considerable challenges, including his previous attempt to contest that election result.</w:t>
      </w:r>
      <w:r/>
    </w:p>
    <w:p>
      <w:r/>
      <w:r>
        <w:rPr>
          <w:b/>
        </w:rPr>
        <w:t>Generative AI Revolutionising Employee Onboarding Processes</w:t>
      </w:r>
      <w:r/>
    </w:p>
    <w:p>
      <w:r/>
      <w:r>
        <w:t>In a separate technological development, Generative Artificial Intelligence (Gen AI) is being rapidly integrated across various sectors to revolutionise employee onboarding processes. Traditionally a cumbersome and time-consuming procedure, onboarding is now seeing transformative changes due to the capabilities of Gen AI in streamlining and potentially enhancing employee integration.</w:t>
      </w:r>
      <w:r/>
    </w:p>
    <w:p>
      <w:r/>
      <w:r>
        <w:t>Recent findings from Gallup Research highlight the pressing need for improvement in this area, revealing that a mere 12% of new hires felt their organisation handled the onboarding process effectively. Proponents argue that Gen AI could significantly increase this figure, thereby impacting long-term employee retention positively.</w:t>
      </w:r>
      <w:r/>
    </w:p>
    <w:p>
      <w:r/>
      <w:r>
        <w:t>Gen AI solutions involve using a company's existing video, audio, and text materials to create tailored e-learning modules. For instance, onboarding a new warehouse manager—which could traditionally extend to several weeks—can be expedited through AI-driven content delivery. This process allows new employees to engage with job-specific material efficiently, guided by human facilitators for optimal results.</w:t>
      </w:r>
      <w:r/>
    </w:p>
    <w:p>
      <w:r/>
      <w:r>
        <w:t>While concerns have been raised about AI potentially displacing jobs, experts assert that Gen AI serves as a complement to human resources rather than a replacement. Successful integration follows a comprehensive five-step process: identifying and addressing current program deficiencies, data collection and analysis, initiating company-wide AI literacy, incorporating AI into onboarding plans, and implementing metrics to measure success.</w:t>
      </w:r>
      <w:r/>
    </w:p>
    <w:p>
      <w:r/>
      <w:r>
        <w:t>As companies aim to attract and retain talented employees capable of growth and adaptation, Gen AI stands out as a promising solution, promising to redefine how organisations bring new hires into their 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https://www.youtube.com/watch?v=ftNx76VxZqM</w:t>
        </w:r>
      </w:hyperlink>
      <w:r>
        <w:t xml:space="preserve"> - Donald Trump's full speech at Madison Square Garden on October 27, 2024, where he addressed his campaign rally.</w:t>
      </w:r>
      <w:r/>
    </w:p>
    <w:p>
      <w:pPr>
        <w:pStyle w:val="ListNumber"/>
        <w:spacing w:line="240" w:lineRule="auto"/>
        <w:ind w:left="720"/>
      </w:pPr>
      <w:r/>
      <w:hyperlink r:id="rId11">
        <w:r>
          <w:rPr>
            <w:color w:val="0000EE"/>
            <w:u w:val="single"/>
          </w:rPr>
          <w:t>https://www.reuters.com/world/us/trump-kick-off-final-week-campaign-with-madison-square-garden-rally-2024-10-27/</w:t>
        </w:r>
      </w:hyperlink>
      <w:r>
        <w:t xml:space="preserve"> - Trump's rally at Madison Square Garden and the controversy surrounding it, including remarks from his allies.</w:t>
      </w:r>
      <w:r/>
    </w:p>
    <w:p>
      <w:pPr>
        <w:pStyle w:val="ListNumber"/>
        <w:spacing w:line="240" w:lineRule="auto"/>
        <w:ind w:left="720"/>
      </w:pPr>
      <w:r/>
      <w:hyperlink r:id="rId12">
        <w:r>
          <w:rPr>
            <w:color w:val="0000EE"/>
            <w:u w:val="single"/>
          </w:rPr>
          <w:t>https://www.cnn.com/2024/10/27/politics/trump-rally-madison-square-garden-vulgar-attacks/index.html</w:t>
        </w:r>
      </w:hyperlink>
      <w:r>
        <w:t xml:space="preserve"> - Details on the derogatory comments made by Trump supporters, including those against Kamala Harris and Puerto Rico.</w:t>
      </w:r>
      <w:r/>
    </w:p>
    <w:p>
      <w:pPr>
        <w:pStyle w:val="ListNumber"/>
        <w:spacing w:line="240" w:lineRule="auto"/>
        <w:ind w:left="720"/>
      </w:pPr>
      <w:r/>
      <w:hyperlink r:id="rId13">
        <w:r>
          <w:rPr>
            <w:color w:val="0000EE"/>
            <w:u w:val="single"/>
          </w:rPr>
          <w:t>https://event.donaldjtrump.com/events/president-donald-j-trump-to-hold-a-rally-in-new-york-new-york</w:t>
        </w:r>
      </w:hyperlink>
      <w:r>
        <w:t xml:space="preserve"> - Information about the event details, including the date, time, and location of Trump's rally at Madison Square Garden.</w:t>
      </w:r>
      <w:r/>
    </w:p>
    <w:p>
      <w:pPr>
        <w:pStyle w:val="ListNumber"/>
        <w:spacing w:line="240" w:lineRule="auto"/>
        <w:ind w:left="720"/>
      </w:pPr>
      <w:r/>
      <w:hyperlink r:id="rId14">
        <w:r>
          <w:rPr>
            <w:color w:val="0000EE"/>
            <w:u w:val="single"/>
          </w:rPr>
          <w:t>https://www.theguardian.com/us-news/2024/oct/27/trump-madison-square-garden-rally</w:t>
        </w:r>
      </w:hyperlink>
      <w:r>
        <w:t xml:space="preserve"> - Trump's anti-immigration message and the controversial atmosphere at the rally, including historical comparisons to a Nazi rally.</w:t>
      </w:r>
      <w:r/>
    </w:p>
    <w:p>
      <w:pPr>
        <w:pStyle w:val="ListNumber"/>
        <w:spacing w:line="240" w:lineRule="auto"/>
        <w:ind w:left="720"/>
      </w:pPr>
      <w:r/>
      <w:hyperlink r:id="rId14">
        <w:r>
          <w:rPr>
            <w:color w:val="0000EE"/>
            <w:u w:val="single"/>
          </w:rPr>
          <w:t>https://www.theguardian.com/us-news/2024/oct/27/trump-madison-square-garden-rally</w:t>
        </w:r>
      </w:hyperlink>
      <w:r>
        <w:t xml:space="preserve"> - Criticism and comparisons made by opponents, including Tim Walz and Hillary Clinton, regarding the rally's divisive nature.</w:t>
      </w:r>
      <w:r/>
    </w:p>
    <w:p>
      <w:pPr>
        <w:pStyle w:val="ListNumber"/>
        <w:spacing w:line="240" w:lineRule="auto"/>
        <w:ind w:left="720"/>
      </w:pPr>
      <w:r/>
      <w:hyperlink r:id="rId12">
        <w:r>
          <w:rPr>
            <w:color w:val="0000EE"/>
            <w:u w:val="single"/>
          </w:rPr>
          <w:t>https://www.cnn.com/2024/10/27/politics/trump-rally-madison-square-garden-vulgar-attacks/index.html</w:t>
        </w:r>
      </w:hyperlink>
      <w:r>
        <w:t xml:space="preserve"> - Trump's remarks on immigration and his promise for a substantial deportation program, as well as reactions from other figures like Rick Scott.</w:t>
      </w:r>
      <w:r/>
    </w:p>
    <w:p>
      <w:pPr>
        <w:pStyle w:val="ListNumber"/>
        <w:spacing w:line="240" w:lineRule="auto"/>
        <w:ind w:left="720"/>
      </w:pPr>
      <w:r/>
      <w:hyperlink r:id="rId11">
        <w:r>
          <w:rPr>
            <w:color w:val="0000EE"/>
            <w:u w:val="single"/>
          </w:rPr>
          <w:t>https://www.reuters.com/world/us/trump-kick-off-final-week-campaign-with-madison-square-garden-rally-2024-10-27/</w:t>
        </w:r>
      </w:hyperlink>
      <w:r>
        <w:t xml:space="preserve"> - The final push for votes ahead of the election and the accusations of authoritarian tendencies against Trump's campaign.</w:t>
      </w:r>
      <w:r/>
    </w:p>
    <w:p>
      <w:pPr>
        <w:pStyle w:val="ListNumber"/>
        <w:spacing w:line="240" w:lineRule="auto"/>
        <w:ind w:left="720"/>
      </w:pPr>
      <w:r/>
      <w:hyperlink r:id="rId14">
        <w:r>
          <w:rPr>
            <w:color w:val="0000EE"/>
            <w:u w:val="single"/>
          </w:rPr>
          <w:t>https://www.theguardian.com/us-news/2024/oct/27/trump-madison-square-garden-rally</w:t>
        </w:r>
      </w:hyperlink>
      <w:r>
        <w:t xml:space="preserve"> - Trump's influence in American politics despite previous challenges and his continued campaign to reclaim the presidency.</w:t>
      </w:r>
      <w:r/>
    </w:p>
    <w:p>
      <w:pPr>
        <w:pStyle w:val="ListNumber"/>
        <w:spacing w:line="240" w:lineRule="auto"/>
        <w:ind w:left="720"/>
      </w:pPr>
      <w:r/>
      <w:hyperlink r:id="rId12">
        <w:r>
          <w:rPr>
            <w:color w:val="0000EE"/>
            <w:u w:val="single"/>
          </w:rPr>
          <w:t>https://www.cnn.com/2024/10/27/politics/trump-rally-madison-square-garden-vulgar-attacks/index.html</w:t>
        </w:r>
      </w:hyperlink>
      <w:r>
        <w:t xml:space="preserve"> - The inflammatory remarks made by supporters, including David Rem and Tony Hinchcliffe, and the subsequent response from the Trump campaign.</w:t>
      </w:r>
      <w:r/>
    </w:p>
    <w:p>
      <w:pPr>
        <w:pStyle w:val="ListNumber"/>
        <w:spacing w:line="240" w:lineRule="auto"/>
        <w:ind w:left="720"/>
      </w:pPr>
      <w:r/>
      <w:hyperlink r:id="rId14">
        <w:r>
          <w:rPr>
            <w:color w:val="0000EE"/>
            <w:u w:val="single"/>
          </w:rPr>
          <w:t>https://www.theguardian.com/us-news/2024/oct/27/trump-madison-square-garden-rally</w:t>
        </w:r>
      </w:hyperlink>
      <w:r>
        <w:t xml:space="preserve"> - The divisive nature of the rally and the projected messages outside the arena criticizing Trump's campaign rhetoric.</w:t>
      </w:r>
      <w:r/>
    </w:p>
    <w:p>
      <w:pPr>
        <w:pStyle w:val="ListNumber"/>
        <w:spacing w:line="240" w:lineRule="auto"/>
        <w:ind w:left="720"/>
      </w:pPr>
      <w:r/>
      <w:hyperlink r:id="rId15">
        <w:r>
          <w:rPr>
            <w:color w:val="0000EE"/>
            <w:u w:val="single"/>
          </w:rPr>
          <w:t>https://edition.cnn.com/politics/live-news/trump-harris-election-10-28-24/index.html</w:t>
        </w:r>
      </w:hyperlink>
      <w:r>
        <w:t xml:space="preserve"> - Please view link - unable to able to access data</w:t>
      </w:r>
      <w:r/>
    </w:p>
    <w:p>
      <w:pPr>
        <w:pStyle w:val="ListNumber"/>
        <w:spacing w:line="240" w:lineRule="auto"/>
        <w:ind w:left="720"/>
      </w:pPr>
      <w:r/>
      <w:hyperlink r:id="rId16">
        <w:r>
          <w:rPr>
            <w:color w:val="0000EE"/>
            <w:u w:val="single"/>
          </w:rPr>
          <w:t>https://edition.cnn.com/2024/10/28/business/video/uzbekistan-afrosiyob-train-spc-hnk</w:t>
        </w:r>
      </w:hyperlink>
      <w:r>
        <w:t xml:space="preserve"> - Please view link - unable to able to access data</w:t>
      </w:r>
      <w:r/>
    </w:p>
    <w:p>
      <w:pPr>
        <w:pStyle w:val="ListNumber"/>
        <w:spacing w:line="240" w:lineRule="auto"/>
        <w:ind w:left="720"/>
      </w:pPr>
      <w:r/>
      <w:hyperlink r:id="rId17">
        <w:r>
          <w:rPr>
            <w:color w:val="0000EE"/>
            <w:u w:val="single"/>
          </w:rPr>
          <w:t>https://www.globaltrademag.com/onboarding-new-hires-with-generative-ai/</w:t>
        </w:r>
      </w:hyperlink>
      <w:r>
        <w:t xml:space="preserve"> - Please view link - unable to able to access data</w:t>
      </w:r>
      <w:r/>
    </w:p>
    <w:p>
      <w:pPr>
        <w:pStyle w:val="ListNumber"/>
        <w:spacing w:line="240" w:lineRule="auto"/>
        <w:ind w:left="720"/>
      </w:pPr>
      <w:r/>
      <w:hyperlink r:id="rId18">
        <w:r>
          <w:rPr>
            <w:color w:val="0000EE"/>
            <w:u w:val="single"/>
          </w:rPr>
          <w:t>https://edition.cnn.com/timothee-chalamet-lookalike-contest-ldn-digvid</w:t>
        </w:r>
      </w:hyperlink>
      <w:r>
        <w:t xml:space="preserve"> - Please view link - unable to able to access data</w:t>
      </w:r>
      <w:r/>
    </w:p>
    <w:p>
      <w:pPr>
        <w:pStyle w:val="ListNumber"/>
        <w:spacing w:line="240" w:lineRule="auto"/>
        <w:ind w:left="720"/>
      </w:pPr>
      <w:r/>
      <w:hyperlink r:id="rId19">
        <w:r>
          <w:rPr>
            <w:color w:val="0000EE"/>
            <w:u w:val="single"/>
          </w:rPr>
          <w:t>https://edition.cnn.com/2024/10/28/climate/video/iceland-volcano-monitoring-experts-digvid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ftNx76VxZqM" TargetMode="External"/><Relationship Id="rId11" Type="http://schemas.openxmlformats.org/officeDocument/2006/relationships/hyperlink" Target="https://www.reuters.com/world/us/trump-kick-off-final-week-campaign-with-madison-square-garden-rally-2024-10-27/" TargetMode="External"/><Relationship Id="rId12" Type="http://schemas.openxmlformats.org/officeDocument/2006/relationships/hyperlink" Target="https://www.cnn.com/2024/10/27/politics/trump-rally-madison-square-garden-vulgar-attacks/index.html" TargetMode="External"/><Relationship Id="rId13" Type="http://schemas.openxmlformats.org/officeDocument/2006/relationships/hyperlink" Target="https://event.donaldjtrump.com/events/president-donald-j-trump-to-hold-a-rally-in-new-york-new-york" TargetMode="External"/><Relationship Id="rId14" Type="http://schemas.openxmlformats.org/officeDocument/2006/relationships/hyperlink" Target="https://www.theguardian.com/us-news/2024/oct/27/trump-madison-square-garden-rally" TargetMode="External"/><Relationship Id="rId15" Type="http://schemas.openxmlformats.org/officeDocument/2006/relationships/hyperlink" Target="https://edition.cnn.com/politics/live-news/trump-harris-election-10-28-24/index.html" TargetMode="External"/><Relationship Id="rId16" Type="http://schemas.openxmlformats.org/officeDocument/2006/relationships/hyperlink" Target="https://edition.cnn.com/2024/10/28/business/video/uzbekistan-afrosiyob-train-spc-hnk" TargetMode="External"/><Relationship Id="rId17" Type="http://schemas.openxmlformats.org/officeDocument/2006/relationships/hyperlink" Target="https://www.globaltrademag.com/onboarding-new-hires-with-generative-ai/" TargetMode="External"/><Relationship Id="rId18" Type="http://schemas.openxmlformats.org/officeDocument/2006/relationships/hyperlink" Target="https://edition.cnn.com/timothee-chalamet-lookalike-contest-ldn-digvid" TargetMode="External"/><Relationship Id="rId19" Type="http://schemas.openxmlformats.org/officeDocument/2006/relationships/hyperlink" Target="https://edition.cnn.com/2024/10/28/climate/video/iceland-volcano-monitoring-experts-digv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