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VideoProc Converter AI introduces enhanced image, video, and audio quality tools with AI-powered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VideoProc Converter AI Introduces Enhanced Image, Video, and Audio Quality Tools with AI-Powered Features</w:t>
      </w:r>
      <w:r/>
    </w:p>
    <w:p>
      <w:r/>
      <w:r>
        <w:t>In an era where multimedia plays a pivotal role in both personal and professional realms, maintaining high-quality images, videos, and audio is paramount. VideoProc Converter AI, a comprehensive media toolkit, aims to address this demand with its advanced AI-driven enhancements, providing users with tools to upscale and refine their media content effectively.</w:t>
      </w:r>
      <w:r/>
    </w:p>
    <w:p>
      <w:r/>
      <w:r>
        <w:t>The VideoProc Converter AI has been specifically designed with photographers, vloggers, and content creators in mind. It addresses common pitfalls in media quality such as incorrect resolution settings, high ISO noise, soft focus issues, and distracting audio noise. This suite of tools is particularly beneficial for those working with outdated footage or low-resolution images and seeking to elevate them to current standards.</w:t>
      </w:r>
      <w:r/>
    </w:p>
    <w:p>
      <w:r/>
      <w:r>
        <w:rPr>
          <w:b/>
        </w:rPr>
        <w:t>What Is VideoProc Converter AI?</w:t>
      </w:r>
      <w:r/>
    </w:p>
    <w:p>
      <w:r/>
      <w:r>
        <w:t>VideoProc Converter AI is an innovative software blend that offers a wide range of features aimed at enhancing media quality. The toolkit includes capabilities for converting, editing, downloading, and recording videos, audio files, images, and DVDs. With its recent updates, the software has broadened its scope to include audio AI enhancements, marking a significant step towards a holistic AI-powered media improvement experience.</w:t>
      </w:r>
      <w:r/>
    </w:p>
    <w:p>
      <w:r/>
      <w:r>
        <w:t>Key features of the VideoProc Converter AI include Super Resolution, which upscales media to 4K/8K resolution, Frame Interpolation for higher frame rates, Video Stabilization, and Audio AI Enhancement to reduce noise. Improved clarity and detail are achieved through machine learning processes, ensuring media looks natural and lifelike.</w:t>
      </w:r>
      <w:r/>
    </w:p>
    <w:p>
      <w:r/>
      <w:r>
        <w:rPr>
          <w:b/>
        </w:rPr>
        <w:t>A Technological Edge</w:t>
      </w:r>
      <w:r/>
    </w:p>
    <w:p>
      <w:r/>
      <w:r>
        <w:t>Distinguishing itself from traditional methods, VideoProc uses advanced machine learning instead of basic algorithms like bilinear or bicubic interpolation, which can stretch and blur images. This enables the Super Resolution AI module to reconstruct video content with high precision and clarity. The software's AI models are trained on large datasets, which allows it to recognize patterns and textures, thereby enhancing media with much more authenticity.</w:t>
      </w:r>
      <w:r/>
    </w:p>
    <w:p>
      <w:r/>
      <w:r>
        <w:t>Additionally, the Audio AI module is engineered to clean up background noise across various types of recordings. It handles subtle to severe noise conditions, offering clear sound for vlogs, interviews, and other audio-intensive productions.</w:t>
      </w:r>
      <w:r/>
    </w:p>
    <w:p>
      <w:r/>
      <w:r>
        <w:rPr>
          <w:b/>
        </w:rPr>
        <w:t>Usage and Features</w:t>
      </w:r>
      <w:r/>
    </w:p>
    <w:p>
      <w:r/>
      <w:r>
        <w:t>Optimized for Nvidia, AMD, and Intel hardware, users can follow easy steps to upscale videos and images. By entering the Super Resolution module and selecting the desired AI Model, users can compare the results in real time, ensuring the best possible enhancement. The same intuitive process applies to image enhancement, where users can opt for different levels of upscaling and apply models like Gen Detail v2 or Real Smooth v2 to achieve their desired level of detail and clarity.</w:t>
      </w:r>
      <w:r/>
    </w:p>
    <w:p>
      <w:r/>
      <w:r>
        <w:t>For audio, the AI module distinguishes between significant audio signals and unwanted noise, providing a cleaner listening experience. It effectively filters out common disruptions like fan hum, traffic, and street noise, with advanced settings allowing users to fine-tune parameters for optimal outcomes.</w:t>
      </w:r>
      <w:r/>
    </w:p>
    <w:p>
      <w:r/>
      <w:r>
        <w:rPr>
          <w:b/>
        </w:rPr>
        <w:t>Market Accessibility and Offers</w:t>
      </w:r>
      <w:r/>
    </w:p>
    <w:p>
      <w:r/>
      <w:r>
        <w:t xml:space="preserve">In celebration of VideoProc Converter AI’s 6th anniversary, exclusive offers make this tool more accessible than ever. Users can secure a lifetime license at a discounted rate, with 60% off and free lifetime upgrades. Alternatively, by entering a valid email, users can receive a free giveaway license for VideoProc Converter AI V6.4 for a complete trial of its features. </w:t>
      </w:r>
      <w:r/>
    </w:p>
    <w:p>
      <w:r/>
      <w:r>
        <w:t xml:space="preserve">The anniversary promotions aim to provide a comprehensive solution for both professional and casual users seeking to enhance their multimedia content with ease and efficiency. </w:t>
      </w:r>
      <w:r/>
    </w:p>
    <w:p>
      <w:r/>
      <w:r>
        <w:t>As VideoProc Converter AI continues to expand its offerings, it positions itself as a leading choice for anyone serious about maintaining and enhancing media quality in today's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https://shotkit.com/videoproc-converter-ai-review/</w:t>
        </w:r>
      </w:hyperlink>
      <w:r>
        <w:t xml:space="preserve"> - Corroborates the comprehensive features of VideoProc Converter AI, including AI-powered upscaling, editing tools, and GPU acceleration.</w:t>
      </w:r>
      <w:r/>
    </w:p>
    <w:p>
      <w:pPr>
        <w:pStyle w:val="ListNumber"/>
        <w:spacing w:line="240" w:lineRule="auto"/>
        <w:ind w:left="720"/>
      </w:pPr>
      <w:r/>
      <w:hyperlink r:id="rId11">
        <w:r>
          <w:rPr>
            <w:color w:val="0000EE"/>
            <w:u w:val="single"/>
          </w:rPr>
          <w:t>https://www.videoproc.com/video-converting-software/</w:t>
        </w:r>
      </w:hyperlink>
      <w:r>
        <w:t xml:space="preserve"> - Supports the all-in-one functionality of VideoProc Converter AI, including conversion, compression, editing, recording, and downloading capabilities.</w:t>
      </w:r>
      <w:r/>
    </w:p>
    <w:p>
      <w:pPr>
        <w:pStyle w:val="ListNumber"/>
        <w:spacing w:line="240" w:lineRule="auto"/>
        <w:ind w:left="720"/>
      </w:pPr>
      <w:r/>
      <w:hyperlink r:id="rId12">
        <w:r>
          <w:rPr>
            <w:color w:val="0000EE"/>
            <w:u w:val="single"/>
          </w:rPr>
          <w:t>https://www.youtube.com/watch?v=7KEJh-GQZGc</w:t>
        </w:r>
      </w:hyperlink>
      <w:r>
        <w:t xml:space="preserve"> - Details the new AI models in VideoProc Converter AI, such as Gen Detail and Real Smooth, and how they enhance video and image quality.</w:t>
      </w:r>
      <w:r/>
    </w:p>
    <w:p>
      <w:pPr>
        <w:pStyle w:val="ListNumber"/>
        <w:spacing w:line="240" w:lineRule="auto"/>
        <w:ind w:left="720"/>
      </w:pPr>
      <w:r/>
      <w:hyperlink r:id="rId13">
        <w:r>
          <w:rPr>
            <w:color w:val="0000EE"/>
            <w:u w:val="single"/>
          </w:rPr>
          <w:t>https://unifab.ai/resource/videoproc-converter-review</w:t>
        </w:r>
      </w:hyperlink>
      <w:r>
        <w:t xml:space="preserve"> - Provides an in-depth review of VideoProc Converter AI's core features, including Super Resolution, Frame Interpolation, and Stabilization.</w:t>
      </w:r>
      <w:r/>
    </w:p>
    <w:p>
      <w:pPr>
        <w:pStyle w:val="ListNumber"/>
        <w:spacing w:line="240" w:lineRule="auto"/>
        <w:ind w:left="720"/>
      </w:pPr>
      <w:r/>
      <w:hyperlink r:id="rId14">
        <w:r>
          <w:rPr>
            <w:color w:val="0000EE"/>
            <w:u w:val="single"/>
          </w:rPr>
          <w:t>https://www.videoproc.com/video-converting-software/feature-ai-super-resolution.htm</w:t>
        </w:r>
      </w:hyperlink>
      <w:r>
        <w:t xml:space="preserve"> - Explains the Super Resolution feature in VideoProc Converter AI, including its ability to denoise, deblur, and upscale videos and images.</w:t>
      </w:r>
      <w:r/>
    </w:p>
    <w:p>
      <w:pPr>
        <w:pStyle w:val="ListNumber"/>
        <w:spacing w:line="240" w:lineRule="auto"/>
        <w:ind w:left="720"/>
      </w:pPr>
      <w:r/>
      <w:hyperlink r:id="rId10">
        <w:r>
          <w:rPr>
            <w:color w:val="0000EE"/>
            <w:u w:val="single"/>
          </w:rPr>
          <w:t>https://shotkit.com/videoproc-converter-ai-review/</w:t>
        </w:r>
      </w:hyperlink>
      <w:r>
        <w:t xml:space="preserve"> - Highlights the user-friendly interface and the specific steps for upscaling images and videos using VideoProc Converter AI.</w:t>
      </w:r>
      <w:r/>
    </w:p>
    <w:p>
      <w:pPr>
        <w:pStyle w:val="ListNumber"/>
        <w:spacing w:line="240" w:lineRule="auto"/>
        <w:ind w:left="720"/>
      </w:pPr>
      <w:r/>
      <w:hyperlink r:id="rId11">
        <w:r>
          <w:rPr>
            <w:color w:val="0000EE"/>
            <w:u w:val="single"/>
          </w:rPr>
          <w:t>https://www.videoproc.com/video-converting-software/</w:t>
        </w:r>
      </w:hyperlink>
      <w:r>
        <w:t xml:space="preserve"> - Mentions the hardware optimization for Nvidia, AMD, and Intel, ensuring efficient processing of media files.</w:t>
      </w:r>
      <w:r/>
    </w:p>
    <w:p>
      <w:pPr>
        <w:pStyle w:val="ListNumber"/>
        <w:spacing w:line="240" w:lineRule="auto"/>
        <w:ind w:left="720"/>
      </w:pPr>
      <w:r/>
      <w:hyperlink r:id="rId13">
        <w:r>
          <w:rPr>
            <w:color w:val="0000EE"/>
            <w:u w:val="single"/>
          </w:rPr>
          <w:t>https://unifab.ai/resource/videoproc-converter-review</w:t>
        </w:r>
      </w:hyperlink>
      <w:r>
        <w:t xml:space="preserve"> - Details the Audio AI Enhancement module and its ability to clean up background noise in various recordings.</w:t>
      </w:r>
      <w:r/>
    </w:p>
    <w:p>
      <w:pPr>
        <w:pStyle w:val="ListNumber"/>
        <w:spacing w:line="240" w:lineRule="auto"/>
        <w:ind w:left="720"/>
      </w:pPr>
      <w:r/>
      <w:hyperlink r:id="rId12">
        <w:r>
          <w:rPr>
            <w:color w:val="0000EE"/>
            <w:u w:val="single"/>
          </w:rPr>
          <w:t>https://www.youtube.com/watch?v=7KEJh-GQZGc</w:t>
        </w:r>
      </w:hyperlink>
      <w:r>
        <w:t xml:space="preserve"> - Demonstrates the real-time comparison and preview features in the Super Resolution module of VideoProc Converter AI.</w:t>
      </w:r>
      <w:r/>
    </w:p>
    <w:p>
      <w:pPr>
        <w:pStyle w:val="ListNumber"/>
        <w:spacing w:line="240" w:lineRule="auto"/>
        <w:ind w:left="720"/>
      </w:pPr>
      <w:r/>
      <w:hyperlink r:id="rId14">
        <w:r>
          <w:rPr>
            <w:color w:val="0000EE"/>
            <w:u w:val="single"/>
          </w:rPr>
          <w:t>https://www.videoproc.com/video-converting-software/feature-ai-super-resolution.htm</w:t>
        </w:r>
      </w:hyperlink>
      <w:r>
        <w:t xml:space="preserve"> - Explains how the AI models in VideoProc Converter AI are trained on large datasets to recognize patterns and textures, enhancing media authenticity.</w:t>
      </w:r>
      <w:r/>
    </w:p>
    <w:p>
      <w:pPr>
        <w:pStyle w:val="ListNumber"/>
        <w:spacing w:line="240" w:lineRule="auto"/>
        <w:ind w:left="720"/>
      </w:pPr>
      <w:r/>
      <w:hyperlink r:id="rId13">
        <w:r>
          <w:rPr>
            <w:color w:val="0000EE"/>
            <w:u w:val="single"/>
          </w:rPr>
          <w:t>https://unifab.ai/resource/videoproc-converter-review</w:t>
        </w:r>
      </w:hyperlink>
      <w:r>
        <w:t xml:space="preserve"> - Discusses the exclusive offers and promotions, including discounted lifetime licenses and free giveaways, making the software more accessible.</w:t>
      </w:r>
      <w:r/>
    </w:p>
    <w:p>
      <w:pPr>
        <w:pStyle w:val="ListNumber"/>
        <w:spacing w:line="240" w:lineRule="auto"/>
        <w:ind w:left="720"/>
      </w:pPr>
      <w:r/>
      <w:hyperlink r:id="rId15">
        <w:r>
          <w:rPr>
            <w:color w:val="0000EE"/>
            <w:u w:val="single"/>
          </w:rPr>
          <w:t>https://www.sonyalpharumors.com/videoproc-converter-ai-enhance-image-video-and-audio-quality-with-ai-power-giveaway/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hotkit.com/videoproc-converter-ai-review/" TargetMode="External"/><Relationship Id="rId11" Type="http://schemas.openxmlformats.org/officeDocument/2006/relationships/hyperlink" Target="https://www.videoproc.com/video-converting-software/" TargetMode="External"/><Relationship Id="rId12" Type="http://schemas.openxmlformats.org/officeDocument/2006/relationships/hyperlink" Target="https://www.youtube.com/watch?v=7KEJh-GQZGc" TargetMode="External"/><Relationship Id="rId13" Type="http://schemas.openxmlformats.org/officeDocument/2006/relationships/hyperlink" Target="https://unifab.ai/resource/videoproc-converter-review" TargetMode="External"/><Relationship Id="rId14" Type="http://schemas.openxmlformats.org/officeDocument/2006/relationships/hyperlink" Target="https://www.videoproc.com/video-converting-software/feature-ai-super-resolution.htm" TargetMode="External"/><Relationship Id="rId15" Type="http://schemas.openxmlformats.org/officeDocument/2006/relationships/hyperlink" Target="https://www.sonyalpharumors.com/videoproc-converter-ai-enhance-image-video-and-audio-quality-with-ai-power-giveaw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