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Wallace and Gromit return with new film this Christmas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Wallace and Gromit, the beloved claymation duo created by Nick Park, are set to return to screens this Christmas with their new feature "Vengeance Most Fowl". This marks their first feature-length film in 19 years, following the acclaimed 2005 film "The Curse of the Were-Rabbit". The film is a direct sequel to the 1993 short "The Wrong Trousers", which introduced the cunning penguin villain, Feathers McGraw.</w:t>
      </w:r>
      <w:r/>
    </w:p>
    <w:p>
      <w:r/>
      <w:r>
        <w:t>The animated film is set to premiere on BBC One on Christmas Day in the UK, with an international release on Netflix scheduled for 3 January. "Vengeance Most Fowl" was co-directed by Nick Park and Merlin Crossingham, with the film being a product of Aardman Animation's collaboration with Netflix, which began in 2019. The film follows their previous works, including "Farmageddon" and the "Chicken Run" sequel "Dawn of the Nugget".</w:t>
      </w:r>
      <w:r/>
    </w:p>
    <w:p>
      <w:r/>
      <w:r>
        <w:t>In "Vengeance Most Fowl", Wallace, voiced by Ben Whitehead, invents a "smart gnome" named Norbot, voiced by Reece Shearsmith, intended to take over household chores. However, when the gnome is corrupted by Feathers McGraw, chaos ensues. The notorious penguin, who has been holding grudges since his capture in "The Wrong Trousers", manipulates Norbot into committing crimes, landing Wallace in trouble with the law. Peter Kay lends his voice to Chief Inspector Albert Mackintosh, with Lauren Patel playing PC Mukherjee, as they try to unravel the mystery.</w:t>
      </w:r>
      <w:r/>
    </w:p>
    <w:p>
      <w:r/>
      <w:r>
        <w:t>The film maintains the classic stop-motion animation style that Aardman Animations is known for, while integrating subtle modern techniques to enhance visual effects, such as digital technology for water scenes during a canal boat chase. Despite modern upgrades, Park and his team have ensured the characters retain their iconic charm, with their thumbprints and unique textures remaining evident in the characters' clay forms.</w:t>
      </w:r>
      <w:r/>
    </w:p>
    <w:p>
      <w:r/>
      <w:r>
        <w:t>Feathers McGraw’s return has been met with enthusiasm from fans, something Nick Park and Merlin Crossingham have acknowledged. The decision to bring back McGraw was driven by the narrative potential and the fans' enduring affection for the villain. The story explores themes of technology's double-edged nature, a recurrent motif in Wallace and Gromit's narratives.</w:t>
      </w:r>
      <w:r/>
    </w:p>
    <w:p>
      <w:r/>
      <w:r>
        <w:t>The film’s title, "Vengeance Most Fowl", is emblematic of the series' penchant for puns and whimsical humour. It blends classic British humour with bits of international appeal, maintaining the cultural essence that has characterised previous Wallace and Gromit films.</w:t>
      </w:r>
      <w:r/>
    </w:p>
    <w:p>
      <w:r/>
      <w:r>
        <w:t>With a runtime of 79 minutes, the film promises to be a visual treat filled with Aardman's typical attention to detail and off-beat jokes. Adding to its authentic British flavour, the film features culturally specific references, staying true to its roots while embracing a global audience.</w:t>
      </w:r>
      <w:r/>
    </w:p>
    <w:p>
      <w:r/>
      <w:r>
        <w:t>"Vengeance Most Fowl" was nearly a decade in the making, carefully crafted to deliver the balance between nostalgia and innovation, a testament to Aardman Animations’ dedication to quality and storytelling. As Wallace and Gromit gear up for their latest adventure, the promise of their charm and ingenuity shines strong, capturing both old and new fans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https://www.youtube.com/watch?v=kQqrBzJ5wIc</w:t>
        </w:r>
      </w:hyperlink>
      <w:r>
        <w:t xml:space="preserve"> - Confirms the return of Wallace and Gromit in 'Vengeance Most Fowl', their first full-length feature film in 19 years, and the involvement of Feathers McGraw.</w:t>
      </w:r>
      <w:r/>
    </w:p>
    <w:p>
      <w:pPr>
        <w:pStyle w:val="ListNumber"/>
        <w:spacing w:line="240" w:lineRule="auto"/>
        <w:ind w:left="720"/>
      </w:pPr>
      <w:r/>
      <w:hyperlink r:id="rId11">
        <w:r>
          <w:rPr>
            <w:color w:val="0000EE"/>
            <w:u w:val="single"/>
          </w:rPr>
          <w:t>https://www.hollywoodreporter.com/movies/movie-news/wallace-and-gromit-vengeance-most-fowl-trailer-release-date-1236033528/</w:t>
        </w:r>
      </w:hyperlink>
      <w:r>
        <w:t xml:space="preserve"> - Details the release dates, including the world premiere at AFI Fest, limited theatrical release, and Netflix release, as well as the return of Feathers McGraw.</w:t>
      </w:r>
      <w:r/>
    </w:p>
    <w:p>
      <w:pPr>
        <w:pStyle w:val="ListNumber"/>
        <w:spacing w:line="240" w:lineRule="auto"/>
        <w:ind w:left="720"/>
      </w:pPr>
      <w:r/>
      <w:hyperlink r:id="rId11">
        <w:r>
          <w:rPr>
            <w:color w:val="0000EE"/>
            <w:u w:val="single"/>
          </w:rPr>
          <w:t>https://www.hollywoodreporter.com/movies/movie-news/wallace-and-gromit-vengeance-most-fowl-trailer-release-date-1236033528/</w:t>
        </w:r>
      </w:hyperlink>
      <w:r>
        <w:t xml:space="preserve"> - Mentions the directors Nick Park and Merlin Crossingham, and the plot involving Wallace's 'smart' gnome and Feathers McGraw's revenge.</w:t>
      </w:r>
      <w:r/>
    </w:p>
    <w:p>
      <w:pPr>
        <w:pStyle w:val="ListNumber"/>
        <w:spacing w:line="240" w:lineRule="auto"/>
        <w:ind w:left="720"/>
      </w:pPr>
      <w:r/>
      <w:hyperlink r:id="rId12">
        <w:r>
          <w:rPr>
            <w:color w:val="0000EE"/>
            <w:u w:val="single"/>
          </w:rPr>
          <w:t>https://economictimes.indiatimes.com/news/international/us/wallace-gromit-vengeance-most-fowl-heres-release-date-where-to-watch-trailer-and-plot/articleshow/114327216.cms</w:t>
        </w:r>
      </w:hyperlink>
      <w:r>
        <w:t xml:space="preserve"> - Provides the release dates, including the premiere at AFI Fest and the global Netflix release, and details about Feathers McGraw's return.</w:t>
      </w:r>
      <w:r/>
    </w:p>
    <w:p>
      <w:pPr>
        <w:pStyle w:val="ListNumber"/>
        <w:spacing w:line="240" w:lineRule="auto"/>
        <w:ind w:left="720"/>
      </w:pPr>
      <w:r/>
      <w:hyperlink r:id="rId13">
        <w:r>
          <w:rPr>
            <w:color w:val="0000EE"/>
            <w:u w:val="single"/>
          </w:rPr>
          <w:t>https://www.bbc.com/news/articles/c20jlqjjx5xo</w:t>
        </w:r>
      </w:hyperlink>
      <w:r>
        <w:t xml:space="preserve"> - Confirms the film's premiere on BBC One on Christmas Day in the UK and the international release on Netflix, as well as the involvement of Ben Whitehead and Peter Kay.</w:t>
      </w:r>
      <w:r/>
    </w:p>
    <w:p>
      <w:pPr>
        <w:pStyle w:val="ListNumber"/>
        <w:spacing w:line="240" w:lineRule="auto"/>
        <w:ind w:left="720"/>
      </w:pPr>
      <w:r/>
      <w:hyperlink r:id="rId13">
        <w:r>
          <w:rPr>
            <w:color w:val="0000EE"/>
            <w:u w:val="single"/>
          </w:rPr>
          <w:t>https://www.bbc.com/news/articles/c20jlqjjx5xo</w:t>
        </w:r>
      </w:hyperlink>
      <w:r>
        <w:t xml:space="preserve"> - Details the plot involving Wallace's 'smart gnome' Norbot and Feathers McGraw's manipulation, and the film's maintenance of classic stop-motion animation style.</w:t>
      </w:r>
      <w:r/>
    </w:p>
    <w:p>
      <w:pPr>
        <w:pStyle w:val="ListNumber"/>
        <w:spacing w:line="240" w:lineRule="auto"/>
        <w:ind w:left="720"/>
      </w:pPr>
      <w:r/>
      <w:hyperlink r:id="rId11">
        <w:r>
          <w:rPr>
            <w:color w:val="0000EE"/>
            <w:u w:val="single"/>
          </w:rPr>
          <w:t>https://www.hollywoodreporter.com/movies/movie-news/wallace-and-gromit-vengeance-most-fowl-trailer-release-date-1236033528/</w:t>
        </w:r>
      </w:hyperlink>
      <w:r>
        <w:t xml:space="preserve"> - Mentions the cast, including Ben Whitehead, Peter Kay, Lauren Patel, and Reece Shearsmith, and special appearances by other actors.</w:t>
      </w:r>
      <w:r/>
    </w:p>
    <w:p>
      <w:pPr>
        <w:pStyle w:val="ListNumber"/>
        <w:spacing w:line="240" w:lineRule="auto"/>
        <w:ind w:left="720"/>
      </w:pPr>
      <w:r/>
      <w:hyperlink r:id="rId14">
        <w:r>
          <w:rPr>
            <w:color w:val="0000EE"/>
            <w:u w:val="single"/>
          </w:rPr>
          <w:t>https://www.imdb.com/title/tt17163970/releaseinfo/</w:t>
        </w:r>
      </w:hyperlink>
      <w:r>
        <w:t xml:space="preserve"> - Lists the release dates for various countries, including the UK, US, and international Netflix release.</w:t>
      </w:r>
      <w:r/>
    </w:p>
    <w:p>
      <w:pPr>
        <w:pStyle w:val="ListNumber"/>
        <w:spacing w:line="240" w:lineRule="auto"/>
        <w:ind w:left="720"/>
      </w:pPr>
      <w:r/>
      <w:hyperlink r:id="rId13">
        <w:r>
          <w:rPr>
            <w:color w:val="0000EE"/>
            <w:u w:val="single"/>
          </w:rPr>
          <w:t>https://www.bbc.com/news/articles/c20jlqjjx5xo</w:t>
        </w:r>
      </w:hyperlink>
      <w:r>
        <w:t xml:space="preserve"> - Explains the integration of modern techniques to enhance visual effects while retaining the classic charm of the characters.</w:t>
      </w:r>
      <w:r/>
    </w:p>
    <w:p>
      <w:pPr>
        <w:pStyle w:val="ListNumber"/>
        <w:spacing w:line="240" w:lineRule="auto"/>
        <w:ind w:left="720"/>
      </w:pPr>
      <w:r/>
      <w:hyperlink r:id="rId11">
        <w:r>
          <w:rPr>
            <w:color w:val="0000EE"/>
            <w:u w:val="single"/>
          </w:rPr>
          <w:t>https://www.hollywoodreporter.com/movies/movie-news/wallace-and-gromit-vengeance-most-fowl-trailer-release-date-1236033528/</w:t>
        </w:r>
      </w:hyperlink>
      <w:r>
        <w:t xml:space="preserve"> - Discusses the narrative potential and fan affection for Feathers McGraw, and the themes of technology's double-edged nature.</w:t>
      </w:r>
      <w:r/>
    </w:p>
    <w:p>
      <w:pPr>
        <w:pStyle w:val="ListNumber"/>
        <w:spacing w:line="240" w:lineRule="auto"/>
        <w:ind w:left="720"/>
      </w:pPr>
      <w:r/>
      <w:hyperlink r:id="rId13">
        <w:r>
          <w:rPr>
            <w:color w:val="0000EE"/>
            <w:u w:val="single"/>
          </w:rPr>
          <w:t>https://www.bbc.com/news/articles/c20jlqjjx5xo</w:t>
        </w:r>
      </w:hyperlink>
      <w:r>
        <w:t xml:space="preserve"> - Highlights the film's runtime, attention to detail, and the blend of classic British humour with international appeal.</w:t>
      </w:r>
      <w:r/>
    </w:p>
    <w:p>
      <w:pPr>
        <w:pStyle w:val="ListNumber"/>
        <w:spacing w:line="240" w:lineRule="auto"/>
        <w:ind w:left="720"/>
      </w:pPr>
      <w:r/>
      <w:hyperlink r:id="rId15">
        <w:r>
          <w:rPr>
            <w:color w:val="0000EE"/>
            <w:u w:val="single"/>
          </w:rPr>
          <w:t>https://www.independent.co.uk/arts-entertainment/films/reviews/wallace-and-gromit-vengeance-most-fowl-review-b2635503.html</w:t>
        </w:r>
      </w:hyperlink>
      <w:r>
        <w:t xml:space="preserve"> - Please view link - unable to able to access data</w:t>
      </w:r>
      <w:r/>
    </w:p>
    <w:p>
      <w:pPr>
        <w:pStyle w:val="ListNumber"/>
        <w:spacing w:line="240" w:lineRule="auto"/>
        <w:ind w:left="720"/>
      </w:pPr>
      <w:r/>
      <w:hyperlink r:id="rId16">
        <w:r>
          <w:rPr>
            <w:color w:val="0000EE"/>
            <w:u w:val="single"/>
          </w:rPr>
          <w:t>https://www.hollywoodreporter.com/movies/movie-news/wallace-and-gromit-vengeance-most-fowl-nick-park-merlin-crossingham-netflix-afi-1236046193/</w:t>
        </w:r>
      </w:hyperlink>
      <w:r>
        <w:t xml:space="preserve"> - Please view link - unable to able to access data</w:t>
      </w:r>
      <w:r/>
    </w:p>
    <w:p>
      <w:pPr>
        <w:pStyle w:val="ListNumber"/>
        <w:spacing w:line="240" w:lineRule="auto"/>
        <w:ind w:left="720"/>
      </w:pPr>
      <w:r/>
      <w:hyperlink r:id="rId17">
        <w:r>
          <w:rPr>
            <w:color w:val="0000EE"/>
            <w:u w:val="single"/>
          </w:rPr>
          <w:t>https://inews.co.uk/culture/television/wallace-gromit-vengeance-most-fowl-terrifying-penguin-returns-3344486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kQqrBzJ5wIc" TargetMode="External"/><Relationship Id="rId11" Type="http://schemas.openxmlformats.org/officeDocument/2006/relationships/hyperlink" Target="https://www.hollywoodreporter.com/movies/movie-news/wallace-and-gromit-vengeance-most-fowl-trailer-release-date-1236033528/" TargetMode="External"/><Relationship Id="rId12" Type="http://schemas.openxmlformats.org/officeDocument/2006/relationships/hyperlink" Target="https://economictimes.indiatimes.com/news/international/us/wallace-gromit-vengeance-most-fowl-heres-release-date-where-to-watch-trailer-and-plot/articleshow/114327216.cms" TargetMode="External"/><Relationship Id="rId13" Type="http://schemas.openxmlformats.org/officeDocument/2006/relationships/hyperlink" Target="https://www.bbc.com/news/articles/c20jlqjjx5xo" TargetMode="External"/><Relationship Id="rId14" Type="http://schemas.openxmlformats.org/officeDocument/2006/relationships/hyperlink" Target="https://www.imdb.com/title/tt17163970/releaseinfo/" TargetMode="External"/><Relationship Id="rId15" Type="http://schemas.openxmlformats.org/officeDocument/2006/relationships/hyperlink" Target="https://www.independent.co.uk/arts-entertainment/films/reviews/wallace-and-gromit-vengeance-most-fowl-review-b2635503.html" TargetMode="External"/><Relationship Id="rId16" Type="http://schemas.openxmlformats.org/officeDocument/2006/relationships/hyperlink" Target="https://www.hollywoodreporter.com/movies/movie-news/wallace-and-gromit-vengeance-most-fowl-nick-park-merlin-crossingham-netflix-afi-1236046193/" TargetMode="External"/><Relationship Id="rId17" Type="http://schemas.openxmlformats.org/officeDocument/2006/relationships/hyperlink" Target="https://inews.co.uk/culture/television/wallace-gromit-vengeance-most-fowl-terrifying-penguin-returns-33444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