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Advances in canine cardiology: AI surpasses traditional methods in detecting heart conditions in small dogs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Advances in Canine Cardiology: AI Surpasses Traditional Methods in Detecting Heart Conditions in Small Dogs</w:t>
      </w:r>
      <w:r/>
    </w:p>
    <w:p>
      <w:r/>
      <w:r>
        <w:t>Recent developments in veterinary medicine have focused on tackling a prevalent heart condition in small dog breeds, with artificial intelligence (AI) emerging as a promising tool in early detection. Mitral valve disease, a condition that affects breeds such as Cavalier King Charles Spaniels, miniature poodles, Pomeranians, and chihuahuas, may now be diagnosed more efficiently through AI, according to a study led by researchers at the University of Cambridge.</w:t>
      </w:r>
      <w:r/>
    </w:p>
    <w:p>
      <w:r/>
      <w:r>
        <w:t>Mitral valve disease occurs when one of the heart's valves becomes misshapen and begins to leak. If left undiagnosed and untreated, this condition can develop into a critical health issue for dogs. Typically, detecting this condition involves identifying heart murmurs—audible signs of turbulent blood flow through the heart valve. This task often requires the skills of an experienced cardiologist.</w:t>
      </w:r>
      <w:r/>
    </w:p>
    <w:p>
      <w:r/>
      <w:r>
        <w:t>The research team at Cambridge has successfully adapted an algorithm initially created for human heart conditions to evaluate canine heart murmurs. This AI model operates by analysing audio recordings acquired from digital stethoscopes with a remarkable 90% accuracy, a rate comparable to that of seasoned cardiologists. The potential of this technology is significant; it offers both an economical and efficient screening method for veterinarians across the board. Such advancements could enhance the quality of life for numerous dogs by ensuring early diagnosis and timely treatment.</w:t>
      </w:r>
      <w:r/>
    </w:p>
    <w:p>
      <w:r/>
      <w:r>
        <w:t>Dr Andrew McDonald, the study's first author, noted the gravity of heart disease in dogs. "Heart disease in humans is a huge health issue, but in dogs, it's an even bigger problem," McDonald stated, highlighting the challenges faced by primary care vets, who must rely on their expertise to diagnose the condition, as dogs cannot articulate their symptoms like humans.</w:t>
      </w:r>
      <w:r/>
    </w:p>
    <w:p>
      <w:r/>
      <w:r>
        <w:t>With heart murmurs present in approximately one out of every thirty dogs seen by veterinarians—especially common in smaller breeds and older dogs—the ability to detect and grade these murmurs accurately is crucial. The fine-tuned algorithm developed by the Cambridge team can discern between murmurs indicative of mild disease and those signaling advanced disease requiring immediate intervention.</w:t>
      </w:r>
      <w:r/>
    </w:p>
    <w:p>
      <w:r/>
      <w:r>
        <w:t>While surgical intervention is the go-to treatment for humans with valve disease, dogs benefit from effective medications, provided the condition is diagnosed promptly. Traditionally, diagnosing and grading heart murmurs necessitates extensive experience, often involving referrals to veterinary cardiologists and expensive heart scans. The new AI model poses a cost-effective alternative that could greatly enhance current practices.</w:t>
      </w:r>
      <w:r/>
    </w:p>
    <w:p>
      <w:r/>
      <w:r>
        <w:t>Professor Jose Novo Matos, a co-author of the study, emphasised the practicality of this tool in veterinary healthcare, explaining that "we can't perform heart scans on every dog in this country – we just don’t have enough time or specialists to screen every dog with a murmur. But tools like these could help vets and owners, allowing us to quickly identify those dogs most in need of treatment."</w:t>
      </w:r>
      <w:r/>
    </w:p>
    <w:p>
      <w:r/>
      <w:r>
        <w:t>The findings of this study, published in the Journal of Veterinary Internal Medicine, represent a significant stride in veterinary diagnostics, potentially heralding a new era in the management of canine heart health. As AI continues to evolve, its applications in animal healthcare promise to transform how conditions like mitral valve disease are understood and treated.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https://www.cam.ac.uk/research/news/ai-algorithm-accurately-detects-heart-disease-in-dogs</w:t>
        </w:r>
      </w:hyperlink>
      <w:r>
        <w:t xml:space="preserve"> - Corroborates the development of an AI algorithm to detect heart murmurs in dogs with high accuracy, similar to seasoned cardiologists.</w:t>
      </w:r>
      <w:r/>
    </w:p>
    <w:p>
      <w:pPr>
        <w:pStyle w:val="ListNumber"/>
        <w:spacing w:line="240" w:lineRule="auto"/>
        <w:ind w:left="720"/>
      </w:pPr>
      <w:r/>
      <w:hyperlink r:id="rId11">
        <w:r>
          <w:rPr>
            <w:color w:val="0000EE"/>
            <w:u w:val="single"/>
          </w:rPr>
          <w:t>https://www.designnews.com/electronics/ai-fitness-tracker-for-pets-captures-heart-health</w:t>
        </w:r>
      </w:hyperlink>
      <w:r>
        <w:t xml:space="preserve"> - Supports the use of AI in monitoring heart health in pets, including the detection of heart conditions like atrial fibrillation.</w:t>
      </w:r>
      <w:r/>
    </w:p>
    <w:p>
      <w:pPr>
        <w:pStyle w:val="ListNumber"/>
        <w:spacing w:line="240" w:lineRule="auto"/>
        <w:ind w:left="720"/>
      </w:pPr>
      <w:r/>
      <w:hyperlink r:id="rId12">
        <w:r>
          <w:rPr>
            <w:color w:val="0000EE"/>
            <w:u w:val="single"/>
          </w:rPr>
          <w:t>https://www.nature.com/articles/s41598-023-50063-x</w:t>
        </w:r>
      </w:hyperlink>
      <w:r>
        <w:t xml:space="preserve"> - Details the application of AI in diagnosing cardiomegaly in dogs using deep learning methods, highlighting the challenges and advancements in veterinary medicine.</w:t>
      </w:r>
      <w:r/>
    </w:p>
    <w:p>
      <w:pPr>
        <w:pStyle w:val="ListNumber"/>
        <w:spacing w:line="240" w:lineRule="auto"/>
        <w:ind w:left="720"/>
      </w:pPr>
      <w:r/>
      <w:hyperlink r:id="rId13">
        <w:r>
          <w:rPr>
            <w:color w:val="0000EE"/>
            <w:u w:val="single"/>
          </w:rPr>
          <w:t>https://pmc.ncbi.nlm.nih.gov/articles/PMC10556456/</w:t>
        </w:r>
      </w:hyperlink>
      <w:r>
        <w:t xml:space="preserve"> - Describes an AI-based algorithm for classifying different stages of myxomatous mitral valve disease (MMVD) from canine thoracic radiographs, which is relevant to diagnosing heart conditions in dogs.</w:t>
      </w:r>
      <w:r/>
    </w:p>
    <w:p>
      <w:pPr>
        <w:pStyle w:val="ListNumber"/>
        <w:spacing w:line="240" w:lineRule="auto"/>
        <w:ind w:left="720"/>
      </w:pPr>
      <w:r/>
      <w:hyperlink r:id="rId14">
        <w:r>
          <w:rPr>
            <w:color w:val="0000EE"/>
            <w:u w:val="single"/>
          </w:rPr>
          <w:t>https://vetmed.tamu.edu/news/press-releases/radanalyzer/</w:t>
        </w:r>
      </w:hyperlink>
      <w:r>
        <w:t xml:space="preserve"> - Discusses the development of RadAnalyzer, an AI-based tool for calculating vertebral heart score in dogs, which is crucial for diagnosing heart disease.</w:t>
      </w:r>
      <w:r/>
    </w:p>
    <w:p>
      <w:pPr>
        <w:pStyle w:val="ListNumber"/>
        <w:spacing w:line="240" w:lineRule="auto"/>
        <w:ind w:left="720"/>
      </w:pPr>
      <w:r/>
      <w:hyperlink r:id="rId10">
        <w:r>
          <w:rPr>
            <w:color w:val="0000EE"/>
            <w:u w:val="single"/>
          </w:rPr>
          <w:t>https://www.cam.ac.uk/research/news/ai-algorithm-accurately-detects-heart-disease-in-dogs</w:t>
        </w:r>
      </w:hyperlink>
      <w:r>
        <w:t xml:space="preserve"> - Highlights the adaptation of an AI algorithm for human heart conditions to evaluate canine heart murmurs, emphasizing its accuracy and potential in veterinary diagnostics.</w:t>
      </w:r>
      <w:r/>
    </w:p>
    <w:p>
      <w:pPr>
        <w:pStyle w:val="ListNumber"/>
        <w:spacing w:line="240" w:lineRule="auto"/>
        <w:ind w:left="720"/>
      </w:pPr>
      <w:r/>
      <w:hyperlink r:id="rId13">
        <w:r>
          <w:rPr>
            <w:color w:val="0000EE"/>
            <w:u w:val="single"/>
          </w:rPr>
          <w:t>https://pmc.ncbi.nlm.nih.gov/articles/PMC10556456/</w:t>
        </w:r>
      </w:hyperlink>
      <w:r>
        <w:t xml:space="preserve"> - Provides details on the high accuracy of AI algorithms in detecting and staging heart diseases in dogs, such as MMVD, which is comparable to human cardiologists' expertise.</w:t>
      </w:r>
      <w:r/>
    </w:p>
    <w:p>
      <w:pPr>
        <w:pStyle w:val="ListNumber"/>
        <w:spacing w:line="240" w:lineRule="auto"/>
        <w:ind w:left="720"/>
      </w:pPr>
      <w:r/>
      <w:hyperlink r:id="rId14">
        <w:r>
          <w:rPr>
            <w:color w:val="0000EE"/>
            <w:u w:val="single"/>
          </w:rPr>
          <w:t>https://vetmed.tamu.edu/news/press-releases/radanalyzer/</w:t>
        </w:r>
      </w:hyperlink>
      <w:r>
        <w:t xml:space="preserve"> - Explains how AI tools like RadAnalyzer can reduce the time and cost associated with traditional methods of diagnosing heart conditions in dogs.</w:t>
      </w:r>
      <w:r/>
    </w:p>
    <w:p>
      <w:pPr>
        <w:pStyle w:val="ListNumber"/>
        <w:spacing w:line="240" w:lineRule="auto"/>
        <w:ind w:left="720"/>
      </w:pPr>
      <w:r/>
      <w:hyperlink r:id="rId12">
        <w:r>
          <w:rPr>
            <w:color w:val="0000EE"/>
            <w:u w:val="single"/>
          </w:rPr>
          <w:t>https://www.nature.com/articles/s41598-023-50063-x</w:t>
        </w:r>
      </w:hyperlink>
      <w:r>
        <w:t xml:space="preserve"> - Discusses the challenges faced by veterinarians in diagnosing heart conditions and how AI can bridge the gap between advanced deep learning methods and traditional diagnosis techniques.</w:t>
      </w:r>
      <w:r/>
    </w:p>
    <w:p>
      <w:pPr>
        <w:pStyle w:val="ListNumber"/>
        <w:spacing w:line="240" w:lineRule="auto"/>
        <w:ind w:left="720"/>
      </w:pPr>
      <w:r/>
      <w:hyperlink r:id="rId13">
        <w:r>
          <w:rPr>
            <w:color w:val="0000EE"/>
            <w:u w:val="single"/>
          </w:rPr>
          <w:t>https://pmc.ncbi.nlm.nih.gov/articles/PMC10556456/</w:t>
        </w:r>
      </w:hyperlink>
      <w:r>
        <w:t xml:space="preserve"> - Supports the idea that AI can enhance the quality of life for dogs by ensuring early diagnosis and timely treatment of heart conditions like MMVD.</w:t>
      </w:r>
      <w:r/>
    </w:p>
    <w:p>
      <w:pPr>
        <w:pStyle w:val="ListNumber"/>
        <w:spacing w:line="240" w:lineRule="auto"/>
        <w:ind w:left="720"/>
      </w:pPr>
      <w:r/>
      <w:hyperlink r:id="rId14">
        <w:r>
          <w:rPr>
            <w:color w:val="0000EE"/>
            <w:u w:val="single"/>
          </w:rPr>
          <w:t>https://vetmed.tamu.edu/news/press-releases/radanalyzer/</w:t>
        </w:r>
      </w:hyperlink>
      <w:r>
        <w:t xml:space="preserve"> - Highlights the potential of AI tools to go beyond heart disease diagnosis, such as detecting other conditions like lung diseases or bone fractures in dogs.</w:t>
      </w:r>
      <w:r/>
    </w:p>
    <w:p>
      <w:pPr>
        <w:pStyle w:val="ListNumber"/>
        <w:spacing w:line="240" w:lineRule="auto"/>
        <w:ind w:left="720"/>
      </w:pPr>
      <w:r/>
      <w:hyperlink r:id="rId15">
        <w:r>
          <w:rPr>
            <w:color w:val="0000EE"/>
            <w:u w:val="single"/>
          </w:rPr>
          <w:t>https://www.dailymail.co.uk/sciencetech/article-14013101/Common-heart-condition-plagues-small-dogs-picked-AI.html?ns_mchannel=rss&amp;ns_campaign=1490&amp;ito=1490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am.ac.uk/research/news/ai-algorithm-accurately-detects-heart-disease-in-dogs" TargetMode="External"/><Relationship Id="rId11" Type="http://schemas.openxmlformats.org/officeDocument/2006/relationships/hyperlink" Target="https://www.designnews.com/electronics/ai-fitness-tracker-for-pets-captures-heart-health" TargetMode="External"/><Relationship Id="rId12" Type="http://schemas.openxmlformats.org/officeDocument/2006/relationships/hyperlink" Target="https://www.nature.com/articles/s41598-023-50063-x" TargetMode="External"/><Relationship Id="rId13" Type="http://schemas.openxmlformats.org/officeDocument/2006/relationships/hyperlink" Target="https://pmc.ncbi.nlm.nih.gov/articles/PMC10556456/" TargetMode="External"/><Relationship Id="rId14" Type="http://schemas.openxmlformats.org/officeDocument/2006/relationships/hyperlink" Target="https://vetmed.tamu.edu/news/press-releases/radanalyzer/" TargetMode="External"/><Relationship Id="rId15" Type="http://schemas.openxmlformats.org/officeDocument/2006/relationships/hyperlink" Target="https://www.dailymail.co.uk/sciencetech/article-14013101/Common-heart-condition-plagues-small-dogs-picked-AI.html?ns_mchannel=rss&amp;ns_campaign=1490&amp;ito=149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