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Biamp's conferencing bundles receive Microsoft Teams Room Certification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Biamp, a leading provider in professional audio-visual solutions, has announced that its acclaimed range of conferencing bundles, specifically designed for medium and large rooms, has officially received Microsoft Teams Room Certification. This development is significant for enterprises seeking seamless integration between Biamp’s advanced audio processing technologies and Microsoft’s widely used communication platform.</w:t>
      </w:r>
      <w:r/>
    </w:p>
    <w:p>
      <w:r/>
      <w:r>
        <w:t xml:space="preserve">Central to this certification are Biamp’s TesiraFORTÉ and Devio audio processors. These devices are equipped with advanced features, notably the AI noise reduction capability that excels at eliminating unwanted and distracting background noises during conferencing sessions. Additionally, Biamp Launch, another standout feature, enhances the setup experience by automatically identifying and configuring every device within the audiovisual system. It executes a comprehensive tuning cycle that includes assessing the room’s acoustic characteristics, applying necessary signal processing, integrating echo cancellation, perfecting speaker tuning, and reducing noise. Once optimization is complete, Biamp Launch provides users with a detailed dashboard showing the system’s settings before and after the tuning operation. </w:t>
      </w:r>
      <w:r/>
    </w:p>
    <w:p>
      <w:r/>
      <w:r>
        <w:t>The certification extends to all five models within Biamp’s product lineup, including the TesiraFORTÉ X 400, TesiraFORTÉ X 800, TesiraFORTÉ X 1600, Devio SCX 400, and Devio SCX 800 audio processors. The certification process approves these models for use with Microsoft Teams when paired with either the Parlé Beamtracking ceiling microphones or their tabletop counterparts. These microphones are praised for their ability to track conversations from any corner of the room, thus offering a dynamic and high-quality audio experience. These setups facilitate multiple channels of Acoustic Echo Cancellation (AEC), providing users with enhanced flexibility and customization suited to various conferencing environments.</w:t>
      </w:r>
      <w:r/>
    </w:p>
    <w:p>
      <w:r/>
      <w:r>
        <w:t>Biamp’s medium and large room conferencing bundles typically include either the TesiraFORTÉ X 400 or Devio SCX 400 processors. Included in the package are Biamp’s innovative Parlé Beamtracking microphones available in both ceiling and tabletop formats, which are designed to adapt to different spatial requirements. The bundles also feature Desono C-IC6 ceiling loudspeakers and Biamp’s Power over Ethernet (PoE)-powered amplifiers, contributing to a comprehensive and sophisticated audio solution.</w:t>
      </w:r>
      <w:r/>
    </w:p>
    <w:p>
      <w:r/>
      <w:r>
        <w:t>The reception of Microsoft Teams Room Certification marks an important milestone for Biamp, emphasizing the company’s commitment to advancing audio technology within professional environments. With this certification, Biamp’s clients can now be assured of seamless compatibility and top-tier performance, further solidifying the company’s standing in the burgeoning field of collaboration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https://www.uctoday.com/meeting-rooms-and-devices/biamp-empowers-meeting-spaces-with-new-teams-rooms-certifications/</w:t>
        </w:r>
      </w:hyperlink>
      <w:r>
        <w:t xml:space="preserve"> - Corroborates the announcement of Biamp’s conferencing bundles receiving Microsoft Teams Room Certification and details the features of the TesiraFORTÉ and Devio audio processors.</w:t>
      </w:r>
      <w:r/>
    </w:p>
    <w:p>
      <w:pPr>
        <w:pStyle w:val="ListNumber"/>
        <w:spacing w:line="240" w:lineRule="auto"/>
        <w:ind w:left="720"/>
      </w:pPr>
      <w:r/>
      <w:hyperlink r:id="rId11">
        <w:r>
          <w:rPr>
            <w:color w:val="0000EE"/>
            <w:u w:val="single"/>
          </w:rPr>
          <w:t>https://www.biamp.com/company/press-releases/press-release-detail/microsoft-certifies-biamp-s-latest-family-of-conferencing-solutions-for-microsoft-teams-rooms</w:t>
        </w:r>
      </w:hyperlink>
      <w:r>
        <w:t xml:space="preserve"> - Provides details on the Microsoft Teams Room Certification of Biamp’s conferencing solutions, including the role of TesiraFORTÉ and Devio audio processors.</w:t>
      </w:r>
      <w:r/>
    </w:p>
    <w:p>
      <w:pPr>
        <w:pStyle w:val="ListNumber"/>
        <w:spacing w:line="240" w:lineRule="auto"/>
        <w:ind w:left="720"/>
      </w:pPr>
      <w:r/>
      <w:hyperlink r:id="rId12">
        <w:r>
          <w:rPr>
            <w:color w:val="0000EE"/>
            <w:u w:val="single"/>
          </w:rPr>
          <w:t>https://www.biamp.com/solutions/applications/meeting-and-conference-room-av/uc-partners/microsoft-teams</w:t>
        </w:r>
      </w:hyperlink>
      <w:r>
        <w:t xml:space="preserve"> - Explains the integration of Biamp’s solutions with Microsoft Teams, highlighting the certified products and their features.</w:t>
      </w:r>
      <w:r/>
    </w:p>
    <w:p>
      <w:pPr>
        <w:pStyle w:val="ListNumber"/>
        <w:spacing w:line="240" w:lineRule="auto"/>
        <w:ind w:left="720"/>
      </w:pPr>
      <w:r/>
      <w:hyperlink r:id="rId11">
        <w:r>
          <w:rPr>
            <w:color w:val="0000EE"/>
            <w:u w:val="single"/>
          </w:rPr>
          <w:t>https://www.biamp.com/company/press-releases/press-release-detail/microsoft-certifies-biamp-s-latest-family-of-conferencing-solutions-for-microsoft-teams-rooms</w:t>
        </w:r>
      </w:hyperlink>
      <w:r>
        <w:t xml:space="preserve"> - Details the specific models of TesiraFORTÉ and Devio audio processors certified for Microsoft Teams and their compatibility with Parlé Beamtracking microphones.</w:t>
      </w:r>
      <w:r/>
    </w:p>
    <w:p>
      <w:pPr>
        <w:pStyle w:val="ListNumber"/>
        <w:spacing w:line="240" w:lineRule="auto"/>
        <w:ind w:left="720"/>
      </w:pPr>
      <w:r/>
      <w:hyperlink r:id="rId10">
        <w:r>
          <w:rPr>
            <w:color w:val="0000EE"/>
            <w:u w:val="single"/>
          </w:rPr>
          <w:t>https://www.uctoday.com/meeting-rooms-and-devices/biamp-empowers-meeting-spaces-with-new-teams-rooms-certifications/</w:t>
        </w:r>
      </w:hyperlink>
      <w:r>
        <w:t xml:space="preserve"> - Describes the components of Biamp’s medium and large room conferencing bundles, including the processors, microphones, and loudspeakers.</w:t>
      </w:r>
      <w:r/>
    </w:p>
    <w:p>
      <w:pPr>
        <w:pStyle w:val="ListNumber"/>
        <w:spacing w:line="240" w:lineRule="auto"/>
        <w:ind w:left="720"/>
      </w:pPr>
      <w:r/>
      <w:hyperlink r:id="rId11">
        <w:r>
          <w:rPr>
            <w:color w:val="0000EE"/>
            <w:u w:val="single"/>
          </w:rPr>
          <w:t>https://www.biamp.com/company/press-releases/press-release-detail/microsoft-certifies-biamp-s-latest-family-of-conferencing-solutions-for-microsoft-teams-rooms</w:t>
        </w:r>
      </w:hyperlink>
      <w:r>
        <w:t xml:space="preserve"> - Explains the role of Biamp Launch in automating system deployment and configuration, including tuning cycles and performance optimization.</w:t>
      </w:r>
      <w:r/>
    </w:p>
    <w:p>
      <w:pPr>
        <w:pStyle w:val="ListNumber"/>
        <w:spacing w:line="240" w:lineRule="auto"/>
        <w:ind w:left="720"/>
      </w:pPr>
      <w:r/>
      <w:hyperlink r:id="rId12">
        <w:r>
          <w:rPr>
            <w:color w:val="0000EE"/>
            <w:u w:val="single"/>
          </w:rPr>
          <w:t>https://www.biamp.com/solutions/applications/meeting-and-conference-room-av/uc-partners/microsoft-teams</w:t>
        </w:r>
      </w:hyperlink>
      <w:r>
        <w:t xml:space="preserve"> - Highlights the benefits of using Biamp’s certified solutions for Microsoft Teams, including enhanced flexibility and customization.</w:t>
      </w:r>
      <w:r/>
    </w:p>
    <w:p>
      <w:pPr>
        <w:pStyle w:val="ListNumber"/>
        <w:spacing w:line="240" w:lineRule="auto"/>
        <w:ind w:left="720"/>
      </w:pPr>
      <w:r/>
      <w:hyperlink r:id="rId10">
        <w:r>
          <w:rPr>
            <w:color w:val="0000EE"/>
            <w:u w:val="single"/>
          </w:rPr>
          <w:t>https://www.uctoday.com/meeting-rooms-and-devices/biamp-empowers-meeting-spaces-with-new-teams-rooms-certifications/</w:t>
        </w:r>
      </w:hyperlink>
      <w:r>
        <w:t xml:space="preserve"> - Details the inclusion of Desono C-IC6 ceiling loudspeakers and Biamp’s PoE-powered amplifiers in the conferencing bundles.</w:t>
      </w:r>
      <w:r/>
    </w:p>
    <w:p>
      <w:pPr>
        <w:pStyle w:val="ListNumber"/>
        <w:spacing w:line="240" w:lineRule="auto"/>
        <w:ind w:left="720"/>
      </w:pPr>
      <w:r/>
      <w:hyperlink r:id="rId11">
        <w:r>
          <w:rPr>
            <w:color w:val="0000EE"/>
            <w:u w:val="single"/>
          </w:rPr>
          <w:t>https://www.biamp.com/company/press-releases/press-release-detail/microsoft-certifies-biamp-s-latest-family-of-conferencing-solutions-for-microsoft-teams-rooms</w:t>
        </w:r>
      </w:hyperlink>
      <w:r>
        <w:t xml:space="preserve"> - Emphasizes the significance of the Microsoft Teams Room Certification for Biamp, highlighting the company’s commitment to advancing audio technology.</w:t>
      </w:r>
      <w:r/>
    </w:p>
    <w:p>
      <w:pPr>
        <w:pStyle w:val="ListNumber"/>
        <w:spacing w:line="240" w:lineRule="auto"/>
        <w:ind w:left="720"/>
      </w:pPr>
      <w:r/>
      <w:hyperlink r:id="rId12">
        <w:r>
          <w:rPr>
            <w:color w:val="0000EE"/>
            <w:u w:val="single"/>
          </w:rPr>
          <w:t>https://www.biamp.com/solutions/applications/meeting-and-conference-room-av/uc-partners/microsoft-teams</w:t>
        </w:r>
      </w:hyperlink>
      <w:r>
        <w:t xml:space="preserve"> - Provides an overview of Biamp’s solutions and their integration with Microsoft Teams, ensuring seamless compatibility and top-tier performance.</w:t>
      </w:r>
      <w:r/>
    </w:p>
    <w:p>
      <w:pPr>
        <w:pStyle w:val="ListNumber"/>
        <w:spacing w:line="240" w:lineRule="auto"/>
        <w:ind w:left="720"/>
      </w:pPr>
      <w:r/>
      <w:hyperlink r:id="rId13">
        <w:r>
          <w:rPr>
            <w:color w:val="0000EE"/>
            <w:u w:val="single"/>
          </w:rPr>
          <w:t>https://learn.microsoft.com/en-us/microsoftteams/rooms/certified-hardware</w:t>
        </w:r>
      </w:hyperlink>
      <w:r>
        <w:t xml:space="preserve"> - Explains the Microsoft Teams Devices Certification Program and the standards that certified devices must meet, including hardware design and performance.</w:t>
      </w:r>
      <w:r/>
    </w:p>
    <w:p>
      <w:pPr>
        <w:pStyle w:val="ListNumber"/>
        <w:spacing w:line="240" w:lineRule="auto"/>
        <w:ind w:left="720"/>
      </w:pPr>
      <w:r/>
      <w:hyperlink r:id="rId14">
        <w:r>
          <w:rPr>
            <w:color w:val="0000EE"/>
            <w:u w:val="single"/>
          </w:rPr>
          <w:t>https://www.ravepubs.com/biamp-microsoft-teams-rooms-certification/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meeting-rooms-and-devices/biamp-empowers-meeting-spaces-with-new-teams-rooms-certifications/" TargetMode="External"/><Relationship Id="rId11" Type="http://schemas.openxmlformats.org/officeDocument/2006/relationships/hyperlink" Target="https://www.biamp.com/company/press-releases/press-release-detail/microsoft-certifies-biamp-s-latest-family-of-conferencing-solutions-for-microsoft-teams-rooms" TargetMode="External"/><Relationship Id="rId12" Type="http://schemas.openxmlformats.org/officeDocument/2006/relationships/hyperlink" Target="https://www.biamp.com/solutions/applications/meeting-and-conference-room-av/uc-partners/microsoft-teams" TargetMode="External"/><Relationship Id="rId13" Type="http://schemas.openxmlformats.org/officeDocument/2006/relationships/hyperlink" Target="https://learn.microsoft.com/en-us/microsoftteams/rooms/certified-hardware" TargetMode="External"/><Relationship Id="rId14" Type="http://schemas.openxmlformats.org/officeDocument/2006/relationships/hyperlink" Target="https://www.ravepubs.com/biamp-microsoft-teams-rooms-certif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