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Channel One launches AI-driven news station amidst concerns over media credibility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ambitious move that underscores the growing influence of artificial intelligence in the job market, Channel One, a fully AI-generated news station, aired its inaugural broadcast at the beginning of this year. Created by tech entrepreneur Adam Mosam in partnership with director and producer Scott Zabielski, the channel aims to reshape the way audiences engage with news by offering a personalised viewing experience.</w:t>
      </w:r>
      <w:r/>
    </w:p>
    <w:p>
      <w:r/>
      <w:r>
        <w:t>Channel One leverages an advanced algorithm to gather user data, tailoring its content delivery based on individual preferences. This approach raises concerns about the risk of users becoming trapped in feedback loops, where their exposure to diverse viewpoints and ideologies is limited. Such loops could potentially lead to a narrow consumption of information that mirrors the user's existing beliefs and interests.</w:t>
      </w:r>
      <w:r/>
    </w:p>
    <w:p>
      <w:r/>
      <w:r>
        <w:t>The emergence of AI in journalism highlights ongoing debates about the nature of media credibility—a core tenet of journalism that relies on believability, accuracy, and trustworthiness. Traditional journalism maintains credibility through the fact-checking of information and the absence of bias, principles that critics argue AI lacks the capacity to fully uphold.</w:t>
      </w:r>
      <w:r/>
    </w:p>
    <w:p>
      <w:r/>
      <w:r>
        <w:t>Channel One's model adds to the broader conversation surrounding AI's integration into media, at a time when AI-generated content is increasingly prevalent. Other platforms like Instagram, with its Meta feature, and Snapchat with My AI, reflect a growing trend, though public sentiment often remains wary. A Reuters Institute survey revealed that 52 percent of Americans polled felt uneasy about relying on predominantly AI-generated news sources.</w:t>
      </w:r>
      <w:r/>
    </w:p>
    <w:p>
      <w:r/>
      <w:r>
        <w:t>One cited advantage of AI in media is its potential to enhance efficiency in newsroom settings. Applications such as ChatGPT can offer story ideas, and AI-driven tools can collect data or generate closed captions, thereby making broadcasts more accessible to individuals with hearing impairments. However, full automation raises critical issues regarding the potential loss of human elements essential to journalism, such as emotional expression and community trust.</w:t>
      </w:r>
      <w:r/>
    </w:p>
    <w:p>
      <w:r/>
      <w:r>
        <w:t>Local newscasters are often valued for their emotional engagement and the connections they forge within communities, elements that technology cannot easily replicate. Instances like a Fox News reporter who showed visible emotion while detailing the impact of a recent hurricane in Florida underscore the unique human connections fostered by traditional broadcasts.</w:t>
      </w:r>
      <w:r/>
    </w:p>
    <w:p>
      <w:r/>
      <w:r>
        <w:t>While the technological advancements represented by ventures like Channel One showcase the potential for AI to augment journalistic practices, the broader acceptance of AI-generated journalism hinges on addressing public concerns about bias, credibility, and the absence of human touch in news delivery. As the industry evolves, both AI and human journalists might need to coexist to balance innovation with authenticity in news reporting.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https://www.newsnationnow.com/entertainment-news/media/ai-generated-anchors-channel-1/</w:t>
        </w:r>
      </w:hyperlink>
      <w:r>
        <w:t xml:space="preserve"> - Corroborates the launch of Channel 1 as the world's first AI-powered news network and the use of AI-generated anchors created from scans of real people with digitally generated voices.</w:t>
      </w:r>
      <w:r/>
    </w:p>
    <w:p>
      <w:pPr>
        <w:pStyle w:val="ListNumber"/>
        <w:spacing w:line="240" w:lineRule="auto"/>
        <w:ind w:left="720"/>
      </w:pPr>
      <w:r/>
      <w:hyperlink r:id="rId11">
        <w:r>
          <w:rPr>
            <w:color w:val="0000EE"/>
            <w:u w:val="single"/>
          </w:rPr>
          <w:t>https://www.usatoday.com/story/tech/news/2023/12/14/channel-1-ai-news/71925360007/</w:t>
        </w:r>
      </w:hyperlink>
      <w:r>
        <w:t xml:space="preserve"> - Supports the information about Channel 1's AI-generated news anchors, the sources of their news content, and the concerns about journalistic integrity.</w:t>
      </w:r>
      <w:r/>
    </w:p>
    <w:p>
      <w:pPr>
        <w:pStyle w:val="ListNumber"/>
        <w:spacing w:line="240" w:lineRule="auto"/>
        <w:ind w:left="720"/>
      </w:pPr>
      <w:r/>
      <w:hyperlink r:id="rId12">
        <w:r>
          <w:rPr>
            <w:color w:val="0000EE"/>
            <w:u w:val="single"/>
          </w:rPr>
          <w:t>https://www.youtube.com/watch?v=wK1Zxs-yhDM</w:t>
        </w:r>
      </w:hyperlink>
      <w:r>
        <w:t xml:space="preserve"> - Details the personalization of news by Channel 1, the use of AI to replace traditional newsroom processes, and the ethical issues surrounding AI-generated news.</w:t>
      </w:r>
      <w:r/>
    </w:p>
    <w:p>
      <w:pPr>
        <w:pStyle w:val="ListNumber"/>
        <w:spacing w:line="240" w:lineRule="auto"/>
        <w:ind w:left="720"/>
      </w:pPr>
      <w:r/>
      <w:hyperlink r:id="rId13">
        <w:r>
          <w:rPr>
            <w:color w:val="0000EE"/>
            <w:u w:val="single"/>
          </w:rPr>
          <w:t>https://www.youtube.com/watch?v=s3El76YTUR0</w:t>
        </w:r>
      </w:hyperlink>
      <w:r>
        <w:t xml:space="preserve"> - Explains the different types of anchors used by Channel 1, the ethical concerns, and the methods to ensure no extensive bias in AI-generated news.</w:t>
      </w:r>
      <w:r/>
    </w:p>
    <w:p>
      <w:pPr>
        <w:pStyle w:val="ListNumber"/>
        <w:spacing w:line="240" w:lineRule="auto"/>
        <w:ind w:left="720"/>
      </w:pPr>
      <w:r/>
      <w:hyperlink r:id="rId14">
        <w:r>
          <w:rPr>
            <w:color w:val="0000EE"/>
            <w:u w:val="single"/>
          </w:rPr>
          <w:t>https://www.youtube.com/watch?v=ecHioH8fawE</w:t>
        </w:r>
      </w:hyperlink>
      <w:r>
        <w:t xml:space="preserve"> - Highlights the technology behind Channel 1's AI-generated news, the reliance on trusted sources, and the use of AI translation capabilities.</w:t>
      </w:r>
      <w:r/>
    </w:p>
    <w:p>
      <w:pPr>
        <w:pStyle w:val="ListNumber"/>
        <w:spacing w:line="240" w:lineRule="auto"/>
        <w:ind w:left="720"/>
      </w:pPr>
      <w:r/>
      <w:hyperlink r:id="rId10">
        <w:r>
          <w:rPr>
            <w:color w:val="0000EE"/>
            <w:u w:val="single"/>
          </w:rPr>
          <w:t>https://www.newsnationnow.com/entertainment-news/media/ai-generated-anchors-channel-1/</w:t>
        </w:r>
      </w:hyperlink>
      <w:r>
        <w:t xml:space="preserve"> - Discusses the concerns about the future of human journalists and the potential impact of AI on the news industry.</w:t>
      </w:r>
      <w:r/>
    </w:p>
    <w:p>
      <w:pPr>
        <w:pStyle w:val="ListNumber"/>
        <w:spacing w:line="240" w:lineRule="auto"/>
        <w:ind w:left="720"/>
      </w:pPr>
      <w:r/>
      <w:hyperlink r:id="rId11">
        <w:r>
          <w:rPr>
            <w:color w:val="0000EE"/>
            <w:u w:val="single"/>
          </w:rPr>
          <w:t>https://www.usatoday.com/story/tech/news/2023/12/14/channel-1-ai-news/71925360007/</w:t>
        </w:r>
      </w:hyperlink>
      <w:r>
        <w:t xml:space="preserve"> - Addresses the issue of AI-generated news spreading misinformation and the reactions from media contributors and experts.</w:t>
      </w:r>
      <w:r/>
    </w:p>
    <w:p>
      <w:pPr>
        <w:pStyle w:val="ListNumber"/>
        <w:spacing w:line="240" w:lineRule="auto"/>
        <w:ind w:left="720"/>
      </w:pPr>
      <w:r/>
      <w:hyperlink r:id="rId12">
        <w:r>
          <w:rPr>
            <w:color w:val="0000EE"/>
            <w:u w:val="single"/>
          </w:rPr>
          <w:t>https://www.youtube.com/watch?v=wK1Zxs-yhDM</w:t>
        </w:r>
      </w:hyperlink>
      <w:r>
        <w:t xml:space="preserve"> - Provides insights into how Channel 1 aims to balance personalization with the need for trusted and accurate news, and the involvement of human editors and producers.</w:t>
      </w:r>
      <w:r/>
    </w:p>
    <w:p>
      <w:pPr>
        <w:pStyle w:val="ListNumber"/>
        <w:spacing w:line="240" w:lineRule="auto"/>
        <w:ind w:left="720"/>
      </w:pPr>
      <w:r/>
      <w:hyperlink r:id="rId13">
        <w:r>
          <w:rPr>
            <w:color w:val="0000EE"/>
            <w:u w:val="single"/>
          </w:rPr>
          <w:t>https://www.youtube.com/watch?v=s3El76YTUR0</w:t>
        </w:r>
      </w:hyperlink>
      <w:r>
        <w:t xml:space="preserve"> - Corroborates the use of AI to enhance efficiency in newsroom settings and the potential benefits and drawbacks of full automation in journalism.</w:t>
      </w:r>
      <w:r/>
    </w:p>
    <w:p>
      <w:pPr>
        <w:pStyle w:val="ListNumber"/>
        <w:spacing w:line="240" w:lineRule="auto"/>
        <w:ind w:left="720"/>
      </w:pPr>
      <w:r/>
      <w:hyperlink r:id="rId14">
        <w:r>
          <w:rPr>
            <w:color w:val="0000EE"/>
            <w:u w:val="single"/>
          </w:rPr>
          <w:t>https://www.youtube.com/watch?v=ecHioH8fawE</w:t>
        </w:r>
      </w:hyperlink>
      <w:r>
        <w:t xml:space="preserve"> - Supports the idea that AI can augment journalistic practices but must address public concerns about bias and credibility.</w:t>
      </w:r>
      <w:r/>
    </w:p>
    <w:p>
      <w:pPr>
        <w:pStyle w:val="ListNumber"/>
        <w:spacing w:line="240" w:lineRule="auto"/>
        <w:ind w:left="720"/>
      </w:pPr>
      <w:r/>
      <w:hyperlink r:id="rId11">
        <w:r>
          <w:rPr>
            <w:color w:val="0000EE"/>
            <w:u w:val="single"/>
          </w:rPr>
          <w:t>https://www.usatoday.com/story/tech/news/2023/12/14/channel-1-ai-news/71925360007/</w:t>
        </w:r>
      </w:hyperlink>
      <w:r>
        <w:t xml:space="preserve"> - Highlights the public sentiment and surveys indicating unease about relying on predominantly AI-generated news sources.</w:t>
      </w:r>
      <w:r/>
    </w:p>
    <w:p>
      <w:pPr>
        <w:pStyle w:val="ListNumber"/>
        <w:spacing w:line="240" w:lineRule="auto"/>
        <w:ind w:left="720"/>
      </w:pPr>
      <w:r/>
      <w:hyperlink r:id="rId15">
        <w:r>
          <w:rPr>
            <w:color w:val="0000EE"/>
            <w:u w:val="single"/>
          </w:rPr>
          <w:t>https://dailyiowan.com/2024/10/28/ai-news/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nationnow.com/entertainment-news/media/ai-generated-anchors-channel-1/" TargetMode="External"/><Relationship Id="rId11" Type="http://schemas.openxmlformats.org/officeDocument/2006/relationships/hyperlink" Target="https://www.usatoday.com/story/tech/news/2023/12/14/channel-1-ai-news/71925360007/" TargetMode="External"/><Relationship Id="rId12" Type="http://schemas.openxmlformats.org/officeDocument/2006/relationships/hyperlink" Target="https://www.youtube.com/watch?v=wK1Zxs-yhDM" TargetMode="External"/><Relationship Id="rId13" Type="http://schemas.openxmlformats.org/officeDocument/2006/relationships/hyperlink" Target="https://www.youtube.com/watch?v=s3El76YTUR0" TargetMode="External"/><Relationship Id="rId14" Type="http://schemas.openxmlformats.org/officeDocument/2006/relationships/hyperlink" Target="https://www.youtube.com/watch?v=ecHioH8fawE" TargetMode="External"/><Relationship Id="rId15" Type="http://schemas.openxmlformats.org/officeDocument/2006/relationships/hyperlink" Target="https://dailyiowan.com/2024/10/28/ai-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