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ChatGPT versus Microsoft Copilot: A battle for the best AI tool on Windows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development for AI technology on Windows, a new application for ChatGPT has emerged, prompting users to consider whether it might be more beneficial than Microsoft's integrated Copilot in Windows 11. With both AI tools vying for attention, there are several compelling reasons why the ChatGPT app could be favoured by users over Microsoft’s Copilot.</w:t>
      </w:r>
      <w:r/>
    </w:p>
    <w:p>
      <w:r/>
      <w:r>
        <w:t>One of the most attractive features of the ChatGPT app is the ability for instant access. The app allows users to open a chat window immediately by simply pressing Alt + Space, no matter what tasks they are currently engaged with on their computer. This functionality is particularly advantageous for those who need quick AI assistance, such as writers seeking advice on word choice or grammar correction. In comparison, although Copilot is seamlessly integrated into the Windows environment, it often necessitates opening an app before proceeding with queries, which can result in a slightly slower response time.</w:t>
      </w:r>
      <w:r/>
    </w:p>
    <w:p>
      <w:r/>
      <w:r>
        <w:t>Another notable feature of the ChatGPT app is its capability for synchronising chat history across a multitude of devices. This feature enables users who frequently switch between different operating systems or devices to access their previous conversations effortlessly. This is particularly beneficial for individuals who may start a conversation on their desktop and wish to continue it on their mobile device while commuting. On the opposite end, Copilot's focus is mainly on integration within Microsoft 365 applications such as Word or Excel and does not offer mobile cross-platform continuity as effectively as ChatGPT.</w:t>
      </w:r>
      <w:r/>
    </w:p>
    <w:p>
      <w:r/>
      <w:r>
        <w:t>Furthermore, ChatGPT provides an image analysis feature that enhances its usability for visual projects. Users can upload images into the app, allowing the AI to interpret and provide insights based on the visual information provided. This function is currently beyond the capabilities of Microsoft Copilot. Users have found this tool valuable for tasks ranging from deciphering complex graphics to understanding intricate road signs or even assisting in recipe preparation by analysing ingredient lists from photographs.</w:t>
      </w:r>
      <w:r/>
    </w:p>
    <w:p>
      <w:r/>
      <w:r>
        <w:t>Upcoming developments for the ChatGPT app also hint at further enhancements, particularly with access to OpenAI’s GPT Store. This store will offer users a wide range of plugins designed by third-party companies, adding layers of customisation and functionality that could broaden the utility of the AI chatbot significantly. While Copilot excels in its seamless integration with Microsoft’s suite of productivity tools, this upcoming feature could provide ChatGPT with a competitive edge in terms of flexibility and customisation.</w:t>
      </w:r>
      <w:r/>
    </w:p>
    <w:p>
      <w:r/>
      <w:r>
        <w:t>Overall, the presence of both ChatGPT and Copilot in the Windows environment presents users with rich AI capabilities. While both tools offer valuable resources, the unique features currently available through ChatGPT – such as device synchronisation, instant chat access, image processing, and soon-to-be-available plugin extensions – present a strong case for its adoption by users, especially those who require a versatile and mobile AI tool. As the technology landscape evolves, it will be intriguing to see how Microsoft might adapt and enhance Copilot to meet these competitive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https://venturebeat.com/ai/openai-just-launched-chatgpt-for-windows-and-its-coming-for-your-office-software/</w:t>
        </w:r>
      </w:hyperlink>
      <w:r>
        <w:t xml:space="preserve"> - Corroborates the launch of the ChatGPT Windows app and its instant access feature via the Alt + Space keyboard shortcut.</w:t>
      </w:r>
      <w:r/>
    </w:p>
    <w:p>
      <w:pPr>
        <w:pStyle w:val="ListNumber"/>
        <w:spacing w:line="240" w:lineRule="auto"/>
        <w:ind w:left="720"/>
      </w:pPr>
      <w:r/>
      <w:hyperlink r:id="rId11">
        <w:r>
          <w:rPr>
            <w:color w:val="0000EE"/>
            <w:u w:val="single"/>
          </w:rPr>
          <w:t>https://autogpt.net/chatgpt-is-now-available-on-windows/</w:t>
        </w:r>
      </w:hyperlink>
      <w:r>
        <w:t xml:space="preserve"> - Supports the feature of instant access to ChatGPT using the Alt + Space shortcut and the ability to upload files and photos.</w:t>
      </w:r>
      <w:r/>
    </w:p>
    <w:p>
      <w:pPr>
        <w:pStyle w:val="ListNumber"/>
        <w:spacing w:line="240" w:lineRule="auto"/>
        <w:ind w:left="720"/>
      </w:pPr>
      <w:r/>
      <w:hyperlink r:id="rId12">
        <w:r>
          <w:rPr>
            <w:color w:val="0000EE"/>
            <w:u w:val="single"/>
          </w:rPr>
          <w:t>https://www.techradar.com/computing/artificial-intelligence/chatgpt-app-comes-to-windows-finally-add-a-quick-ai-shortcut-to-your-pc-today</w:t>
        </w:r>
      </w:hyperlink>
      <w:r>
        <w:t xml:space="preserve"> - Confirms the Alt + Space shortcut for quick access to ChatGPT and the ability to upload files such as photos.</w:t>
      </w:r>
      <w:r/>
    </w:p>
    <w:p>
      <w:pPr>
        <w:pStyle w:val="ListNumber"/>
        <w:spacing w:line="240" w:lineRule="auto"/>
        <w:ind w:left="720"/>
      </w:pPr>
      <w:r/>
      <w:hyperlink r:id="rId13">
        <w:r>
          <w:rPr>
            <w:color w:val="0000EE"/>
            <w:u w:val="single"/>
          </w:rPr>
          <w:t>https://www.tomsguide.com/ai/chatgpt/chatgpt-windows-app-is-finally-available-heres-how-to-get-it</w:t>
        </w:r>
      </w:hyperlink>
      <w:r>
        <w:t xml:space="preserve"> - Details the instant access feature via the Alt + Space shortcut and the app's integration into the user's workflow.</w:t>
      </w:r>
      <w:r/>
    </w:p>
    <w:p>
      <w:pPr>
        <w:pStyle w:val="ListNumber"/>
        <w:spacing w:line="240" w:lineRule="auto"/>
        <w:ind w:left="720"/>
      </w:pPr>
      <w:r/>
      <w:hyperlink r:id="rId14">
        <w:r>
          <w:rPr>
            <w:color w:val="0000EE"/>
            <w:u w:val="single"/>
          </w:rPr>
          <w:t>https://community.openai.com/t/chatgpt-desktop-app-for-windows-is-available/983265</w:t>
        </w:r>
      </w:hyperlink>
      <w:r>
        <w:t xml:space="preserve"> - Provides information on the availability of the ChatGPT Windows app and its early version features.</w:t>
      </w:r>
      <w:r/>
    </w:p>
    <w:p>
      <w:pPr>
        <w:pStyle w:val="ListNumber"/>
        <w:spacing w:line="240" w:lineRule="auto"/>
        <w:ind w:left="720"/>
      </w:pPr>
      <w:r/>
      <w:hyperlink r:id="rId10">
        <w:r>
          <w:rPr>
            <w:color w:val="0000EE"/>
            <w:u w:val="single"/>
          </w:rPr>
          <w:t>https://venturebeat.com/ai/openai-just-launched-chatgpt-for-windows-and-its-coming-for-your-office-software/</w:t>
        </w:r>
      </w:hyperlink>
      <w:r>
        <w:t xml:space="preserve"> - Mentions the synchronization of chat history across multiple devices, a feature beneficial for users switching between devices.</w:t>
      </w:r>
      <w:r/>
    </w:p>
    <w:p>
      <w:pPr>
        <w:pStyle w:val="ListNumber"/>
        <w:spacing w:line="240" w:lineRule="auto"/>
        <w:ind w:left="720"/>
      </w:pPr>
      <w:r/>
      <w:hyperlink r:id="rId11">
        <w:r>
          <w:rPr>
            <w:color w:val="0000EE"/>
            <w:u w:val="single"/>
          </w:rPr>
          <w:t>https://autogpt.net/chatgpt-is-now-available-on-windows/</w:t>
        </w:r>
      </w:hyperlink>
      <w:r>
        <w:t xml:space="preserve"> - Supports the feature of accessing previous conversations across different devices.</w:t>
      </w:r>
      <w:r/>
    </w:p>
    <w:p>
      <w:pPr>
        <w:pStyle w:val="ListNumber"/>
        <w:spacing w:line="240" w:lineRule="auto"/>
        <w:ind w:left="720"/>
      </w:pPr>
      <w:r/>
      <w:hyperlink r:id="rId12">
        <w:r>
          <w:rPr>
            <w:color w:val="0000EE"/>
            <w:u w:val="single"/>
          </w:rPr>
          <w:t>https://www.techradar.com/computing/artificial-intelligence/chatgpt-app-comes-to-windows-finally-add-a-quick-ai-shortcut-to-your-pc-today</w:t>
        </w:r>
      </w:hyperlink>
      <w:r>
        <w:t xml:space="preserve"> - Implicitly suggests the cross-platform continuity of chat history, though it does not explicitly detail this feature.</w:t>
      </w:r>
      <w:r/>
    </w:p>
    <w:p>
      <w:pPr>
        <w:pStyle w:val="ListNumber"/>
        <w:spacing w:line="240" w:lineRule="auto"/>
        <w:ind w:left="720"/>
      </w:pPr>
      <w:r/>
      <w:hyperlink r:id="rId11">
        <w:r>
          <w:rPr>
            <w:color w:val="0000EE"/>
            <w:u w:val="single"/>
          </w:rPr>
          <w:t>https://autogpt.net/chatgpt-is-now-available-on-windows/</w:t>
        </w:r>
      </w:hyperlink>
      <w:r>
        <w:t xml:space="preserve"> - Corroborates the image analysis feature of the ChatGPT app, allowing users to upload and interpret images.</w:t>
      </w:r>
      <w:r/>
    </w:p>
    <w:p>
      <w:pPr>
        <w:pStyle w:val="ListNumber"/>
        <w:spacing w:line="240" w:lineRule="auto"/>
        <w:ind w:left="720"/>
      </w:pPr>
      <w:r/>
      <w:hyperlink r:id="rId13">
        <w:r>
          <w:rPr>
            <w:color w:val="0000EE"/>
            <w:u w:val="single"/>
          </w:rPr>
          <w:t>https://www.tomsguide.com/ai/chatgpt/chatgpt-windows-app-is-finally-available-heres-how-to-get-it</w:t>
        </w:r>
      </w:hyperlink>
      <w:r>
        <w:t xml:space="preserve"> - Mentions the upcoming feature of accessing OpenAI’s GPT Store for plugin extensions and customisation.</w:t>
      </w:r>
      <w:r/>
    </w:p>
    <w:p>
      <w:pPr>
        <w:pStyle w:val="ListNumber"/>
        <w:spacing w:line="240" w:lineRule="auto"/>
        <w:ind w:left="720"/>
      </w:pPr>
      <w:r/>
      <w:hyperlink r:id="rId11">
        <w:r>
          <w:rPr>
            <w:color w:val="0000EE"/>
            <w:u w:val="single"/>
          </w:rPr>
          <w:t>https://autogpt.net/chatgpt-is-now-available-on-windows/</w:t>
        </w:r>
      </w:hyperlink>
      <w:r>
        <w:t xml:space="preserve"> - Supports the upcoming enhancements, including advanced voice capabilities and improved integrations with OpenAI’s GPT Store.</w:t>
      </w:r>
      <w:r/>
    </w:p>
    <w:p>
      <w:pPr>
        <w:pStyle w:val="ListNumber"/>
        <w:spacing w:line="240" w:lineRule="auto"/>
        <w:ind w:left="720"/>
      </w:pPr>
      <w:r/>
      <w:hyperlink r:id="rId15">
        <w:r>
          <w:rPr>
            <w:color w:val="0000EE"/>
            <w:u w:val="single"/>
          </w:rPr>
          <w:t>https://www.techradar.com/computing/artificial-intelligence/4-things-you-can-do-in-the-chatgpt-windows-app-that-it-does-better-than-copilot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openai-just-launched-chatgpt-for-windows-and-its-coming-for-your-office-software/" TargetMode="External"/><Relationship Id="rId11" Type="http://schemas.openxmlformats.org/officeDocument/2006/relationships/hyperlink" Target="https://autogpt.net/chatgpt-is-now-available-on-windows/" TargetMode="External"/><Relationship Id="rId12" Type="http://schemas.openxmlformats.org/officeDocument/2006/relationships/hyperlink" Target="https://www.techradar.com/computing/artificial-intelligence/chatgpt-app-comes-to-windows-finally-add-a-quick-ai-shortcut-to-your-pc-today" TargetMode="External"/><Relationship Id="rId13" Type="http://schemas.openxmlformats.org/officeDocument/2006/relationships/hyperlink" Target="https://www.tomsguide.com/ai/chatgpt/chatgpt-windows-app-is-finally-available-heres-how-to-get-it" TargetMode="External"/><Relationship Id="rId14" Type="http://schemas.openxmlformats.org/officeDocument/2006/relationships/hyperlink" Target="https://community.openai.com/t/chatgpt-desktop-app-for-windows-is-available/983265" TargetMode="External"/><Relationship Id="rId15" Type="http://schemas.openxmlformats.org/officeDocument/2006/relationships/hyperlink" Target="https://www.techradar.com/computing/artificial-intelligence/4-things-you-can-do-in-the-chatgpt-windows-app-that-it-does-better-than-copil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