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Google expands AI overview feature to over 100 countries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Google Expands AI Overview Feature to Over 100 Countries</w:t>
      </w:r>
      <w:r/>
    </w:p>
    <w:p>
      <w:r/>
      <w:r>
        <w:t>In a significant step forward for its AI-powered offerings, Google has announced an expansion of its AI Overview feature to more than 100 countries worldwide. This development comes as the tech giant aims to reach a billion users monthly with this tool. Originally introduced in May 2023, the AI Overviews utilise Google’s Gemini AI model to generate succinct summaries of search queries, offering users quick insights and enhancing their search experience.</w:t>
      </w:r>
      <w:r/>
    </w:p>
    <w:p>
      <w:r/>
      <w:r>
        <w:t>The latest update also includes expanded language support, allowing users to access AI Overviews in any supported language regardless of their location. For instance, users in Japan, who previously might have had information primarily in Japanese, can now receive Overviews in any language available within the system, broadening accessibility and user convenience.</w:t>
      </w:r>
      <w:r/>
    </w:p>
    <w:p>
      <w:r/>
      <w:r>
        <w:t>AI Overviews are designed to provide answers to a broad range of queries. They can assist with tasks such as meal planning, vacation organising, and brainstorming, making the feature a versatile tool for both everyday and specific tasks. This breadth of capability underscores Google's aim of ingraining AI functionality seamlessly into its search experience.</w:t>
      </w:r>
      <w:r/>
    </w:p>
    <w:p>
      <w:r/>
      <w:r>
        <w:t>This announcement is part of a series of updates following the initial rollout of AI Overviews, with a recent notable enhancement allowing users to click directly on links within the overview text. Google has reported a resultant increase in traffic to websites referenced within these summaries, though concerns persist among some publishers and website operators. They argue that the prominence of AI-generated summaries at the top of search results could potentially draw traffic away from their sites.</w:t>
      </w:r>
      <w:r/>
    </w:p>
    <w:p>
      <w:r/>
      <w:r>
        <w:t>The introduction and expansion of AI Overviews have not been without issues. The service has faced criticism over accuracy, with incidents of incorrect information being disseminated — highlighted by a widely publicised suggestion of using glue as a pizza topping, which raised eyebrows. In response, Google has implemented measures to ensure the information provided is more reliable, incorporating safeguards to prevent such errors in the future.</w:t>
      </w:r>
      <w:r/>
    </w:p>
    <w:p>
      <w:r/>
      <w:r>
        <w:t>This expansion aligns with Google's broader strategy to integrate artificial intelligence deeply into its services, reflecting a growing trend among technology companies to enhance user experiences through AI technology. The ongoing enhancements and expansions of AI Overviews signal Google's commitment to maintaining its position at the forefront of search technology while addressing user needs and correcting past pitfalls.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https://www.theverge.com/2024/10/28/24281860/google-ai-search-summaries-expand-more-countries</w:t>
        </w:r>
      </w:hyperlink>
      <w:r>
        <w:t xml:space="preserve"> - Corroborates the expansion of Google's AI search summaries to over 100 countries.</w:t>
      </w:r>
      <w:r/>
    </w:p>
    <w:p>
      <w:pPr>
        <w:pStyle w:val="ListNumber"/>
        <w:spacing w:line="240" w:lineRule="auto"/>
        <w:ind w:left="720"/>
      </w:pPr>
      <w:r/>
      <w:hyperlink r:id="rId11">
        <w:r>
          <w:rPr>
            <w:color w:val="0000EE"/>
            <w:u w:val="single"/>
          </w:rPr>
          <w:t>https://www.techopedia.com/news/google-confirms-expansion-of-ai-overview-to-more-than-100-countries</w:t>
        </w:r>
      </w:hyperlink>
      <w:r>
        <w:t xml:space="preserve"> - Confirms Google's expansion of AI Overviews to more than 100 countries.</w:t>
      </w:r>
      <w:r/>
    </w:p>
    <w:p>
      <w:pPr>
        <w:pStyle w:val="ListNumber"/>
        <w:spacing w:line="240" w:lineRule="auto"/>
        <w:ind w:left="720"/>
      </w:pPr>
      <w:r/>
      <w:hyperlink r:id="rId12">
        <w:r>
          <w:rPr>
            <w:color w:val="0000EE"/>
            <w:u w:val="single"/>
          </w:rPr>
          <w:t>https://www.androidcentral.com/apps-software/google-ai-overviews-global-language-support-expansion</w:t>
        </w:r>
      </w:hyperlink>
      <w:r>
        <w:t xml:space="preserve"> - Details the expansion of AI Overviews to over 100 countries and the addition of multi-language support.</w:t>
      </w:r>
      <w:r/>
    </w:p>
    <w:p>
      <w:pPr>
        <w:pStyle w:val="ListNumber"/>
        <w:spacing w:line="240" w:lineRule="auto"/>
        <w:ind w:left="720"/>
      </w:pPr>
      <w:r/>
      <w:hyperlink r:id="rId13">
        <w:r>
          <w:rPr>
            <w:color w:val="0000EE"/>
            <w:u w:val="single"/>
          </w:rPr>
          <w:t>https://ppc.land/google-ai-overviews-expands-to-100-countries-reaches-1-billion-monthly-users/</w:t>
        </w:r>
      </w:hyperlink>
      <w:r>
        <w:t xml:space="preserve"> - Mentions the global expansion and the reach of over 1 billion users monthly, along with enhanced language support.</w:t>
      </w:r>
      <w:r/>
    </w:p>
    <w:p>
      <w:pPr>
        <w:pStyle w:val="ListNumber"/>
        <w:spacing w:line="240" w:lineRule="auto"/>
        <w:ind w:left="720"/>
      </w:pPr>
      <w:r/>
      <w:hyperlink r:id="rId14">
        <w:r>
          <w:rPr>
            <w:color w:val="0000EE"/>
            <w:u w:val="single"/>
          </w:rPr>
          <w:t>https://www.phonearena.com/news/google-ai-search-overviews-go-global-in-over-100-countries_id164202</w:t>
        </w:r>
      </w:hyperlink>
      <w:r>
        <w:t xml:space="preserve"> - Describes the global expansion of AI Overviews to over 100 countries and the increased language support.</w:t>
      </w:r>
      <w:r/>
    </w:p>
    <w:p>
      <w:pPr>
        <w:pStyle w:val="ListNumber"/>
        <w:spacing w:line="240" w:lineRule="auto"/>
        <w:ind w:left="720"/>
      </w:pPr>
      <w:r/>
      <w:hyperlink r:id="rId12">
        <w:r>
          <w:rPr>
            <w:color w:val="0000EE"/>
            <w:u w:val="single"/>
          </w:rPr>
          <w:t>https://www.androidcentral.com/apps-software/google-ai-overviews-global-language-support-expansion</w:t>
        </w:r>
      </w:hyperlink>
      <w:r>
        <w:t xml:space="preserve"> - Explains how AI Overviews can assist with various tasks such as meal planning and vacation organizing.</w:t>
      </w:r>
      <w:r/>
    </w:p>
    <w:p>
      <w:pPr>
        <w:pStyle w:val="ListNumber"/>
        <w:spacing w:line="240" w:lineRule="auto"/>
        <w:ind w:left="720"/>
      </w:pPr>
      <w:r/>
      <w:hyperlink r:id="rId13">
        <w:r>
          <w:rPr>
            <w:color w:val="0000EE"/>
            <w:u w:val="single"/>
          </w:rPr>
          <w:t>https://ppc.land/google-ai-overviews-expands-to-100-countries-reaches-1-billion-monthly-users/</w:t>
        </w:r>
      </w:hyperlink>
      <w:r>
        <w:t xml:space="preserve"> - Discusses the feature of clicking directly on links within the overview text and the resulting increase in website traffic.</w:t>
      </w:r>
      <w:r/>
    </w:p>
    <w:p>
      <w:pPr>
        <w:pStyle w:val="ListNumber"/>
        <w:spacing w:line="240" w:lineRule="auto"/>
        <w:ind w:left="720"/>
      </w:pPr>
      <w:r/>
      <w:hyperlink r:id="rId14">
        <w:r>
          <w:rPr>
            <w:color w:val="0000EE"/>
            <w:u w:val="single"/>
          </w:rPr>
          <w:t>https://www.phonearena.com/news/google-ai-search-overviews-go-global-in-over-100-countries_id164202</w:t>
        </w:r>
      </w:hyperlink>
      <w:r>
        <w:t xml:space="preserve"> - Addresses concerns among publishers and website operators regarding the impact of AI-generated summaries on their traffic.</w:t>
      </w:r>
      <w:r/>
    </w:p>
    <w:p>
      <w:pPr>
        <w:pStyle w:val="ListNumber"/>
        <w:spacing w:line="240" w:lineRule="auto"/>
        <w:ind w:left="720"/>
      </w:pPr>
      <w:r/>
      <w:hyperlink r:id="rId12">
        <w:r>
          <w:rPr>
            <w:color w:val="0000EE"/>
            <w:u w:val="single"/>
          </w:rPr>
          <w:t>https://www.androidcentral.com/apps-software/google-ai-overviews-global-language-support-expansion</w:t>
        </w:r>
      </w:hyperlink>
      <w:r>
        <w:t xml:space="preserve"> - Mentions past issues with accuracy and Google's measures to ensure more reliable information.</w:t>
      </w:r>
      <w:r/>
    </w:p>
    <w:p>
      <w:pPr>
        <w:pStyle w:val="ListNumber"/>
        <w:spacing w:line="240" w:lineRule="auto"/>
        <w:ind w:left="720"/>
      </w:pPr>
      <w:r/>
      <w:hyperlink r:id="rId13">
        <w:r>
          <w:rPr>
            <w:color w:val="0000EE"/>
            <w:u w:val="single"/>
          </w:rPr>
          <w:t>https://ppc.land/google-ai-overviews-expands-to-100-countries-reaches-1-billion-monthly-users/</w:t>
        </w:r>
      </w:hyperlink>
      <w:r>
        <w:t xml:space="preserve"> - Highlights Google's broader strategy to integrate AI deeply into its services and maintain its position in search technology.</w:t>
      </w:r>
      <w:r/>
    </w:p>
    <w:p>
      <w:pPr>
        <w:pStyle w:val="ListNumber"/>
        <w:spacing w:line="240" w:lineRule="auto"/>
        <w:ind w:left="720"/>
      </w:pPr>
      <w:r/>
      <w:hyperlink r:id="rId14">
        <w:r>
          <w:rPr>
            <w:color w:val="0000EE"/>
            <w:u w:val="single"/>
          </w:rPr>
          <w:t>https://www.phonearena.com/news/google-ai-search-overviews-go-global-in-over-100-countries_id164202</w:t>
        </w:r>
      </w:hyperlink>
      <w:r>
        <w:t xml:space="preserve"> - Reflects on the ongoing enhancements and expansions of AI Overviews as part of Google's commitment to user experience and addressing past issues.</w:t>
      </w:r>
      <w:r/>
    </w:p>
    <w:p>
      <w:pPr>
        <w:pStyle w:val="ListNumber"/>
        <w:spacing w:line="240" w:lineRule="auto"/>
        <w:ind w:left="720"/>
      </w:pPr>
      <w:r/>
      <w:hyperlink r:id="rId15">
        <w:r>
          <w:rPr>
            <w:color w:val="0000EE"/>
            <w:u w:val="single"/>
          </w:rPr>
          <w:t>https://www.engadget.com/big-tech/google-is-expanding-ai-overviews-in-search-to-more-than-100-countries-170925933.html?src=rss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verge.com/2024/10/28/24281860/google-ai-search-summaries-expand-more-countries" TargetMode="External"/><Relationship Id="rId11" Type="http://schemas.openxmlformats.org/officeDocument/2006/relationships/hyperlink" Target="https://www.techopedia.com/news/google-confirms-expansion-of-ai-overview-to-more-than-100-countries" TargetMode="External"/><Relationship Id="rId12" Type="http://schemas.openxmlformats.org/officeDocument/2006/relationships/hyperlink" Target="https://www.androidcentral.com/apps-software/google-ai-overviews-global-language-support-expansion" TargetMode="External"/><Relationship Id="rId13" Type="http://schemas.openxmlformats.org/officeDocument/2006/relationships/hyperlink" Target="https://ppc.land/google-ai-overviews-expands-to-100-countries-reaches-1-billion-monthly-users/" TargetMode="External"/><Relationship Id="rId14" Type="http://schemas.openxmlformats.org/officeDocument/2006/relationships/hyperlink" Target="https://www.phonearena.com/news/google-ai-search-overviews-go-global-in-over-100-countries_id164202" TargetMode="External"/><Relationship Id="rId15" Type="http://schemas.openxmlformats.org/officeDocument/2006/relationships/hyperlink" Target="https://www.engadget.com/big-tech/google-is-expanding-ai-overviews-in-search-to-more-than-100-countries-170925933.html?src=rs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