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'Help me write' feature to Gmail on the web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the expansion of its "Help me write" feature to Gmail on the web, leveraging the capabilities of its Gemini AI. This development is aimed at enhancing the email drafting experience for users by providing automated assistance for composing and editing emails. This feature was previously available on mobile devices and is now accessible via the web interface to offer a seamless experience across platforms.</w:t>
      </w:r>
      <w:r/>
    </w:p>
    <w:p>
      <w:r/>
      <w:r>
        <w:t>To access this feature, users are required to be subscribers of Google One AI Premium or have the Gemini add-on for Workspace. Upon opening a blank draft in Gmail, users will be prompted to utilise the "Help me write" feature, which can not only generate initial email drafts but also offer various suggestions to modify the tone and length of the message. This includes options to formalise, elaborate, or shorten emails, thus providing users with versatile tools to suit their communication needs.</w:t>
      </w:r>
      <w:r/>
    </w:p>
    <w:p>
      <w:r/>
      <w:r>
        <w:t>Enhancing productivity further, Google has introduced a "polish" shortcut specifically for Gmail drafts exceeding twelve words. This shortcut can be activated by clicking a dedicated button in the user interface or by using the keyboard command Ctrl + H. This quick access tool is designed to streamline the process of refining emails, ensuring users can easily amend their drafts with minimal effort.</w:t>
      </w:r>
      <w:r/>
    </w:p>
    <w:p>
      <w:r/>
      <w:r>
        <w:t>For users accessing Gmail on their mobile devices, Google has integrated this refinement process differently. The mobile version replaces the existing "Refine my draft" shortcut with the "polish" option. By swiping to activate this function, the app will automatically apply the refinement changes to the draft. Following this initial automated enhancement, users still have the flexibility to make additional edits using other AI-driven tools provided by Google.</w:t>
      </w:r>
      <w:r/>
    </w:p>
    <w:p>
      <w:r/>
      <w:r>
        <w:t>This strategic update by Google signifies an evolution in digital communication, where artificial intelligence plays a critical role in personalising and optimising email correspondence. With these tools at their disposal, users can create emails more efficiently, adapting their messaging style to various contexts with enhanced 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https://www.geeksforgeeks.org/gmail-help-me-write-feature/</w:t>
        </w:r>
      </w:hyperlink>
      <w:r>
        <w:t xml:space="preserve"> - Explains the 'Help me write' feature in Gmail, including its ability to generate and edit email drafts using AI, and the need to be part of the Workspace Labs program to access it.</w:t>
      </w:r>
      <w:r/>
    </w:p>
    <w:p>
      <w:pPr>
        <w:pStyle w:val="ListNumber"/>
        <w:spacing w:line="240" w:lineRule="auto"/>
        <w:ind w:left="720"/>
      </w:pPr>
      <w:r/>
      <w:hyperlink r:id="rId11">
        <w:r>
          <w:rPr>
            <w:color w:val="0000EE"/>
            <w:u w:val="single"/>
          </w:rPr>
          <w:t>https://blog.google/products/gmail/gmail-ai-features/</w:t>
        </w:r>
      </w:hyperlink>
      <w:r>
        <w:t xml:space="preserve"> - Details the 'Help me write' feature as part of Gmail's AI updates, including its availability through the Workspace Labs program and the various editing options it provides.</w:t>
      </w:r>
      <w:r/>
    </w:p>
    <w:p>
      <w:pPr>
        <w:pStyle w:val="ListNumber"/>
        <w:spacing w:line="240" w:lineRule="auto"/>
        <w:ind w:left="720"/>
      </w:pPr>
      <w:r/>
      <w:hyperlink r:id="rId12">
        <w:r>
          <w:rPr>
            <w:color w:val="0000EE"/>
            <w:u w:val="single"/>
          </w:rPr>
          <w:t>https://www.androidauthority.com/gmail-help-me-write-3338158/</w:t>
        </w:r>
      </w:hyperlink>
      <w:r>
        <w:t xml:space="preserve"> - Describes how to use the 'Help me write' feature in Gmail, including the steps to access it and the different prompts and editing options available.</w:t>
      </w:r>
      <w:r/>
    </w:p>
    <w:p>
      <w:pPr>
        <w:pStyle w:val="ListNumber"/>
        <w:spacing w:line="240" w:lineRule="auto"/>
        <w:ind w:left="720"/>
      </w:pPr>
      <w:r/>
      <w:hyperlink r:id="rId10">
        <w:r>
          <w:rPr>
            <w:color w:val="0000EE"/>
            <w:u w:val="single"/>
          </w:rPr>
          <w:t>https://www.geeksforgeeks.org/gmail-help-me-write-feature/</w:t>
        </w:r>
      </w:hyperlink>
      <w:r>
        <w:t xml:space="preserve"> - Mentions the feature's availability on both Android and desktop versions of Gmail and the process of using it to compose and edit emails.</w:t>
      </w:r>
      <w:r/>
    </w:p>
    <w:p>
      <w:pPr>
        <w:pStyle w:val="ListNumber"/>
        <w:spacing w:line="240" w:lineRule="auto"/>
        <w:ind w:left="720"/>
      </w:pPr>
      <w:r/>
      <w:hyperlink r:id="rId11">
        <w:r>
          <w:rPr>
            <w:color w:val="0000EE"/>
            <w:u w:val="single"/>
          </w:rPr>
          <w:t>https://blog.google/products/gmail/gmail-ai-features/</w:t>
        </w:r>
      </w:hyperlink>
      <w:r>
        <w:t xml:space="preserve"> - Discusses the integration of AI in Gmail, including the 'Help me write' feature, and how it enhances email composition and editing.</w:t>
      </w:r>
      <w:r/>
    </w:p>
    <w:p>
      <w:pPr>
        <w:pStyle w:val="ListNumber"/>
        <w:spacing w:line="240" w:lineRule="auto"/>
        <w:ind w:left="720"/>
      </w:pPr>
      <w:r/>
      <w:hyperlink r:id="rId12">
        <w:r>
          <w:rPr>
            <w:color w:val="0000EE"/>
            <w:u w:val="single"/>
          </w:rPr>
          <w:t>https://www.androidauthority.com/gmail-help-me-write-3338158/</w:t>
        </w:r>
      </w:hyperlink>
      <w:r>
        <w:t xml:space="preserve"> - Clarifies that the feature is not yet widely available and requires subscription to the Workspace Labs program, and it provides various editing options like formalize, elaborate, and shorten.</w:t>
      </w:r>
      <w:r/>
    </w:p>
    <w:p>
      <w:pPr>
        <w:pStyle w:val="ListNumber"/>
        <w:spacing w:line="240" w:lineRule="auto"/>
        <w:ind w:left="720"/>
      </w:pPr>
      <w:r/>
      <w:hyperlink r:id="rId13">
        <w:r>
          <w:rPr>
            <w:color w:val="0000EE"/>
            <w:u w:val="single"/>
          </w:rPr>
          <w:t>https://www.youtube.com/watch?v=pb105XKFLBc</w:t>
        </w:r>
      </w:hyperlink>
      <w:r>
        <w:t xml:space="preserve"> - Provides a tutorial on how to enable and use the 'Help me write' feature in Gmail, including the process of signing up for Workspace Labs and accessing the feature.</w:t>
      </w:r>
      <w:r/>
    </w:p>
    <w:p>
      <w:pPr>
        <w:pStyle w:val="ListNumber"/>
        <w:spacing w:line="240" w:lineRule="auto"/>
        <w:ind w:left="720"/>
      </w:pPr>
      <w:r/>
      <w:hyperlink r:id="rId11">
        <w:r>
          <w:rPr>
            <w:color w:val="0000EE"/>
            <w:u w:val="single"/>
          </w:rPr>
          <w:t>https://blog.google/products/gmail/gmail-ai-features/</w:t>
        </w:r>
      </w:hyperlink>
      <w:r>
        <w:t xml:space="preserve"> - Explains the use of generative AI large language models in the 'Help me write' feature to interpret prompts and generate email drafts.</w:t>
      </w:r>
      <w:r/>
    </w:p>
    <w:p>
      <w:pPr>
        <w:pStyle w:val="ListNumber"/>
        <w:spacing w:line="240" w:lineRule="auto"/>
        <w:ind w:left="720"/>
      </w:pPr>
      <w:r/>
      <w:hyperlink r:id="rId12">
        <w:r>
          <w:rPr>
            <w:color w:val="0000EE"/>
            <w:u w:val="single"/>
          </w:rPr>
          <w:t>https://www.androidauthority.com/gmail-help-me-write-3338158/</w:t>
        </w:r>
      </w:hyperlink>
      <w:r>
        <w:t xml:space="preserve"> - Details the importance of specific prompts for better results and the flexibility to edit and recreate drafts using the feature.</w:t>
      </w:r>
      <w:r/>
    </w:p>
    <w:p>
      <w:pPr>
        <w:pStyle w:val="ListNumber"/>
        <w:spacing w:line="240" w:lineRule="auto"/>
        <w:ind w:left="720"/>
      </w:pPr>
      <w:r/>
      <w:hyperlink r:id="rId10">
        <w:r>
          <w:rPr>
            <w:color w:val="0000EE"/>
            <w:u w:val="single"/>
          </w:rPr>
          <w:t>https://www.geeksforgeeks.org/gmail-help-me-write-feature/</w:t>
        </w:r>
      </w:hyperlink>
      <w:r>
        <w:t xml:space="preserve"> - Mentions the feature's beta testing phase and its potential for bugs and errors, as well as its future availability for all users.</w:t>
      </w:r>
      <w:r/>
    </w:p>
    <w:p>
      <w:pPr>
        <w:pStyle w:val="ListNumber"/>
        <w:spacing w:line="240" w:lineRule="auto"/>
        <w:ind w:left="720"/>
      </w:pPr>
      <w:r/>
      <w:hyperlink r:id="rId11">
        <w:r>
          <w:rPr>
            <w:color w:val="0000EE"/>
            <w:u w:val="single"/>
          </w:rPr>
          <w:t>https://blog.google/products/gmail/gmail-ai-features/</w:t>
        </w:r>
      </w:hyperlink>
      <w:r>
        <w:t xml:space="preserve"> - Highlights the broader context of AI in Gmail, including other features like Smart Compose and Smart Reply, which also aid in email composition and response.</w:t>
      </w:r>
      <w:r/>
    </w:p>
    <w:p>
      <w:pPr>
        <w:pStyle w:val="ListNumber"/>
        <w:spacing w:line="240" w:lineRule="auto"/>
        <w:ind w:left="720"/>
      </w:pPr>
      <w:r/>
      <w:hyperlink r:id="rId14">
        <w:r>
          <w:rPr>
            <w:color w:val="0000EE"/>
            <w:u w:val="single"/>
          </w:rPr>
          <w:t>https://www.theverge.com/2024/10/28/24282103/gmail-help-me-write-email-web-ai-gemini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eksforgeeks.org/gmail-help-me-write-feature/" TargetMode="External"/><Relationship Id="rId11" Type="http://schemas.openxmlformats.org/officeDocument/2006/relationships/hyperlink" Target="https://blog.google/products/gmail/gmail-ai-features/" TargetMode="External"/><Relationship Id="rId12" Type="http://schemas.openxmlformats.org/officeDocument/2006/relationships/hyperlink" Target="https://www.androidauthority.com/gmail-help-me-write-3338158/" TargetMode="External"/><Relationship Id="rId13" Type="http://schemas.openxmlformats.org/officeDocument/2006/relationships/hyperlink" Target="https://www.youtube.com/watch?v=pb105XKFLBc" TargetMode="External"/><Relationship Id="rId14" Type="http://schemas.openxmlformats.org/officeDocument/2006/relationships/hyperlink" Target="https://www.theverge.com/2024/10/28/24282103/gmail-help-me-write-email-web-ai-gemin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