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launches AI prompting course to enhance interaction with chatbots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Launches AI Prompting Course to Enhance Interaction with Chatbots</w:t>
      </w:r>
      <w:r/>
    </w:p>
    <w:p>
      <w:r/>
      <w:r>
        <w:t>In a bid to demystify the nuances of interacting with AI chatbots, Google has unveiled a new educational programme titled the "Google Prompting Essentials course." This course is designed to teach participants how to effectively communicate with AI systems, particularly generative AI, using the appropriate prompts. This initiative comes amid the rising prominence of AI technology in various facets of personal and professional environments.</w:t>
      </w:r>
      <w:r/>
    </w:p>
    <w:p>
      <w:r/>
      <w:r>
        <w:t>Hosted on the popular online learning platform Coursera, the course is structured into four modules comprising a total of 12 assignments. The entire programme is crafted to be completed within a timeframe of fewer than 10 hours, providing a comprehensive yet compact learning experience. Enrolment requires a fee of $49, signalling a modest investment for those seeking to enhance their AI interaction skills.</w:t>
      </w:r>
      <w:r/>
    </w:p>
    <w:p>
      <w:r/>
      <w:r>
        <w:t>The course curriculum is meticulously designed to equip learners with a broad range of skills pertinent to generative AI. Participants will learn techniques to swiftly tailor emails for diverse audiences, transform lengthy documents into concise key points, and brainstorm innovative ideas for various projects. Skills in developing engaging presentations, coupled with the ability to receive and interpret feedback on delivery, are also key learning outcomes.</w:t>
      </w:r>
      <w:r/>
    </w:p>
    <w:p>
      <w:r/>
      <w:r>
        <w:t>Moreover, the course delves into data analysis, enabling participants to create compelling visualisations. A crucial aspect of the course is educating learners on how to use AI tools responsibly, with an emphasis on recognizing and mitigating biases and errors in AI outputs. This component is essential in fostering an ethical approach to AI use.</w:t>
      </w:r>
      <w:r/>
    </w:p>
    <w:p>
      <w:r/>
      <w:r>
        <w:t>An attractive feature of the course is the opportunity for learners to create a library of reusable prompts, adding value to both personal and professional settings. Upon completion of the programme, participants receive a certificate from Google, which can be a valuable addition to resumes and professional profiles, potentially enhancing employability and career advancement opportunities.</w:t>
      </w:r>
      <w:r/>
    </w:p>
    <w:p>
      <w:r/>
      <w:r>
        <w:t>Google's initiative reflects an understanding of the challenges many face in leveraging AI tools effectively. As AI technology continues to integrate into everyday life, understanding how to engage with these systems becomes increasingly pertinent. This course allows individuals, regardless of prior experience, to harness the potential of AI with greater proficiency and confidence.</w:t>
      </w:r>
      <w:r/>
    </w:p>
    <w:p>
      <w:r/>
      <w:r>
        <w:t>While the course offers a structured pathway to mastering AI prompts, it also underscores the broader shift towards integrating AI competency into the skillsets of individuals across various sectors. As organisations and individuals continue to adapt to technological advancements, such educational initiatives play a vital role in bridging the gap between technology and user capability.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https://cloud.google.com/discover/what-is-prompt-engineering</w:t>
        </w:r>
      </w:hyperlink>
      <w:r>
        <w:t xml:space="preserve"> - This link explains the concept of prompt engineering, which is central to the Google Prompting Essentials course. It details how prompts are designed and optimized to guide AI models.</w:t>
      </w:r>
      <w:r/>
    </w:p>
    <w:p>
      <w:pPr>
        <w:pStyle w:val="ListNumber"/>
        <w:spacing w:line="240" w:lineRule="auto"/>
        <w:ind w:left="720"/>
      </w:pPr>
      <w:r/>
      <w:hyperlink r:id="rId11">
        <w:r>
          <w:rPr>
            <w:color w:val="0000EE"/>
            <w:u w:val="single"/>
          </w:rPr>
          <w:t>https://beebom.com/google-online-course-teaches-prompts-ai-chatbots/</w:t>
        </w:r>
      </w:hyperlink>
      <w:r>
        <w:t xml:space="preserve"> - This article discusses Google's online course focused on teaching effective communication with AI chatbots, aligning with the description of the Google Prompting Essentials course.</w:t>
      </w:r>
      <w:r/>
    </w:p>
    <w:p>
      <w:pPr>
        <w:pStyle w:val="ListNumber"/>
        <w:spacing w:line="240" w:lineRule="auto"/>
        <w:ind w:left="720"/>
      </w:pPr>
      <w:r/>
      <w:hyperlink r:id="rId12">
        <w:r>
          <w:rPr>
            <w:color w:val="0000EE"/>
            <w:u w:val="single"/>
          </w:rPr>
          <w:t>https://www.deeplearning.ai/short-courses/chatgpt-prompt-engineering-for-developers/</w:t>
        </w:r>
      </w:hyperlink>
      <w:r>
        <w:t xml:space="preserve"> - This course on prompt engineering for developers, though not the exact Google course, provides insights into similar topics such as summarizing, inferring, and transforming text, which are likely covered in the Google course.</w:t>
      </w:r>
      <w:r/>
    </w:p>
    <w:p>
      <w:pPr>
        <w:pStyle w:val="ListNumber"/>
        <w:spacing w:line="240" w:lineRule="auto"/>
        <w:ind w:left="720"/>
      </w:pPr>
      <w:r/>
      <w:hyperlink r:id="rId13">
        <w:r>
          <w:rPr>
            <w:color w:val="0000EE"/>
            <w:u w:val="single"/>
          </w:rPr>
          <w:t>https://www.coursera.org/courses?query=chatbot</w:t>
        </w:r>
      </w:hyperlink>
      <w:r>
        <w:t xml:space="preserve"> - This link to Coursera's chatbot courses catalog includes various courses related to AI and chatbot development, indicating the platform where the Google Prompting Essentials course might be hosted.</w:t>
      </w:r>
      <w:r/>
    </w:p>
    <w:p>
      <w:pPr>
        <w:pStyle w:val="ListNumber"/>
        <w:spacing w:line="240" w:lineRule="auto"/>
        <w:ind w:left="720"/>
      </w:pPr>
      <w:r/>
      <w:hyperlink r:id="rId10">
        <w:r>
          <w:rPr>
            <w:color w:val="0000EE"/>
            <w:u w:val="single"/>
          </w:rPr>
          <w:t>https://cloud.google.com/discover/what-is-prompt-engineering</w:t>
        </w:r>
      </w:hyperlink>
      <w:r>
        <w:t xml:space="preserve"> - This link further elaborates on the skills learned in prompt engineering, such as tailoring emails, transforming documents, and brainstorming ideas, which are mentioned as part of the course curriculum.</w:t>
      </w:r>
      <w:r/>
    </w:p>
    <w:p>
      <w:pPr>
        <w:pStyle w:val="ListNumber"/>
        <w:spacing w:line="240" w:lineRule="auto"/>
        <w:ind w:left="720"/>
      </w:pPr>
      <w:r/>
      <w:hyperlink r:id="rId12">
        <w:r>
          <w:rPr>
            <w:color w:val="0000EE"/>
            <w:u w:val="single"/>
          </w:rPr>
          <w:t>https://www.deeplearning.ai/short-courses/chatgpt-prompt-engineering-for-developers/</w:t>
        </w:r>
      </w:hyperlink>
      <w:r>
        <w:t xml:space="preserve"> - This course outline includes modules on summarizing, inferring, and transforming text, which are similar to the skills mentioned in the Google Prompting Essentials course, such as creating concise key points and developing engaging presentations.</w:t>
      </w:r>
      <w:r/>
    </w:p>
    <w:p>
      <w:pPr>
        <w:pStyle w:val="ListNumber"/>
        <w:spacing w:line="240" w:lineRule="auto"/>
        <w:ind w:left="720"/>
      </w:pPr>
      <w:r/>
      <w:hyperlink r:id="rId10">
        <w:r>
          <w:rPr>
            <w:color w:val="0000EE"/>
            <w:u w:val="single"/>
          </w:rPr>
          <w:t>https://cloud.google.com/discover/what-is-prompt-engineering</w:t>
        </w:r>
      </w:hyperlink>
      <w:r>
        <w:t xml:space="preserve"> - This resource emphasizes the importance of using AI tools responsibly and mitigating biases, a crucial aspect of the Google course.</w:t>
      </w:r>
      <w:r/>
    </w:p>
    <w:p>
      <w:pPr>
        <w:pStyle w:val="ListNumber"/>
        <w:spacing w:line="240" w:lineRule="auto"/>
        <w:ind w:left="720"/>
      </w:pPr>
      <w:r/>
      <w:hyperlink r:id="rId12">
        <w:r>
          <w:rPr>
            <w:color w:val="0000EE"/>
            <w:u w:val="single"/>
          </w:rPr>
          <w:t>https://www.deeplearning.ai/short-courses/chatgpt-prompt-engineering-for-developers/</w:t>
        </w:r>
      </w:hyperlink>
      <w:r>
        <w:t xml:space="preserve"> - This course highlights the creation of reusable prompts, a feature also mentioned in the Google Prompting Essentials course, adding value to both personal and professional settings.</w:t>
      </w:r>
      <w:r/>
    </w:p>
    <w:p>
      <w:pPr>
        <w:pStyle w:val="ListNumber"/>
        <w:spacing w:line="240" w:lineRule="auto"/>
        <w:ind w:left="720"/>
      </w:pPr>
      <w:r/>
      <w:hyperlink r:id="rId13">
        <w:r>
          <w:rPr>
            <w:color w:val="0000EE"/>
            <w:u w:val="single"/>
          </w:rPr>
          <w:t>https://www.coursera.org/courses?query=chatbot</w:t>
        </w:r>
      </w:hyperlink>
      <w:r>
        <w:t xml:space="preserve"> - This link shows various courses that offer certificates upon completion, similar to the Google Prompting Essentials course, which provides a certificate from Google.</w:t>
      </w:r>
      <w:r/>
    </w:p>
    <w:p>
      <w:pPr>
        <w:pStyle w:val="ListNumber"/>
        <w:spacing w:line="240" w:lineRule="auto"/>
        <w:ind w:left="720"/>
      </w:pPr>
      <w:r/>
      <w:hyperlink r:id="rId11">
        <w:r>
          <w:rPr>
            <w:color w:val="0000EE"/>
            <w:u w:val="single"/>
          </w:rPr>
          <w:t>https://beebom.com/google-online-course-teaches-prompts-ai-chatbots/</w:t>
        </w:r>
      </w:hyperlink>
      <w:r>
        <w:t xml:space="preserve"> - This article underscores the broader shift towards integrating AI competency into various skillsets, reflecting the broader impact of such educational initiatives.</w:t>
      </w:r>
      <w:r/>
    </w:p>
    <w:p>
      <w:pPr>
        <w:pStyle w:val="ListNumber"/>
        <w:spacing w:line="240" w:lineRule="auto"/>
        <w:ind w:left="720"/>
      </w:pPr>
      <w:r/>
      <w:hyperlink r:id="rId12">
        <w:r>
          <w:rPr>
            <w:color w:val="0000EE"/>
            <w:u w:val="single"/>
          </w:rPr>
          <w:t>https://www.deeplearning.ai/short-courses/chatgpt-prompt-engineering-for-developers/</w:t>
        </w:r>
      </w:hyperlink>
      <w:r>
        <w:t xml:space="preserve"> - This course, while not the exact Google course, demonstrates how educational initiatives like the Google Prompting Essentials course help bridge the gap between technology and user capability.</w:t>
      </w:r>
      <w:r/>
    </w:p>
    <w:p>
      <w:pPr>
        <w:pStyle w:val="ListNumber"/>
        <w:spacing w:line="240" w:lineRule="auto"/>
        <w:ind w:left="720"/>
      </w:pPr>
      <w:r/>
      <w:hyperlink r:id="rId14">
        <w:r>
          <w:rPr>
            <w:color w:val="0000EE"/>
            <w:u w:val="single"/>
          </w:rPr>
          <w:t>https://www.androidauthority.com/google-course-how-to-talk-to-ai-3494858/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loud.google.com/discover/what-is-prompt-engineering" TargetMode="External"/><Relationship Id="rId11" Type="http://schemas.openxmlformats.org/officeDocument/2006/relationships/hyperlink" Target="https://beebom.com/google-online-course-teaches-prompts-ai-chatbots/" TargetMode="External"/><Relationship Id="rId12" Type="http://schemas.openxmlformats.org/officeDocument/2006/relationships/hyperlink" Target="https://www.deeplearning.ai/short-courses/chatgpt-prompt-engineering-for-developers/" TargetMode="External"/><Relationship Id="rId13" Type="http://schemas.openxmlformats.org/officeDocument/2006/relationships/hyperlink" Target="https://www.coursera.org/courses?query=chatbot" TargetMode="External"/><Relationship Id="rId14" Type="http://schemas.openxmlformats.org/officeDocument/2006/relationships/hyperlink" Target="https://www.androidauthority.com/google-course-how-to-talk-to-ai-34948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