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London's Angus Steakhouse draws attention amid social media review trend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London's Angus Steakhouse Draws Attention Amid Social Media Review Trend</w:t>
      </w:r>
      <w:r/>
    </w:p>
    <w:p>
      <w:r/>
      <w:r>
        <w:t>In a curious twist of modern dining culture, London's Angus Steakhouse has found itself at the centre of an unusual social media trend, with diners and influencers spontaneously writing exaggerated positive reviews. This phenomenon, dubbed 'love bombing', aims to misdirect tourists and digital nomads away from the city's obscure culinary gems commonly favoured by locals.</w:t>
      </w:r>
      <w:r/>
    </w:p>
    <w:p>
      <w:r/>
      <w:r>
        <w:t>The furor began as a playful and strategic ploy by Reddit users. Dissatisfied with the influx of tourists and influencers to cherished eateries, particularly in hotspots like Borough Market, these users crafted a wave of glowing reviews for the Angus Steakhouse chain. Their intention is to manipulate algorithms on platforms like Google, making Angus Steakhouse appear more attractive to unaware tourists and thereby safeguarding lesser-known local favourites.</w:t>
      </w:r>
      <w:r/>
    </w:p>
    <w:p>
      <w:r/>
      <w:r>
        <w:t>Angus Steakhouse, known for its well-trodden locations across London, is familiar ground for many natives who acknowledge it more as a tourist haunt than a culinary highlight. Yet, recent social media activity paints the restaurant in a strikingly different light. Tongue-in-cheek comments, such as those lauding a fictional 'Swiftloin steak sandwich' inspired by pop star Taylor Swift, have flooded platforms like Reddit, X, and Trip Advisor. While the restaurant benefits from the influx of whimsical reviews, these claims remain largely fictional, adding to the playful deception.</w:t>
      </w:r>
      <w:r/>
    </w:p>
    <w:p>
      <w:r/>
      <w:r>
        <w:t>The reviews, appearing earnest at first glance, range from transformative tales of vegetarian epiphanies to exaggerated claims of life-altering dining experiences. One Reddit user hyperbolically noted a miraculous switch to the carnivore diet after tasting Angus Steakhouse's offerings.</w:t>
      </w:r>
      <w:r/>
    </w:p>
    <w:p>
      <w:r/>
      <w:r>
        <w:t>Nonetheless, not all observers are entertained by this online jest. Some social media users on X have criticised the tactic as misleading or even cruel. Concerns have arisen about the credibility and potential impact of review platforms where such misleading practices could interfere with authentic dining recommendations. Jaya Saxena, an Eater correspondent, pointed out that while this strategy may manipulate perception temporarily, review platforms such as Yelp and Google possess mechanisms to identify and curb review manipulations, whether they are positive or negative.</w:t>
      </w:r>
      <w:r/>
    </w:p>
    <w:p>
      <w:r/>
      <w:r>
        <w:t>The trend is a reflection of the broader tensions in global cities between maintaining local culture and accommodating an ever-growing tourism sector. London, renowned for its diverse and vibrant food scene, often faces the challenge of balancing these interests, with popular locations rapidly turning into crowded tourist attractions at the expense of the original charms that attracted local patronage.</w:t>
      </w:r>
      <w:r/>
    </w:p>
    <w:p>
      <w:r/>
      <w:r>
        <w:t>As the story garners attention, it highlights the intersection of social media influence, digital culture, and real-world impacts on urban dining experiences. While the true ramifications of this 'love bombing' strategy are yet to unfold, its current effect has propelled Angus Steakhouse into the spotlight in an unexpected turn of events. The restaurant chain has not publicly commented on the situation. However, for now, it seems they are riding the wave of newfound attention with speculative amusement.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https://www.androidauthority.com/redditors-game-google-ai-recommendations-3494654/</w:t>
        </w:r>
      </w:hyperlink>
      <w:r>
        <w:t xml:space="preserve"> - This article explains the tactic of Redditors leaving ultra-positive reviews for Angus Steakhouse to misdirect tourists and protect their favorite local eateries.</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This article details the 'love bombing' of Angus Steakhouse by Londoners to prevent their favorite spots from being overwhelmed by tourists and influencers.</w:t>
      </w:r>
      <w:r/>
    </w:p>
    <w:p>
      <w:pPr>
        <w:pStyle w:val="ListNumber"/>
        <w:spacing w:line="240" w:lineRule="auto"/>
        <w:ind w:left="720"/>
      </w:pPr>
      <w:r/>
      <w:hyperlink r:id="rId12">
        <w:r>
          <w:rPr>
            <w:color w:val="0000EE"/>
            <w:u w:val="single"/>
          </w:rPr>
          <w:t>https://www.reddit.com/r/london/comments/1gd5p8t/brits_are_love_bombing_an_average_restaurant_to/</w:t>
        </w:r>
      </w:hyperlink>
      <w:r>
        <w:t xml:space="preserve"> - This Reddit thread shows the discussions and exaggerated reviews by users aiming to divert tourists to Angus Steakhouse and protect local favorites.</w:t>
      </w:r>
      <w:r/>
    </w:p>
    <w:p>
      <w:pPr>
        <w:pStyle w:val="ListNumber"/>
        <w:spacing w:line="240" w:lineRule="auto"/>
        <w:ind w:left="720"/>
      </w:pPr>
      <w:r/>
      <w:hyperlink r:id="rId13">
        <w:r>
          <w:rPr>
            <w:color w:val="0000EE"/>
            <w:u w:val="single"/>
          </w:rPr>
          <w:t>https://uk.news.yahoo.com/londoners-complain-local-hidden-gem-040000432.html</w:t>
        </w:r>
      </w:hyperlink>
      <w:r>
        <w:t xml:space="preserve"> - This article mentions Londoners complaining about influencers ruining local 'hidden gems' and the subsequent 'love bombing' of Angus Steakhouse.</w:t>
      </w:r>
      <w:r/>
    </w:p>
    <w:p>
      <w:pPr>
        <w:pStyle w:val="ListNumber"/>
        <w:spacing w:line="240" w:lineRule="auto"/>
        <w:ind w:left="720"/>
      </w:pPr>
      <w:r/>
      <w:hyperlink r:id="rId14">
        <w:r>
          <w:rPr>
            <w:color w:val="0000EE"/>
            <w:u w:val="single"/>
          </w:rPr>
          <w:t>https://arstechnica.com/gadgets/2024/10/fake-restaurant-tips-on-reddit-a-reminder-of-google-ai-overviews-inherent-flaws/</w:t>
        </w:r>
      </w:hyperlink>
      <w:r>
        <w:t xml:space="preserve"> - This article highlights the trend of false restaurant recommendations on Reddit and its implications on Google Search results.</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This article provides details on the mixed reviews of Angus Steakhouse on Tripadvisor and the historical criticism from food critics like Jay Rayner and David Mitchell.</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This article discusses the fictional and hyperbolic reviews, such as those claiming Angus Steakhouse was Anthony Bourdain's favorite lunch spot.</w:t>
      </w:r>
      <w:r/>
    </w:p>
    <w:p>
      <w:pPr>
        <w:pStyle w:val="ListNumber"/>
        <w:spacing w:line="240" w:lineRule="auto"/>
        <w:ind w:left="720"/>
      </w:pPr>
      <w:r/>
      <w:hyperlink r:id="rId12">
        <w:r>
          <w:rPr>
            <w:color w:val="0000EE"/>
            <w:u w:val="single"/>
          </w:rPr>
          <w:t>https://www.reddit.com/r/london/comments/1gd5p8t/brits_are_love_bombing_an_average_restaurant_to/</w:t>
        </w:r>
      </w:hyperlink>
      <w:r>
        <w:t xml:space="preserve"> - This Reddit thread includes comments criticizing the tactic as misleading or cruel and concerns about the credibility of review platforms.</w:t>
      </w:r>
      <w:r/>
    </w:p>
    <w:p>
      <w:pPr>
        <w:pStyle w:val="ListNumber"/>
        <w:spacing w:line="240" w:lineRule="auto"/>
        <w:ind w:left="720"/>
      </w:pPr>
      <w:r/>
      <w:hyperlink r:id="rId14">
        <w:r>
          <w:rPr>
            <w:color w:val="0000EE"/>
            <w:u w:val="single"/>
          </w:rPr>
          <w:t>https://arstechnica.com/gadgets/2024/10/fake-restaurant-tips-on-reddit-a-reminder-of-google-ai-overviews-inherent-flaws/</w:t>
        </w:r>
      </w:hyperlink>
      <w:r>
        <w:t xml:space="preserve"> - This article mentions the broader implications of review manipulation on platforms like Yelp and Google, and the mechanisms to curb such practices.</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This article reflects on the tension between maintaining local culture and accommodating tourism in global cities, particularly in London's vibrant food scene.</w:t>
      </w:r>
      <w:r/>
    </w:p>
    <w:p>
      <w:pPr>
        <w:pStyle w:val="ListNumber"/>
        <w:spacing w:line="240" w:lineRule="auto"/>
        <w:ind w:left="720"/>
      </w:pPr>
      <w:r/>
      <w:hyperlink r:id="rId10">
        <w:r>
          <w:rPr>
            <w:color w:val="0000EE"/>
            <w:u w:val="single"/>
          </w:rPr>
          <w:t>https://www.androidauthority.com/redditors-game-google-ai-recommendations-3494654/</w:t>
        </w:r>
      </w:hyperlink>
      <w:r>
        <w:t xml:space="preserve"> - This article highlights the current effect of the 'love bombing' strategy on Angus Steakhouse and its newfound attention despite the restaurant's lack of public comment.</w:t>
      </w:r>
      <w:r/>
    </w:p>
    <w:p>
      <w:pPr>
        <w:pStyle w:val="ListNumber"/>
        <w:spacing w:line="240" w:lineRule="auto"/>
        <w:ind w:left="720"/>
      </w:pPr>
      <w:r/>
      <w:hyperlink r:id="rId15">
        <w:r>
          <w:rPr>
            <w:color w:val="0000EE"/>
            <w:u w:val="single"/>
          </w:rPr>
          <w:t>https://www.dailymail.co.uk/femail/article-14011207/Brits-catfishing-tourists-fake-positive-reviews.html?ns_mchannel=rss&amp;ns_campaign=1490&amp;ito=1490</w:t>
        </w:r>
      </w:hyperlink>
      <w:r>
        <w:t xml:space="preserve"> - Please view link - unable to able to access data</w:t>
      </w:r>
      <w:r/>
    </w:p>
    <w:p>
      <w:pPr>
        <w:pStyle w:val="ListNumber"/>
        <w:spacing w:line="240" w:lineRule="auto"/>
        <w:ind w:left="720"/>
      </w:pPr>
      <w:r/>
      <w:hyperlink r:id="rId10">
        <w:r>
          <w:rPr>
            <w:color w:val="0000EE"/>
            <w:u w:val="single"/>
          </w:rPr>
          <w:t>https://www.androidauthority.com/redditors-game-google-ai-recommendations-3494654/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authority.com/redditors-game-google-ai-recommendations-3494654/" TargetMode="External"/><Relationship Id="rId11" Type="http://schemas.openxmlformats.org/officeDocument/2006/relationships/hyperlink" Target="https://www.standard.co.uk/news/london/london-angus-steakhouse-reddit-best-restaurants-reviews-steak-sandwich-food-influencers-tourists-b1190477.html" TargetMode="External"/><Relationship Id="rId12" Type="http://schemas.openxmlformats.org/officeDocument/2006/relationships/hyperlink" Target="https://www.reddit.com/r/london/comments/1gd5p8t/brits_are_love_bombing_an_average_restaurant_to/" TargetMode="External"/><Relationship Id="rId13" Type="http://schemas.openxmlformats.org/officeDocument/2006/relationships/hyperlink" Target="https://uk.news.yahoo.com/londoners-complain-local-hidden-gem-040000432.html" TargetMode="External"/><Relationship Id="rId14" Type="http://schemas.openxmlformats.org/officeDocument/2006/relationships/hyperlink" Target="https://arstechnica.com/gadgets/2024/10/fake-restaurant-tips-on-reddit-a-reminder-of-google-ai-overviews-inherent-flaws/" TargetMode="External"/><Relationship Id="rId15" Type="http://schemas.openxmlformats.org/officeDocument/2006/relationships/hyperlink" Target="https://www.dailymail.co.uk/femail/article-14011207/Brits-catfishing-tourists-fake-positive-review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