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documentary explores the feud between Kendrick Lamar and Drake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Documentary Explores the Feud Between Kendrick Lamar and Drake</w:t>
      </w:r>
      <w:r/>
    </w:p>
    <w:p>
      <w:r/>
      <w:r>
        <w:t>This evening, Channel 4 will delve into one of the most talked-about controversies in the music industry with "Public Enemies: Kendrick vs Drake". The documentary seeks to dissect the infamous feud between two of rap music's most prominent figures – Kendrick Lamar and Drake. The programme airs at 10:20pm and promises to uncover the events and emotions that led to public exchanges and diss tracks earlier this year.</w:t>
      </w:r>
      <w:r/>
    </w:p>
    <w:p>
      <w:r/>
      <w:r>
        <w:t>Kendrick Lamar, a celebrated artist who has secured a Pulitzer Prize and 17 Grammy Awards, squares off against Drake, a five-time Grammy winner with an impressive 13 US number one albums in his repertoire. Both artists wield significant influence over the musical landscape, catalysing listener interest with their lyrical prowess.</w:t>
      </w:r>
      <w:r/>
    </w:p>
    <w:p>
      <w:r/>
      <w:r>
        <w:t>The friction reached an apex with the dissemination of a diss track that raised eyebrows across the music world. The track included provocative allegations of paedophilia which were swiftly and strongly denied. The tension between the artists is not solely about the music industry dynamics but also reflects their respective cultural statuses. Through interviews and analysis, the documentary aims to provide a comprehensive understanding of the circumstances surrounding what became one of the major pop culture stories of 2024.</w:t>
      </w:r>
      <w:r/>
    </w:p>
    <w:p>
      <w:pPr>
        <w:pStyle w:val="Heading3"/>
      </w:pPr>
      <w:r>
        <w:t>Mary Berry Returns with Homely Comfort Foods</w:t>
      </w:r>
      <w:r/>
    </w:p>
    <w:p>
      <w:r/>
      <w:r>
        <w:t>Mary Berry makes her return to television tonight with "Mary’s Foolproof Dinners" at 7:30pm on BBC Two. Known for her calming presence and culinary expertise, Berry is set to guide her celebrity friends through the preparation of comforting dishes perfect for the autumn season. In the series premiere, comedian Alan Carr will be learning the art of making Parma ham and cauliflower parcels, along with honey-mustard chicken accompanied by rustic potatoes.</w:t>
      </w:r>
      <w:r/>
    </w:p>
    <w:p>
      <w:pPr>
        <w:pStyle w:val="Heading3"/>
      </w:pPr>
      <w:r>
        <w:t>Culinary Trials on The Great British Bake Off</w:t>
      </w:r>
      <w:r/>
    </w:p>
    <w:p>
      <w:r/>
      <w:r>
        <w:t>As part of the popular culinary series, The Great British Bake Off returns at 8pm on Channel 4 to test bakers with autumn-themed challenges. Participants will present a signature seasonal pie, tackle the technical challenge of making a Parkin cake, and create a vegetable-based showstopper inspired by autumnal festivals, including cakes themed around Diwali and the Day of the Dead. Judges Paul Hollywood and Prue Leith will assess the seven remaining contestants on their innovative culinary skills and creativity.</w:t>
      </w:r>
      <w:r/>
    </w:p>
    <w:p>
      <w:pPr>
        <w:pStyle w:val="Heading3"/>
      </w:pPr>
      <w:r>
        <w:t>"Storyville: Eternal You" Explores AI in Grieving</w:t>
      </w:r>
      <w:r/>
    </w:p>
    <w:p>
      <w:r/>
      <w:r>
        <w:t>Meanwhile, a different realm of technology and emotion is explored in "Storyville: Eternal You", airing at 10pm on BBC Four. The documentary delves into the burgeoning market for digital afterlives, where bereaved individuals can interact with AI avatars of their deceased loved ones. Using cutting-edge technology to recreate voices and likenesses, companies aim to provide what they describe as comfort to those in mourning. The episode highlights a mother from South Korea encountering an avatar of her daughter and a woman interacting with a digital representation of her late boyfriend. The ethical and psychological impacts of such technology are brought to the fore, questioning its effect on the natural grieving process.</w:t>
      </w:r>
      <w:r/>
    </w:p>
    <w:p>
      <w:pPr>
        <w:pStyle w:val="Heading3"/>
      </w:pPr>
      <w:r>
        <w:t>Football Legends Hit the Road Again</w:t>
      </w:r>
      <w:r/>
    </w:p>
    <w:p>
      <w:r/>
      <w:r>
        <w:t>At 9pm on Sky Max, "The Overlap on Tour" features revered football personalities Gary Neville, Jamie Carragher, Ian Wright, and Roy Keane as they reunite for a road trip in Turin, Italy. The series offers a blend of camaraderie and nostalgia as the group explores the city while Keane revisits his notable performance in the 1999 Champions League semi-final.</w:t>
      </w:r>
      <w:r/>
    </w:p>
    <w:p>
      <w:r/>
      <w:r>
        <w:t>These programmes present a unique blend of music, food, chronicle of the afterlife, and sport, catering to a wide range of viewer interests. Whether you're a music aficionado, culinary enthusiast, tech-savvy, or sports fan, tonight's television lineup provides something intriguing for all audiences.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https://www.wlevradio.com/news/new-public-enemies-documentary-to-focus-on-kendrick-lamar-and-drake-feud/</w:t>
        </w:r>
      </w:hyperlink>
      <w:r>
        <w:t xml:space="preserve"> - Corroborates the existence and details of the 'Public Enemies: Kendrick vs Drake' documentary, including its producers and the focus on the feud between Kendrick Lamar and Drake.</w:t>
      </w:r>
      <w:r/>
    </w:p>
    <w:p>
      <w:pPr>
        <w:pStyle w:val="ListNumber"/>
        <w:spacing w:line="240" w:lineRule="auto"/>
        <w:ind w:left="720"/>
      </w:pPr>
      <w:r/>
      <w:hyperlink r:id="rId11">
        <w:r>
          <w:rPr>
            <w:color w:val="0000EE"/>
            <w:u w:val="single"/>
          </w:rPr>
          <w:t>https://www.theguardian.com/tv-and-radio/2024/oct/29/tv-tonight-inside-drake-and-kendrick-lamars-very-public-beef</w:t>
        </w:r>
      </w:hyperlink>
      <w:r>
        <w:t xml:space="preserve"> - Provides the broadcast time and channel for 'Public Enemies: Kendrick vs Drake' and details the controversy and cultural influence of the feud.</w:t>
      </w:r>
      <w:r/>
    </w:p>
    <w:p>
      <w:pPr>
        <w:pStyle w:val="ListNumber"/>
        <w:spacing w:line="240" w:lineRule="auto"/>
        <w:ind w:left="720"/>
      </w:pPr>
      <w:r/>
      <w:hyperlink r:id="rId12">
        <w:r>
          <w:rPr>
            <w:color w:val="0000EE"/>
            <w:u w:val="single"/>
          </w:rPr>
          <w:t>https://www.reddit.com/r/KendrickLamar/comments/1fz41fr/uks_channel_4_to_create_documentary_on_drake_v/</w:t>
        </w:r>
      </w:hyperlink>
      <w:r>
        <w:t xml:space="preserve"> - Discusses the upcoming documentary and the reactions from fans, including the title and the involvement of Channel 4.</w:t>
      </w:r>
      <w:r/>
    </w:p>
    <w:p>
      <w:pPr>
        <w:pStyle w:val="ListNumber"/>
        <w:spacing w:line="240" w:lineRule="auto"/>
        <w:ind w:left="720"/>
      </w:pPr>
      <w:r/>
      <w:hyperlink r:id="rId13">
        <w:r>
          <w:rPr>
            <w:color w:val="0000EE"/>
            <w:u w:val="single"/>
          </w:rPr>
          <w:t>https://www.buzzfeed.com/morganmurrell/drake-kendrick-lamar-beef-documentary</w:t>
        </w:r>
      </w:hyperlink>
      <w:r>
        <w:t xml:space="preserve"> - Details the documentary's focus on the backgrounds, talents, and visions of Kendrick Lamar and Drake, and the inclusion of archival footage and interviews.</w:t>
      </w:r>
      <w:r/>
    </w:p>
    <w:p>
      <w:pPr>
        <w:pStyle w:val="ListNumber"/>
        <w:spacing w:line="240" w:lineRule="auto"/>
        <w:ind w:left="720"/>
      </w:pPr>
      <w:r/>
      <w:hyperlink r:id="rId14">
        <w:r>
          <w:rPr>
            <w:color w:val="0000EE"/>
            <w:u w:val="single"/>
          </w:rPr>
          <w:t>https://www.imdb.com/news/ni64873872/</w:t>
        </w:r>
      </w:hyperlink>
      <w:r>
        <w:t xml:space="preserve"> - Confirms the documentary's title, producers, and the exploration of the artists' careers and the cultural context of their feud.</w:t>
      </w:r>
      <w:r/>
    </w:p>
    <w:p>
      <w:pPr>
        <w:pStyle w:val="ListNumber"/>
        <w:spacing w:line="240" w:lineRule="auto"/>
        <w:ind w:left="720"/>
      </w:pPr>
      <w:r/>
      <w:hyperlink r:id="rId11">
        <w:r>
          <w:rPr>
            <w:color w:val="0000EE"/>
            <w:u w:val="single"/>
          </w:rPr>
          <w:t>https://www.theguardian.com/tv-and-radio/2024/oct/29/tv-tonight-inside-drake-and-kendrick-lamars-very-public-beef</w:t>
        </w:r>
      </w:hyperlink>
      <w:r>
        <w:t xml:space="preserve"> - Mentions Mary Berry's return with 'Mary’s Foolproof Dinners' and the specific dishes she will be preparing with Alan Carr.</w:t>
      </w:r>
      <w:r/>
    </w:p>
    <w:p>
      <w:pPr>
        <w:pStyle w:val="ListNumber"/>
        <w:spacing w:line="240" w:lineRule="auto"/>
        <w:ind w:left="720"/>
      </w:pPr>
      <w:r/>
      <w:hyperlink r:id="rId11">
        <w:r>
          <w:rPr>
            <w:color w:val="0000EE"/>
            <w:u w:val="single"/>
          </w:rPr>
          <w:t>https://www.theguardian.com/tv-and-radio/2024/oct/29/tv-tonight-inside-drake-and-kendrick-lamars-very-public-beef</w:t>
        </w:r>
      </w:hyperlink>
      <w:r>
        <w:t xml:space="preserve"> - Describes the autumn-themed challenges on The Great British Bake Off, including the signature pie, technical Parkin cake, and vegetable-based showstopper.</w:t>
      </w:r>
      <w:r/>
    </w:p>
    <w:p>
      <w:pPr>
        <w:pStyle w:val="ListNumber"/>
        <w:spacing w:line="240" w:lineRule="auto"/>
        <w:ind w:left="720"/>
      </w:pPr>
      <w:r/>
      <w:hyperlink r:id="rId11">
        <w:r>
          <w:rPr>
            <w:color w:val="0000EE"/>
            <w:u w:val="single"/>
          </w:rPr>
          <w:t>https://www.theguardian.com/tv-and-radio/2024/oct/29/tv-tonight-inside-drake-and-kendrick-lamars-very-public-beef</w:t>
        </w:r>
      </w:hyperlink>
      <w:r>
        <w:t xml:space="preserve"> - Details the documentary 'Storyville: Eternal You' on BBC Four, focusing on AI avatars of deceased loved ones and the ethical implications.</w:t>
      </w:r>
      <w:r/>
    </w:p>
    <w:p>
      <w:pPr>
        <w:pStyle w:val="ListNumber"/>
        <w:spacing w:line="240" w:lineRule="auto"/>
        <w:ind w:left="720"/>
      </w:pPr>
      <w:r/>
      <w:hyperlink r:id="rId11">
        <w:r>
          <w:rPr>
            <w:color w:val="0000EE"/>
            <w:u w:val="single"/>
          </w:rPr>
          <w:t>https://www.theguardian.com/tv-and-radio/2024/oct/29/tv-tonight-inside-drake-and-kendrick-lamars-very-public-beef</w:t>
        </w:r>
      </w:hyperlink>
      <w:r>
        <w:t xml:space="preserve"> - Describes the road trip series 'The Overlap on Tour' featuring Gary Neville, Jamie Carragher, Ian Wright, and Roy Keane in Turin, Italy.</w:t>
      </w:r>
      <w:r/>
    </w:p>
    <w:p>
      <w:pPr>
        <w:pStyle w:val="ListNumber"/>
        <w:spacing w:line="240" w:lineRule="auto"/>
        <w:ind w:left="720"/>
      </w:pPr>
      <w:r/>
      <w:hyperlink r:id="rId10">
        <w:r>
          <w:rPr>
            <w:color w:val="0000EE"/>
            <w:u w:val="single"/>
          </w:rPr>
          <w:t>https://www.wlevradio.com/news/new-public-enemies-documentary-to-focus-on-kendrick-lamar-and-drake-feud/</w:t>
        </w:r>
      </w:hyperlink>
      <w:r>
        <w:t xml:space="preserve"> - Mentions the previous 'Public Enemies' documentary on Jay Z vs Kanye, highlighting the evolution of rivalries in the music industry.</w:t>
      </w:r>
      <w:r/>
    </w:p>
    <w:p>
      <w:pPr>
        <w:pStyle w:val="ListNumber"/>
        <w:spacing w:line="240" w:lineRule="auto"/>
        <w:ind w:left="720"/>
      </w:pPr>
      <w:r/>
      <w:hyperlink r:id="rId13">
        <w:r>
          <w:rPr>
            <w:color w:val="0000EE"/>
            <w:u w:val="single"/>
          </w:rPr>
          <w:t>https://www.buzzfeed.com/morganmurrell/drake-kendrick-lamar-beef-documentary</w:t>
        </w:r>
      </w:hyperlink>
      <w:r>
        <w:t xml:space="preserve"> - Explains the significance of the diss tracks and the allegations of paedophilia that were denied, adding to the public feud between Kendrick Lamar and Drake.</w:t>
      </w:r>
      <w:r/>
    </w:p>
    <w:p>
      <w:pPr>
        <w:pStyle w:val="ListNumber"/>
        <w:spacing w:line="240" w:lineRule="auto"/>
        <w:ind w:left="720"/>
      </w:pPr>
      <w:r/>
      <w:hyperlink r:id="rId11">
        <w:r>
          <w:rPr>
            <w:color w:val="0000EE"/>
            <w:u w:val="single"/>
          </w:rPr>
          <w:t>https://www.theguardian.com/tv-and-radio/2024/oct/29/tv-tonight-inside-drake-and-kendrick-lamars-very-public-beef</w:t>
        </w:r>
      </w:hyperlink>
      <w:r>
        <w:t xml:space="preserve"> - Please view link - unable to able to access data</w:t>
      </w:r>
      <w:r/>
    </w:p>
    <w:p>
      <w:pPr>
        <w:pStyle w:val="ListNumber"/>
        <w:spacing w:line="240" w:lineRule="auto"/>
        <w:ind w:left="720"/>
      </w:pPr>
      <w:r/>
      <w:hyperlink r:id="rId15">
        <w:r>
          <w:rPr>
            <w:color w:val="0000EE"/>
            <w:u w:val="single"/>
          </w:rPr>
          <w:t>https://inews.co.uk/culture/television/whats-on-tv-tonight-oct-29-3348691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levradio.com/news/new-public-enemies-documentary-to-focus-on-kendrick-lamar-and-drake-feud/" TargetMode="External"/><Relationship Id="rId11" Type="http://schemas.openxmlformats.org/officeDocument/2006/relationships/hyperlink" Target="https://www.theguardian.com/tv-and-radio/2024/oct/29/tv-tonight-inside-drake-and-kendrick-lamars-very-public-beef" TargetMode="External"/><Relationship Id="rId12" Type="http://schemas.openxmlformats.org/officeDocument/2006/relationships/hyperlink" Target="https://www.reddit.com/r/KendrickLamar/comments/1fz41fr/uks_channel_4_to_create_documentary_on_drake_v/" TargetMode="External"/><Relationship Id="rId13" Type="http://schemas.openxmlformats.org/officeDocument/2006/relationships/hyperlink" Target="https://www.buzzfeed.com/morganmurrell/drake-kendrick-lamar-beef-documentary" TargetMode="External"/><Relationship Id="rId14" Type="http://schemas.openxmlformats.org/officeDocument/2006/relationships/hyperlink" Target="https://www.imdb.com/news/ni64873872/" TargetMode="External"/><Relationship Id="rId15" Type="http://schemas.openxmlformats.org/officeDocument/2006/relationships/hyperlink" Target="https://inews.co.uk/culture/television/whats-on-tv-tonight-oct-29-33486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