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Progress towards self-improving AI raises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field of artificial intelligence (AI), researchers are making progress towards creating AI systems that possess self-improving capabilities. The concept, while rooted in science fiction, has historical academic foundations tracing back to the mid-20th century. Notably, mathematician I.J. Good was one of the earliest proponents of the idea, envisioning an "intelligence explosion" leading to machines of "ultraintelligent" capacity.</w:t>
      </w:r>
      <w:r/>
    </w:p>
    <w:p>
      <w:r/>
      <w:r>
        <w:t>The notion has since evolved into what is now known as "self-improving AI". This term, popularised by figures such as Eliezer Yudkowsky, founder of the LessWrong forum, refers to AI systems equipped with the ability to understand, modify, and enhance their own algorithms or even design their more advanced successors. Such a system was coined "Seed AI" by Yudkowsky in 2007.</w:t>
      </w:r>
      <w:r/>
    </w:p>
    <w:p>
      <w:r/>
      <w:r>
        <w:t>Despite the excitement surrounding these advancements, realizing a truly self-reinforcing AI remains a complex challenge. While the theoretical framework appears straightforward, the practical execution involves intricate and nuanced technical hurdles. Sam Altman, CEO of OpenAI, expressed this complexity in a 2015 blog, acknowledging that while self-improving AI was still "somewhat far away," it represented, in his view, a profound existential threat to humanity — highlighting both the potential and perils of such technology.</w:t>
      </w:r>
      <w:r/>
    </w:p>
    <w:p>
      <w:r/>
      <w:r>
        <w:t>Current research efforts primarily focus on leveraging large language models (LLMs) to assist in designing and training successors that are more efficient or capable. This approach mirrors historical precedents in technology, where existing tools are recast to create superior iterations. These initiatives do not yet involve modifying the AI's internal operations in real-time but rather utilise established models to conceive improved versions.</w:t>
      </w:r>
      <w:r/>
    </w:p>
    <w:p>
      <w:r/>
      <w:r>
        <w:t>While some might envision these developments leading to a "singularity" — a hypothetical point at which AI achieves self-sustaining superintelligence — inherent limitations persist. The researchers continue to explore these boundaries, offering a balanced view between sci-fi-inspired expectations and current technological capabilities.</w:t>
      </w:r>
      <w:r/>
    </w:p>
    <w:p>
      <w:r/>
      <w:r>
        <w:t>The debate surrounding self-improving AI remains active, as experts ponder the ethical and practical implications. This ongoing discourse reflects broader societal concerns over the future role of AI in various sectors. The advancements made thus far represent meaningful progress, yet the field remains poised on the threshold of more groundbreaking breakthroughs that could redefine the landscape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https://jacobbuckman.substack.com/p/we-arent-close-to-creating-a-rapidly</w:t>
        </w:r>
      </w:hyperlink>
      <w:r>
        <w:t xml:space="preserve"> - This article discusses the current limitations and challenges in creating self-improving AI, including the need for significant breakthroughs and the inefficiency of current active-learning algorithms.</w:t>
      </w:r>
      <w:r/>
    </w:p>
    <w:p>
      <w:pPr>
        <w:pStyle w:val="ListNumber"/>
        <w:spacing w:line="240" w:lineRule="auto"/>
        <w:ind w:left="720"/>
      </w:pPr>
      <w:r/>
      <w:hyperlink r:id="rId11">
        <w:r>
          <w:rPr>
            <w:color w:val="0000EE"/>
            <w:u w:val="single"/>
          </w:rPr>
          <w:t>https://www.semanticscholar.org/paper/Self-improving-AI:-an-Analysis-Hall/39ac9d8da5990789f57cf3b44154cf29e2d0efe7</w:t>
        </w:r>
      </w:hyperlink>
      <w:r>
        <w:t xml:space="preserve"> - This paper provides an analysis of self-improving AI, tracing back to the 1956 Dartmouth conference and discussing various aspects of self-improvement, including the potential for rapid exponential increase in intelligence.</w:t>
      </w:r>
      <w:r/>
    </w:p>
    <w:p>
      <w:pPr>
        <w:pStyle w:val="ListNumber"/>
        <w:spacing w:line="240" w:lineRule="auto"/>
        <w:ind w:left="720"/>
      </w:pPr>
      <w:r/>
      <w:hyperlink r:id="rId12">
        <w:r>
          <w:rPr>
            <w:color w:val="0000EE"/>
            <w:u w:val="single"/>
          </w:rPr>
          <w:t>https://en.wikipedia.org/wiki/Recursive_self-improvement</w:t>
        </w:r>
      </w:hyperlink>
      <w:r>
        <w:t xml:space="preserve"> - This Wikipedia article explains the concept of recursive self-improvement, including the idea of 'Seed AI' and the potential risks and ethical concerns associated with such systems.</w:t>
      </w:r>
      <w:r/>
    </w:p>
    <w:p>
      <w:pPr>
        <w:pStyle w:val="ListNumber"/>
        <w:spacing w:line="240" w:lineRule="auto"/>
        <w:ind w:left="720"/>
      </w:pPr>
      <w:r/>
      <w:hyperlink r:id="rId13">
        <w:r>
          <w:rPr>
            <w:color w:val="0000EE"/>
            <w:u w:val="single"/>
          </w:rPr>
          <w:t>https://policyinterns.com/2024/07/11/self-improving-neural-networks/</w:t>
        </w:r>
      </w:hyperlink>
      <w:r>
        <w:t xml:space="preserve"> - This article discusses OpenAI's 'Self-Improving Neural Networks' (SINS), highlighting how these systems can autonomously enhance their performance using reinforcement learning and meta-learning.</w:t>
      </w:r>
      <w:r/>
    </w:p>
    <w:p>
      <w:pPr>
        <w:pStyle w:val="ListNumber"/>
        <w:spacing w:line="240" w:lineRule="auto"/>
        <w:ind w:left="720"/>
      </w:pPr>
      <w:r/>
      <w:hyperlink r:id="rId10">
        <w:r>
          <w:rPr>
            <w:color w:val="0000EE"/>
            <w:u w:val="single"/>
          </w:rPr>
          <w:t>https://jacobbuckman.substack.com/p/we-arent-close-to-creating-a-rapidly</w:t>
        </w:r>
      </w:hyperlink>
      <w:r>
        <w:t xml:space="preserve"> - This article mentions the concept of 'Seed AI' and the role of figures like Eliezer Yudkowsky in popularizing the idea of self-improving AI.</w:t>
      </w:r>
      <w:r/>
    </w:p>
    <w:p>
      <w:pPr>
        <w:pStyle w:val="ListNumber"/>
        <w:spacing w:line="240" w:lineRule="auto"/>
        <w:ind w:left="720"/>
      </w:pPr>
      <w:r/>
      <w:hyperlink r:id="rId12">
        <w:r>
          <w:rPr>
            <w:color w:val="0000EE"/>
            <w:u w:val="single"/>
          </w:rPr>
          <w:t>https://en.wikipedia.org/wiki/Recursive_self-improvement</w:t>
        </w:r>
      </w:hyperlink>
      <w:r>
        <w:t xml:space="preserve"> - This article explains the historical and academic foundations of self-improving AI, including the contributions of mathematician I.J. Good and the concept of an 'intelligence explosion'.</w:t>
      </w:r>
      <w:r/>
    </w:p>
    <w:p>
      <w:pPr>
        <w:pStyle w:val="ListNumber"/>
        <w:spacing w:line="240" w:lineRule="auto"/>
        <w:ind w:left="720"/>
      </w:pPr>
      <w:r/>
      <w:hyperlink r:id="rId11">
        <w:r>
          <w:rPr>
            <w:color w:val="0000EE"/>
            <w:u w:val="single"/>
          </w:rPr>
          <w:t>https://www.semanticscholar.org/paper/Self-improving-AI:-an-Analysis-Hall/39ac9d8da5990789f57cf3b44154cf29e2d0efe7</w:t>
        </w:r>
      </w:hyperlink>
      <w:r>
        <w:t xml:space="preserve"> - This paper discusses the theoretical framework and practical challenges of realizing self-improving AI, aligning with the complexity highlighted by Sam Altman.</w:t>
      </w:r>
      <w:r/>
    </w:p>
    <w:p>
      <w:pPr>
        <w:pStyle w:val="ListNumber"/>
        <w:spacing w:line="240" w:lineRule="auto"/>
        <w:ind w:left="720"/>
      </w:pPr>
      <w:r/>
      <w:hyperlink r:id="rId13">
        <w:r>
          <w:rPr>
            <w:color w:val="0000EE"/>
            <w:u w:val="single"/>
          </w:rPr>
          <w:t>https://policyinterns.com/2024/07/11/self-improving-neural-networks/</w:t>
        </w:r>
      </w:hyperlink>
      <w:r>
        <w:t xml:space="preserve"> - This article details current research efforts using large language models to design and train more efficient or capable successors, reflecting the approach of using existing tools to create superior iterations.</w:t>
      </w:r>
      <w:r/>
    </w:p>
    <w:p>
      <w:pPr>
        <w:pStyle w:val="ListNumber"/>
        <w:spacing w:line="240" w:lineRule="auto"/>
        <w:ind w:left="720"/>
      </w:pPr>
      <w:r/>
      <w:hyperlink r:id="rId12">
        <w:r>
          <w:rPr>
            <w:color w:val="0000EE"/>
            <w:u w:val="single"/>
          </w:rPr>
          <w:t>https://en.wikipedia.org/wiki/Recursive_self-improvement</w:t>
        </w:r>
      </w:hyperlink>
      <w:r>
        <w:t xml:space="preserve"> - This article addresses the debate and ethical implications surrounding self-improving AI, including the potential for a 'singularity' and the ongoing discourse among experts.</w:t>
      </w:r>
      <w:r/>
    </w:p>
    <w:p>
      <w:pPr>
        <w:pStyle w:val="ListNumber"/>
        <w:spacing w:line="240" w:lineRule="auto"/>
        <w:ind w:left="720"/>
      </w:pPr>
      <w:r/>
      <w:hyperlink r:id="rId10">
        <w:r>
          <w:rPr>
            <w:color w:val="0000EE"/>
            <w:u w:val="single"/>
          </w:rPr>
          <w:t>https://jacobbuckman.substack.com/p/we-arent-close-to-creating-a-rapidly</w:t>
        </w:r>
      </w:hyperlink>
      <w:r>
        <w:t xml:space="preserve"> - This article discusses the limitations and boundaries that prevent current AI systems from achieving self-sustaining superintelligence, reflecting the balanced view between expectations and current capabilities.</w:t>
      </w:r>
      <w:r/>
    </w:p>
    <w:p>
      <w:pPr>
        <w:pStyle w:val="ListNumber"/>
        <w:spacing w:line="240" w:lineRule="auto"/>
        <w:ind w:left="720"/>
      </w:pPr>
      <w:r/>
      <w:hyperlink r:id="rId13">
        <w:r>
          <w:rPr>
            <w:color w:val="0000EE"/>
            <w:u w:val="single"/>
          </w:rPr>
          <w:t>https://policyinterns.com/2024/07/11/self-improving-neural-networks/</w:t>
        </w:r>
      </w:hyperlink>
      <w:r>
        <w:t xml:space="preserve"> - This article highlights the broader societal concerns and the potential future role of AI in various sectors, aligning with the ongoing discourse and future breakthroughs in AI.</w:t>
      </w:r>
      <w:r/>
    </w:p>
    <w:p>
      <w:pPr>
        <w:pStyle w:val="ListNumber"/>
        <w:spacing w:line="240" w:lineRule="auto"/>
        <w:ind w:left="720"/>
      </w:pPr>
      <w:r/>
      <w:hyperlink r:id="rId14">
        <w:r>
          <w:rPr>
            <w:color w:val="0000EE"/>
            <w:u w:val="single"/>
          </w:rPr>
          <w:t>https://arstechnica.com/ai/2024/10/the-quest-to-use-ai-to-build-better-ai/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acobbuckman.substack.com/p/we-arent-close-to-creating-a-rapidly" TargetMode="External"/><Relationship Id="rId11" Type="http://schemas.openxmlformats.org/officeDocument/2006/relationships/hyperlink" Target="https://www.semanticscholar.org/paper/Self-improving-AI:-an-Analysis-Hall/39ac9d8da5990789f57cf3b44154cf29e2d0efe7" TargetMode="External"/><Relationship Id="rId12" Type="http://schemas.openxmlformats.org/officeDocument/2006/relationships/hyperlink" Target="https://en.wikipedia.org/wiki/Recursive_self-improvement" TargetMode="External"/><Relationship Id="rId13" Type="http://schemas.openxmlformats.org/officeDocument/2006/relationships/hyperlink" Target="https://policyinterns.com/2024/07/11/self-improving-neural-networks/" TargetMode="External"/><Relationship Id="rId14" Type="http://schemas.openxmlformats.org/officeDocument/2006/relationships/hyperlink" Target="https://arstechnica.com/ai/2024/10/the-quest-to-use-ai-to-build-bette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