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Roborock introduces the Qrevo Curv robot vacuum with advanced cleaning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Roborock has made a significant addition to its series of innovative home-cleaning appliances with the release of the Qrevo Curv robot vacuum. This newly unveiled model aims to cater to the needs of households that demand both aesthetic appeal and high-performance cleaning from their appliances. </w:t>
      </w:r>
      <w:r/>
    </w:p>
    <w:p>
      <w:r/>
      <w:r>
        <w:t>The Qrevo Curv is notable for its unparalleled suction power in the realm of robot vacuums. With a suction capacity of 18,500Pa, Roborock's latest offering boasts the ability to tackle various surfaces, from hard floors to deep-pile carpets. Despite its remarkable power, which is a headline feature in robot vacuums, it comes with a hefty price tag of $1,600. This places the Qrevo Curv in the premium segment, where it competes with other high-end models yet offers unique attributes that could justify the cost for many customers.</w:t>
      </w:r>
      <w:r/>
    </w:p>
    <w:p>
      <w:r/>
      <w:r>
        <w:t>In terms of design, the Qrevo Curv distinguishes itself with a sleek, modern look. Its curved dock differs from the conventional boxy or rectangular designs seen in competitors, combining both form and function in a compact and visually appealing device. The docking station includes practical features, such as a removable baseplate and built-in squeegees for easy maintenance of the mop pads, reducing the need for frequent manual cleaning.</w:t>
      </w:r>
      <w:r/>
    </w:p>
    <w:p>
      <w:r/>
      <w:r>
        <w:t>The Qrevo Curv is equipped with a DuoDivide roller brush system. This system features hybrid brushes made of bristles and rubber blades, effectively dealing with debris while minimising hair tangles—a useful feature for households with pets. The robot's arced side brush further ensures that hair entanglement is kept to a minimum, while the rotating mop pads can extend to clean alongside baseboards using hot water to maximise sanitation.</w:t>
      </w:r>
      <w:r/>
    </w:p>
    <w:p>
      <w:r/>
      <w:r>
        <w:t>One of the standout features of the Qrevo Curv is its AI-powered navigation system. Using LiDAR and RGB cameras, the vacuum can map out spaces with precision, navigating obstacles with ease. It supports floor mapping for up to four different levels, allowing users to customise cleaning routines across a multistorey home. Complementing this is the AdaptiLift chassis, which allows the robot to alter its height to easily cross thresholds and other obstacles, though there are occasional issues with it attempting to climb objects it shouldn't.</w:t>
      </w:r>
      <w:r/>
    </w:p>
    <w:p>
      <w:r/>
      <w:r>
        <w:t>The Qrevo Curv offers integration with home automation systems including Alexa and Google Assistant, enabling voice-controlled operation. It supports both vacuuming and mopping modes, although it doesn't feature a built-in detergent tank, which means users need to manually add detergent to the clean water tank, slightly complicating the otherwise sophisticated mopping system.</w:t>
      </w:r>
      <w:r/>
    </w:p>
    <w:p>
      <w:r/>
      <w:r>
        <w:t>While the premium features of the Qrevo Curv present a strong case for its pricing, prospective buyers should consider whether the investment aligns with their needs. The impressive cleaning power and smart technology are undeniable, yet the cost might be prohibitive for some consumers. Despite this, for those who can accommodate the expense, the Qrevo Curv offers a powerful, efficient, and aesthetically pleasing solution for smart home cleaning needs. Its performance and innovative features position it as a frontrunner in the high-end category of robotic vacuums.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https://www.cnet.com/home/kitchen-and-household/roborock-qrevo-curv-robot-vacuum-an-elegant-unstoppable-cleaning-machine/</w:t>
        </w:r>
      </w:hyperlink>
      <w:r>
        <w:t xml:space="preserve"> - Corroborates the Qrevo Curv's suction power, DuoDivide anti-tangle system, and AdaptiLift chassis.</w:t>
      </w:r>
      <w:r/>
    </w:p>
    <w:p>
      <w:pPr>
        <w:pStyle w:val="ListNumber"/>
        <w:spacing w:line="240" w:lineRule="auto"/>
        <w:ind w:left="720"/>
      </w:pPr>
      <w:r/>
      <w:hyperlink r:id="rId11">
        <w:r>
          <w:rPr>
            <w:color w:val="0000EE"/>
            <w:u w:val="single"/>
          </w:rPr>
          <w:t>https://www.reddit.com/r/Roborock/comments/1fvq4ma/roborock_qrevo_curv_first_impressions/</w:t>
        </w:r>
      </w:hyperlink>
      <w:r>
        <w:t xml:space="preserve"> - Supports the powerful suction of 18,500 Pa and the effectiveness of the AdaptiLift Chassis in navigating obstacles.</w:t>
      </w:r>
      <w:r/>
    </w:p>
    <w:p>
      <w:pPr>
        <w:pStyle w:val="ListNumber"/>
        <w:spacing w:line="240" w:lineRule="auto"/>
        <w:ind w:left="720"/>
      </w:pPr>
      <w:r/>
      <w:hyperlink r:id="rId12">
        <w:r>
          <w:rPr>
            <w:color w:val="0000EE"/>
            <w:u w:val="single"/>
          </w:rPr>
          <w:t>https://www.reddit.com/r/Roborock/comments/1fbtiyu/thoughts_on_roborock_qrevo_curv/</w:t>
        </w:r>
      </w:hyperlink>
      <w:r>
        <w:t xml:space="preserve"> - Confirms the climbing ability of 4cm, the use of a solid state lidar, and the price range of the Qrevo Curv.</w:t>
      </w:r>
      <w:r/>
    </w:p>
    <w:p>
      <w:pPr>
        <w:pStyle w:val="ListNumber"/>
        <w:spacing w:line="240" w:lineRule="auto"/>
        <w:ind w:left="720"/>
      </w:pPr>
      <w:r/>
      <w:hyperlink r:id="rId13">
        <w:r>
          <w:rPr>
            <w:color w:val="0000EE"/>
            <w:u w:val="single"/>
          </w:rPr>
          <w:t>https://www.youtube.com/watch?v=3ONdJaggmD8</w:t>
        </w:r>
      </w:hyperlink>
      <w:r>
        <w:t xml:space="preserve"> - Details the suction power, DuoDivide anti-tangle brush system, and the performance of the AdaptiLift chassis.</w:t>
      </w:r>
      <w:r/>
    </w:p>
    <w:p>
      <w:pPr>
        <w:pStyle w:val="ListNumber"/>
        <w:spacing w:line="240" w:lineRule="auto"/>
        <w:ind w:left="720"/>
      </w:pPr>
      <w:r/>
      <w:hyperlink r:id="rId10">
        <w:r>
          <w:rPr>
            <w:color w:val="0000EE"/>
            <w:u w:val="single"/>
          </w:rPr>
          <w:t>https://www.cnet.com/home/kitchen-and-household/roborock-qrevo-curv-robot-vacuum-an-elegant-unstoppable-cleaning-machine/</w:t>
        </w:r>
      </w:hyperlink>
      <w:r>
        <w:t xml:space="preserve"> - Describes the sleek design and the features of the docking station, including the self-driven cleaning module.</w:t>
      </w:r>
      <w:r/>
    </w:p>
    <w:p>
      <w:pPr>
        <w:pStyle w:val="ListNumber"/>
        <w:spacing w:line="240" w:lineRule="auto"/>
        <w:ind w:left="720"/>
      </w:pPr>
      <w:r/>
      <w:hyperlink r:id="rId11">
        <w:r>
          <w:rPr>
            <w:color w:val="0000EE"/>
            <w:u w:val="single"/>
          </w:rPr>
          <w:t>https://www.reddit.com/r/Roborock/comments/1fvq4ma/roborock_qrevo_curv_first_impressions/</w:t>
        </w:r>
      </w:hyperlink>
      <w:r>
        <w:t xml:space="preserve"> - Mentions the effectiveness of the DuoDivide roller brush system in minimizing hair tangles.</w:t>
      </w:r>
      <w:r/>
    </w:p>
    <w:p>
      <w:pPr>
        <w:pStyle w:val="ListNumber"/>
        <w:spacing w:line="240" w:lineRule="auto"/>
        <w:ind w:left="720"/>
      </w:pPr>
      <w:r/>
      <w:hyperlink r:id="rId13">
        <w:r>
          <w:rPr>
            <w:color w:val="0000EE"/>
            <w:u w:val="single"/>
          </w:rPr>
          <w:t>https://www.youtube.com/watch?v=3ONdJaggmD8</w:t>
        </w:r>
      </w:hyperlink>
      <w:r>
        <w:t xml:space="preserve"> - Explains the AI-powered navigation system using LiDAR and RGB cameras, and the floor mapping capabilities.</w:t>
      </w:r>
      <w:r/>
    </w:p>
    <w:p>
      <w:pPr>
        <w:pStyle w:val="ListNumber"/>
        <w:spacing w:line="240" w:lineRule="auto"/>
        <w:ind w:left="720"/>
      </w:pPr>
      <w:r/>
      <w:hyperlink r:id="rId10">
        <w:r>
          <w:rPr>
            <w:color w:val="0000EE"/>
            <w:u w:val="single"/>
          </w:rPr>
          <w:t>https://www.cnet.com/home/kitchen-and-household/roborock-qrevo-curv-robot-vacuum-an-elegant-unstoppable-cleaning-machine/</w:t>
        </w:r>
      </w:hyperlink>
      <w:r>
        <w:t xml:space="preserve"> - Discusses the integration with home automation systems and voice-controlled operation.</w:t>
      </w:r>
      <w:r/>
    </w:p>
    <w:p>
      <w:pPr>
        <w:pStyle w:val="ListNumber"/>
        <w:spacing w:line="240" w:lineRule="auto"/>
        <w:ind w:left="720"/>
      </w:pPr>
      <w:r/>
      <w:hyperlink r:id="rId12">
        <w:r>
          <w:rPr>
            <w:color w:val="0000EE"/>
            <w:u w:val="single"/>
          </w:rPr>
          <w:t>https://www.reddit.com/r/Roborock/comments/1fbtiyu/thoughts_on_roborock_qrevo_curv/</w:t>
        </w:r>
      </w:hyperlink>
      <w:r>
        <w:t xml:space="preserve"> - Mentions the absence of a built-in detergent tank and the need for manual detergent addition.</w:t>
      </w:r>
      <w:r/>
    </w:p>
    <w:p>
      <w:pPr>
        <w:pStyle w:val="ListNumber"/>
        <w:spacing w:line="240" w:lineRule="auto"/>
        <w:ind w:left="720"/>
      </w:pPr>
      <w:r/>
      <w:hyperlink r:id="rId14">
        <w:r>
          <w:rPr>
            <w:color w:val="0000EE"/>
            <w:u w:val="single"/>
          </w:rPr>
          <w:t>https://www.bestbuy.com/site/roborock-qrevo-curv-wi-fi-connected-robot-vacuum-and-mop-with-dual-anti-tangle-system-and-18500-pa-suction-power-white/6603805.p?skuId=6603805</w:t>
        </w:r>
      </w:hyperlink>
      <w:r>
        <w:t xml:space="preserve"> - Confirms the price and key features such as Wi-Fi connectivity, dual anti-tangle system, and 18,500 Pa suction power.</w:t>
      </w:r>
      <w:r/>
    </w:p>
    <w:p>
      <w:pPr>
        <w:pStyle w:val="ListNumber"/>
        <w:spacing w:line="240" w:lineRule="auto"/>
        <w:ind w:left="720"/>
      </w:pPr>
      <w:r/>
      <w:hyperlink r:id="rId13">
        <w:r>
          <w:rPr>
            <w:color w:val="0000EE"/>
            <w:u w:val="single"/>
          </w:rPr>
          <w:t>https://www.youtube.com/watch?v=3ONdJaggmD8</w:t>
        </w:r>
      </w:hyperlink>
      <w:r>
        <w:t xml:space="preserve"> - Details the performance and maintenance features of the mopping system, including hot water washing and drying of mop pads.</w:t>
      </w:r>
      <w:r/>
    </w:p>
    <w:p>
      <w:pPr>
        <w:pStyle w:val="ListNumber"/>
        <w:spacing w:line="240" w:lineRule="auto"/>
        <w:ind w:left="720"/>
      </w:pPr>
      <w:r/>
      <w:hyperlink r:id="rId15">
        <w:r>
          <w:rPr>
            <w:color w:val="0000EE"/>
            <w:u w:val="single"/>
          </w:rPr>
          <w:t>https://www.androidpolice.com/roborock-qrevo-curv-review/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home/kitchen-and-household/roborock-qrevo-curv-robot-vacuum-an-elegant-unstoppable-cleaning-machine/" TargetMode="External"/><Relationship Id="rId11" Type="http://schemas.openxmlformats.org/officeDocument/2006/relationships/hyperlink" Target="https://www.reddit.com/r/Roborock/comments/1fvq4ma/roborock_qrevo_curv_first_impressions/" TargetMode="External"/><Relationship Id="rId12" Type="http://schemas.openxmlformats.org/officeDocument/2006/relationships/hyperlink" Target="https://www.reddit.com/r/Roborock/comments/1fbtiyu/thoughts_on_roborock_qrevo_curv/" TargetMode="External"/><Relationship Id="rId13" Type="http://schemas.openxmlformats.org/officeDocument/2006/relationships/hyperlink" Target="https://www.youtube.com/watch?v=3ONdJaggmD8" TargetMode="External"/><Relationship Id="rId14" Type="http://schemas.openxmlformats.org/officeDocument/2006/relationships/hyperlink" Target="https://www.bestbuy.com/site/roborock-qrevo-curv-wi-fi-connected-robot-vacuum-and-mop-with-dual-anti-tangle-system-and-18500-pa-suction-power-white/6603805.p?skuId=6603805" TargetMode="External"/><Relationship Id="rId15" Type="http://schemas.openxmlformats.org/officeDocument/2006/relationships/hyperlink" Target="https://www.androidpolice.com/roborock-qrevo-curv-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