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Seeed Studio introduces OpenUC2 10x AI portable microscope for versatile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Seeed Studio Introduces OpenUC2 10x AI Portable Microscope for Versatile Applications</w:t>
      </w:r>
      <w:r/>
    </w:p>
    <w:p>
      <w:r/>
      <w:r>
        <w:t>In a notable development in the field of compact microscopy technology, Seeed Studio has launched the OpenUC2 10x AI portable microscope, an innovative piece of equipment that promises to broaden the scope of educational, research, and health monitoring applications. This sophisticated device is notably built around the XIAO ESP32-S3 Sense module and features several exciting components aimed at enhancing accessibility and functionality across various sectors.</w:t>
      </w:r>
      <w:r/>
    </w:p>
    <w:p>
      <w:r/>
      <w:r>
        <w:t xml:space="preserve">The OpenUC2 microscope harnesses the capabilities of an OV2640 camera sensor, which supports a 10x magnification for high-resolution microscopic imaging. This feature combined with a motorized micrometer-precision focusing system ensures detailed and precise observations, even in challenging environments. The imaging system is further enhanced by real-time TinyML processing, which aids in efficient image handling and analysis. </w:t>
      </w:r>
      <w:r/>
    </w:p>
    <w:p>
      <w:r/>
      <w:r>
        <w:t>One of the standout attributes of the OpenUC2 is its modular and open-source design. This allows users to customise and extend the microscope’s capabilities by integrating additional 3D-printed parts, motorized stages, and other sensors. Such flexibility is crucial for users who require specific adaptations for their unique applications. The microscope is equipped with swappable optical components, making it adaptable for a variety of tasks from simple educational demos to complex environmental research projects.</w:t>
      </w:r>
      <w:r/>
    </w:p>
    <w:p>
      <w:r/>
      <w:r>
        <w:t>Connectivity is another pillar of the OpenUC2’s design, featuring 2.4GHz Wi-Fi with a hotspot mode that supports app control, as well as Bluetooth 5.0 with Bluetooth Mesh capabilities. These features enable the microscope to connect seamlessly with other devices, providing a smooth user experience whether the microscope is being used in a classroom or a laboratory setting.</w:t>
      </w:r>
      <w:r/>
    </w:p>
    <w:p>
      <w:r/>
      <w:r>
        <w:t>The technical specifications of the OpenUC2 ensure robust performance. Built on the Espressif Systems ESP32-S3 CPU, which includes a dual-core Tensilica LX7 processor running up to 240 MHz, the device offers significant processing power. With 512KB SRAM and 8MB PSRAM on-chip, alongside 384KB ROM, the setup is tailored for both efficiency and speed. Additional features include a variety of expansion interfaces like USART, I2C, SPI, and 11x GPIO (PWM), enhancing its connectivity and adaptability options.</w:t>
      </w:r>
      <w:r/>
    </w:p>
    <w:p>
      <w:r/>
      <w:r>
        <w:t>The microscope is also equipped with a USB Type-C port, providing power and programming functionalities, which is standard in modern electronic devices. It is designed to operate within a wide temperature range of -40°C to 85°C, ensuring reliability in diverse environmental conditions.</w:t>
      </w:r>
      <w:r/>
    </w:p>
    <w:p>
      <w:r/>
      <w:r>
        <w:t>Seeed Studio provides comprehensive resources to support users of the OpenUC2. The company’s wiki page offers a 'getting started' guide, alongside detailed instructions for experiments and customizations. Users can learn to connect multiple OpenUC2 microscopes, add motorized focusing, and implement stage scanning, thereby expanding the horizons of their projects.</w:t>
      </w:r>
      <w:r/>
    </w:p>
    <w:p>
      <w:r/>
      <w:r>
        <w:t>Priced at $109, the OpenUC2 microscope positions itself as a cost-effective solution for those seeking a portable, versatile microscope without compromising on quality or features. This latest innovation from Seeed Studio exemplifies the growing trend towards modularity and user adaptability in the technological sphere, presenting significant opportunities for both existing and new users in various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https://openuc2.github.io/docs/Toolboxes/DiscoveryElectronics/04_1_seeedmicroscope/</w:t>
        </w:r>
      </w:hyperlink>
      <w:r>
        <w:t xml:space="preserve"> - Corroborates the features of the OpenUC2 XIAO Microscope, including its high-resolution camera, motorized focusing, and modular design.</w:t>
      </w:r>
      <w:r/>
    </w:p>
    <w:p>
      <w:pPr>
        <w:pStyle w:val="ListNumber"/>
        <w:spacing w:line="240" w:lineRule="auto"/>
        <w:ind w:left="720"/>
      </w:pPr>
      <w:r/>
      <w:hyperlink r:id="rId11">
        <w:r>
          <w:rPr>
            <w:color w:val="0000EE"/>
            <w:u w:val="single"/>
          </w:rPr>
          <w:t>https://openuc2.com/xiao/</w:t>
        </w:r>
      </w:hyperlink>
      <w:r>
        <w:t xml:space="preserve"> - Supports the details about the OpenUC2 XIAO AI Microscope's high-resolution imaging, motorized focus, and modular flexibility.</w:t>
      </w:r>
      <w:r/>
    </w:p>
    <w:p>
      <w:pPr>
        <w:pStyle w:val="ListNumber"/>
        <w:spacing w:line="240" w:lineRule="auto"/>
        <w:ind w:left="720"/>
      </w:pPr>
      <w:r/>
      <w:hyperlink r:id="rId12">
        <w:r>
          <w:rPr>
            <w:color w:val="0000EE"/>
            <w:u w:val="single"/>
          </w:rPr>
          <w:t>https://www.cnx-software.com/2024/10/29/openuc2-10x-is-an-esp32-s3-portable-microscope-with-ai-powered-real-time-image-analysis/</w:t>
        </w:r>
      </w:hyperlink>
      <w:r>
        <w:t xml:space="preserve"> - Provides specifications and features of the OpenUC2 10x AI portable microscope, including the ESP32-S3 module, OV2640 camera, and motorized focusing.</w:t>
      </w:r>
      <w:r/>
    </w:p>
    <w:p>
      <w:pPr>
        <w:pStyle w:val="ListNumber"/>
        <w:spacing w:line="240" w:lineRule="auto"/>
        <w:ind w:left="720"/>
      </w:pPr>
      <w:r/>
      <w:hyperlink r:id="rId13">
        <w:r>
          <w:rPr>
            <w:color w:val="0000EE"/>
            <w:u w:val="single"/>
          </w:rPr>
          <w:t>https://www.seeedstudio.com/XIAO-Microscope-p-5971.html?srsltid=AfmBOopyUW3VQ_JRmhQ5-slM5_9Xpp_iXyLxbeulTTEYtKl987-PuigB</w:t>
        </w:r>
      </w:hyperlink>
      <w:r>
        <w:t xml:space="preserve"> - Details the technical specifications and features of the OpenUC2 10x AI Microscope, including its modular and open-source design.</w:t>
      </w:r>
      <w:r/>
    </w:p>
    <w:p>
      <w:pPr>
        <w:pStyle w:val="ListNumber"/>
        <w:spacing w:line="240" w:lineRule="auto"/>
        <w:ind w:left="720"/>
      </w:pPr>
      <w:r/>
      <w:hyperlink r:id="rId14">
        <w:r>
          <w:rPr>
            <w:color w:val="0000EE"/>
            <w:u w:val="single"/>
          </w:rPr>
          <w:t>https://www.seeedstudio.com/blog/2024/10/24/meet-openuc2-10x-ai-microscope-making-advanced-microscopy-accessible-to-everyone/?srsltid=AfmBOorOvohzrLrHBVDo8TTHJzZzzRwWu1kMSZZzHovIr5iArw7C56xY</w:t>
        </w:r>
      </w:hyperlink>
      <w:r>
        <w:t xml:space="preserve"> - Explains the collaborative innovation behind the OpenUC2 10x AI Microscope and its applications in education, research, and health monitoring.</w:t>
      </w:r>
      <w:r/>
    </w:p>
    <w:p>
      <w:pPr>
        <w:pStyle w:val="ListNumber"/>
        <w:spacing w:line="240" w:lineRule="auto"/>
        <w:ind w:left="720"/>
      </w:pPr>
      <w:r/>
      <w:hyperlink r:id="rId15">
        <w:r>
          <w:rPr>
            <w:color w:val="0000EE"/>
            <w:u w:val="single"/>
          </w:rPr>
          <w:t>https://openuc2.github.io/docs/Toolboxes/DiscoveryElectronics/04_1_seeedmicroscope/#Experiment-1-Field-Microscopy-with-the-openUC2-XIAO-Microscope</w:t>
        </w:r>
      </w:hyperlink>
      <w:r>
        <w:t xml:space="preserve"> - Describes the process of using the OpenUC2 XIAO Microscope for field microscopy, including setup and sample analysis.</w:t>
      </w:r>
      <w:r/>
    </w:p>
    <w:p>
      <w:pPr>
        <w:pStyle w:val="ListNumber"/>
        <w:spacing w:line="240" w:lineRule="auto"/>
        <w:ind w:left="720"/>
      </w:pPr>
      <w:r/>
      <w:hyperlink r:id="rId16">
        <w:r>
          <w:rPr>
            <w:color w:val="0000EE"/>
            <w:u w:val="single"/>
          </w:rPr>
          <w:t>https://openuc2.com/xiao/#Modular-Flexibility</w:t>
        </w:r>
      </w:hyperlink>
      <w:r>
        <w:t xml:space="preserve"> - Highlights the modular design and the ability to customize the microscope with swappable objectives and additional modules.</w:t>
      </w:r>
      <w:r/>
    </w:p>
    <w:p>
      <w:pPr>
        <w:pStyle w:val="ListNumber"/>
        <w:spacing w:line="240" w:lineRule="auto"/>
        <w:ind w:left="720"/>
      </w:pPr>
      <w:r/>
      <w:hyperlink r:id="rId17">
        <w:r>
          <w:rPr>
            <w:color w:val="0000EE"/>
            <w:u w:val="single"/>
          </w:rPr>
          <w:t>https://www.cnx-software.com/2024/10/29/openuc2-10x-is-an-esp32-s3-portable-microscope-with-ai-powered-real-time-image-analysis/#OpenUC2_10x_specifications</w:t>
        </w:r>
      </w:hyperlink>
      <w:r>
        <w:t xml:space="preserve"> - Lists the detailed specifications of the OpenUC2 10x AI Microscope, including the ESP32-S3 CPU, memory, and expansion interfaces.</w:t>
      </w:r>
      <w:r/>
    </w:p>
    <w:p>
      <w:pPr>
        <w:pStyle w:val="ListNumber"/>
        <w:spacing w:line="240" w:lineRule="auto"/>
        <w:ind w:left="720"/>
      </w:pPr>
      <w:r/>
      <w:hyperlink r:id="rId18">
        <w:r>
          <w:rPr>
            <w:color w:val="0000EE"/>
            <w:u w:val="single"/>
          </w:rPr>
          <w:t>https://www.seeedstudio.com/blog/2024/10/24/meet-openuc2-10x-ai-microscope-making-advanced-microscopy-accessible-to-everyone/?srsltid=AfmBOorOvohzrLrHBVDo8TTHJzZzzRwWu1kMSZZzHovIr5iArw7C56xY#SOFTWARE-Autonomous-Imaging-and-Easy-Connectivity</w:t>
        </w:r>
      </w:hyperlink>
      <w:r>
        <w:t xml:space="preserve"> - Details the connectivity features, including Wi-Fi, Bluetooth, and autonomous image storage, as well as the user-friendly interface.</w:t>
      </w:r>
      <w:r/>
    </w:p>
    <w:p>
      <w:pPr>
        <w:pStyle w:val="ListNumber"/>
        <w:spacing w:line="240" w:lineRule="auto"/>
        <w:ind w:left="720"/>
      </w:pPr>
      <w:r/>
      <w:hyperlink r:id="rId19">
        <w:r>
          <w:rPr>
            <w:color w:val="0000EE"/>
            <w:u w:val="single"/>
          </w:rPr>
          <w:t>https://openuc2.github.io/docs/Toolboxes/DiscoveryElectronics/04_1_seeedmicroscope/#Product-Description</w:t>
        </w:r>
      </w:hyperlink>
      <w:r>
        <w:t xml:space="preserve"> - Describes the robust power design, compact size, and portability of the OpenUC2 XIAO Microscope, making it suitable for field research.</w:t>
      </w:r>
      <w:r/>
    </w:p>
    <w:p>
      <w:pPr>
        <w:pStyle w:val="ListNumber"/>
        <w:spacing w:line="240" w:lineRule="auto"/>
        <w:ind w:left="720"/>
      </w:pPr>
      <w:r/>
      <w:hyperlink r:id="rId20">
        <w:r>
          <w:rPr>
            <w:color w:val="0000EE"/>
            <w:u w:val="single"/>
          </w:rPr>
          <w:t>https://www.cnx-software.com/2024/10/29/openuc2-10x-is-an-esp32-s3-portable-microscope-with-ai-powered-real-time-image-analysis/#Support</w:t>
        </w:r>
      </w:hyperlink>
      <w:r>
        <w:t xml:space="preserve"> - Mentions the comprehensive resources provided by Seeed Studio, including a 'getting started' guide and instructions for customizations and experiments.</w:t>
      </w:r>
      <w:r/>
    </w:p>
    <w:p>
      <w:pPr>
        <w:pStyle w:val="ListNumber"/>
        <w:spacing w:line="240" w:lineRule="auto"/>
        <w:ind w:left="720"/>
      </w:pPr>
      <w:r/>
      <w:hyperlink r:id="rId12">
        <w:r>
          <w:rPr>
            <w:color w:val="0000EE"/>
            <w:u w:val="single"/>
          </w:rPr>
          <w:t>https://www.cnx-software.com/2024/10/29/openuc2-10x-is-an-esp32-s3-portable-microscope-with-ai-powered-real-time-image-analysis/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uc2.github.io/docs/Toolboxes/DiscoveryElectronics/04_1_seeedmicroscope/" TargetMode="External"/><Relationship Id="rId11" Type="http://schemas.openxmlformats.org/officeDocument/2006/relationships/hyperlink" Target="https://openuc2.com/xiao/" TargetMode="External"/><Relationship Id="rId12" Type="http://schemas.openxmlformats.org/officeDocument/2006/relationships/hyperlink" Target="https://www.cnx-software.com/2024/10/29/openuc2-10x-is-an-esp32-s3-portable-microscope-with-ai-powered-real-time-image-analysis/" TargetMode="External"/><Relationship Id="rId13" Type="http://schemas.openxmlformats.org/officeDocument/2006/relationships/hyperlink" Target="https://www.seeedstudio.com/XIAO-Microscope-p-5971.html?srsltid=AfmBOopyUW3VQ_JRmhQ5-slM5_9Xpp_iXyLxbeulTTEYtKl987-PuigB" TargetMode="External"/><Relationship Id="rId14" Type="http://schemas.openxmlformats.org/officeDocument/2006/relationships/hyperlink" Target="https://www.seeedstudio.com/blog/2024/10/24/meet-openuc2-10x-ai-microscope-making-advanced-microscopy-accessible-to-everyone/?srsltid=AfmBOorOvohzrLrHBVDo8TTHJzZzzRwWu1kMSZZzHovIr5iArw7C56xY" TargetMode="External"/><Relationship Id="rId15" Type="http://schemas.openxmlformats.org/officeDocument/2006/relationships/hyperlink" Target="https://openuc2.github.io/docs/Toolboxes/DiscoveryElectronics/04_1_seeedmicroscope/#Experiment-1-Field-Microscopy-with-the-openUC2-XIAO-Microscope" TargetMode="External"/><Relationship Id="rId16" Type="http://schemas.openxmlformats.org/officeDocument/2006/relationships/hyperlink" Target="https://openuc2.com/xiao/#Modular-Flexibility" TargetMode="External"/><Relationship Id="rId17" Type="http://schemas.openxmlformats.org/officeDocument/2006/relationships/hyperlink" Target="https://www.cnx-software.com/2024/10/29/openuc2-10x-is-an-esp32-s3-portable-microscope-with-ai-powered-real-time-image-analysis/#OpenUC2_10x_specifications" TargetMode="External"/><Relationship Id="rId18" Type="http://schemas.openxmlformats.org/officeDocument/2006/relationships/hyperlink" Target="https://www.seeedstudio.com/blog/2024/10/24/meet-openuc2-10x-ai-microscope-making-advanced-microscopy-accessible-to-everyone/?srsltid=AfmBOorOvohzrLrHBVDo8TTHJzZzzRwWu1kMSZZzHovIr5iArw7C56xY#SOFTWARE-Autonomous-Imaging-and-Easy-Connectivity" TargetMode="External"/><Relationship Id="rId19" Type="http://schemas.openxmlformats.org/officeDocument/2006/relationships/hyperlink" Target="https://openuc2.github.io/docs/Toolboxes/DiscoveryElectronics/04_1_seeedmicroscope/#Product-Description" TargetMode="External"/><Relationship Id="rId20" Type="http://schemas.openxmlformats.org/officeDocument/2006/relationships/hyperlink" Target="https://www.cnx-software.com/2024/10/29/openuc2-10x-is-an-esp32-s3-portable-microscope-with-ai-powered-real-time-image-analysis/#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