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Toyota and NTT invest 500 billion yen in AI for autonomous driving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Toyota Motor Corporation and Nippon Telegraph and Telephone Corporation (NTT) have announced a substantial investment totalling 500 billion yen, equivalent to approximately $3.26 billion, into research and development of artificial intelligence (AI) aimed at advancing autonomous driving technologies. This was reported by the Nikkei on Tuesday.</w:t>
      </w:r>
      <w:r/>
    </w:p>
    <w:p>
      <w:r/>
      <w:r>
        <w:t>The collaboration between the Japanese automotive leader and the telecommunications powerhouse seeks to revolutionise automotive software by developing AI systems capable of predicting potential accidents. These advanced systems are designed to take proactive control of vehicles when necessary, enhancing both the safety and efficacy of autonomous driving technologies.</w:t>
      </w:r>
      <w:r/>
    </w:p>
    <w:p>
      <w:r/>
      <w:r>
        <w:t>This initiative by Toyota and NTT is part of a broader strategic effort to carve out a more substantial role for Japanese firms in the rapidly evolving autonomous driving sector. Traditionally, this sector has been predominantly occupied by industry giants such as Tesla and several rising Chinese companies. By introducing innovative AI solutions, Toyota and NTT aim to reinvigorate the competitive landscape and establish a robust presence for Japan in this high-tech arena.</w:t>
      </w:r>
      <w:r/>
    </w:p>
    <w:p>
      <w:r/>
      <w:r>
        <w:t>The companies have set an ambitious timeline, targeting the year 2028 for the launch of a functional system. They plan to license this technology to other automotive manufacturers, potentially reshaping industry standards and reinforcing Japan's standing as a leader in automotive innovation.</w:t>
      </w:r>
      <w:r/>
    </w:p>
    <w:p>
      <w:r/>
      <w:r>
        <w:t>Toyota has long demonstrated its commitment to cutting-edge automotive technologies, as evidenced by the introduction of a hands-free driving function in its Mirai fuel-cell vehicle back in 2021. This venture into autonomous driving aligns with the company's ongoing efforts to integrate more advanced technologies into its vehicle lineup.</w:t>
      </w:r>
      <w:r/>
    </w:p>
    <w:p>
      <w:r/>
      <w:r>
        <w:t>The partnership between Toyota and NTT is not new; it builds on a history of collaboration dating back to 2017, when the two companies first joined forces to develop 5G technology for connected vehicles. This relationship was further solidified with a capital tie-up in 2020, part of a smart city initiative aimed at enhancing connectivity and leveraging state-of-the-art technology for urban development.</w:t>
      </w:r>
      <w:r/>
    </w:p>
    <w:p>
      <w:r/>
      <w:r>
        <w:t>The planned investment and ensuing development of AI-driven automotive software underscore an important step forward for both Toyota and NTT. By converging their expertise, the two companies are positioning themselves at the forefront of autonomous automotive technology development, promising innovations that could redefine the future of transportation.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https://www.aol.com/news/toyota-ntt-3-3-billion-200237527.html</w:t>
        </w:r>
      </w:hyperlink>
      <w:r>
        <w:t xml:space="preserve"> - Corroborates the investment of 500 billion yen ($3.26 billion) by Toyota and NTT for AI self-driving research and development, and the goal to develop automotive software to anticipate accidents.</w:t>
      </w:r>
      <w:r/>
    </w:p>
    <w:p>
      <w:pPr>
        <w:pStyle w:val="ListNumber"/>
        <w:spacing w:line="240" w:lineRule="auto"/>
        <w:ind w:left="720"/>
      </w:pPr>
      <w:r/>
      <w:hyperlink r:id="rId11">
        <w:r>
          <w:rPr>
            <w:color w:val="0000EE"/>
            <w:u w:val="single"/>
          </w:rPr>
          <w:t>https://www.reuters.com/technology/artificial-intelligence/toyota-ntt-make-33-bln-rd-investment-ai-self-driving-nikkei-reports-2024-10-28/</w:t>
        </w:r>
      </w:hyperlink>
      <w:r>
        <w:t xml:space="preserve"> - Supports the report by Nikkei about the $3.3 billion R&amp;D investment for AI self-driving technologies by Toyota and NTT.</w:t>
      </w:r>
      <w:r/>
    </w:p>
    <w:p>
      <w:pPr>
        <w:pStyle w:val="ListNumber"/>
        <w:spacing w:line="240" w:lineRule="auto"/>
        <w:ind w:left="720"/>
      </w:pPr>
      <w:r/>
      <w:hyperlink r:id="rId12">
        <w:r>
          <w:rPr>
            <w:color w:val="0000EE"/>
            <w:u w:val="single"/>
          </w:rPr>
          <w:t>https://money.usnews.com/investing/news/articles/2024-10-28/toyota-ntt-to-make-3-3-billion-r-d-investment-for-ai-self-driving-nikkei-reports</w:t>
        </w:r>
      </w:hyperlink>
      <w:r>
        <w:t xml:space="preserve"> - Confirms the investment amount and the purpose of developing AI systems for autonomous driving.</w:t>
      </w:r>
      <w:r/>
    </w:p>
    <w:p>
      <w:pPr>
        <w:pStyle w:val="ListNumber"/>
        <w:spacing w:line="240" w:lineRule="auto"/>
        <w:ind w:left="720"/>
      </w:pPr>
      <w:r/>
      <w:hyperlink r:id="rId13">
        <w:r>
          <w:rPr>
            <w:color w:val="0000EE"/>
            <w:u w:val="single"/>
          </w:rPr>
          <w:t>https://ca.finance.yahoo.com/news/toyota-ntt-3-3-billion-200237090.html</w:t>
        </w:r>
      </w:hyperlink>
      <w:r>
        <w:t xml:space="preserve"> - Details the collaboration between Toyota and NTT to create AI software for predicting accidents and managing vehicle operation, with a target launch by 2028.</w:t>
      </w:r>
      <w:r/>
    </w:p>
    <w:p>
      <w:pPr>
        <w:pStyle w:val="ListNumber"/>
        <w:spacing w:line="240" w:lineRule="auto"/>
        <w:ind w:left="720"/>
      </w:pPr>
      <w:r/>
      <w:hyperlink r:id="rId14">
        <w:r>
          <w:rPr>
            <w:color w:val="0000EE"/>
            <w:u w:val="single"/>
          </w:rPr>
          <w:t>https://www.businesstimes.com.sg/companies-markets/transport-logistics/toyota-ntt-make-500-billion-yen-rd-investment-ai-self-driving-report</w:t>
        </w:r>
      </w:hyperlink>
      <w:r>
        <w:t xml:space="preserve"> - Supports the investment amount and the focus on AI self-driving technologies, including the plan to license the technology to other manufacturers.</w:t>
      </w:r>
      <w:r/>
    </w:p>
    <w:p>
      <w:pPr>
        <w:pStyle w:val="ListNumber"/>
        <w:spacing w:line="240" w:lineRule="auto"/>
        <w:ind w:left="720"/>
      </w:pPr>
      <w:r/>
      <w:hyperlink r:id="rId10">
        <w:r>
          <w:rPr>
            <w:color w:val="0000EE"/>
            <w:u w:val="single"/>
          </w:rPr>
          <w:t>https://www.aol.com/news/toyota-ntt-3-3-billion-200237527.html</w:t>
        </w:r>
      </w:hyperlink>
      <w:r>
        <w:t xml:space="preserve"> - Mentions the broader strategic effort to enhance Japan's role in the autonomous driving sector, competing with Tesla and Chinese companies.</w:t>
      </w:r>
      <w:r/>
    </w:p>
    <w:p>
      <w:pPr>
        <w:pStyle w:val="ListNumber"/>
        <w:spacing w:line="240" w:lineRule="auto"/>
        <w:ind w:left="720"/>
      </w:pPr>
      <w:r/>
      <w:hyperlink r:id="rId13">
        <w:r>
          <w:rPr>
            <w:color w:val="0000EE"/>
            <w:u w:val="single"/>
          </w:rPr>
          <w:t>https://ca.finance.yahoo.com/news/toyota-ntt-3-3-billion-200237090.html</w:t>
        </w:r>
      </w:hyperlink>
      <w:r>
        <w:t xml:space="preserve"> - Highlights Toyota's previous introduction of a hands-free driving function in its Mirai fuel-cell vehicle in 2021 and the ongoing commitment to advanced technologies.</w:t>
      </w:r>
      <w:r/>
    </w:p>
    <w:p>
      <w:pPr>
        <w:pStyle w:val="ListNumber"/>
        <w:spacing w:line="240" w:lineRule="auto"/>
        <w:ind w:left="720"/>
      </w:pPr>
      <w:r/>
      <w:hyperlink r:id="rId11">
        <w:r>
          <w:rPr>
            <w:color w:val="0000EE"/>
            <w:u w:val="single"/>
          </w:rPr>
          <w:t>https://www.reuters.com/technology/artificial-intelligence/toyota-ntt-make-33-bln-rd-investment-ai-self-driving-nikkei-reports-2024-10-28/</w:t>
        </w:r>
      </w:hyperlink>
      <w:r>
        <w:t xml:space="preserve"> - Notes the historical collaboration between Toyota and NTT, starting with 5G technology development in 2017 and a capital tie-up in 2020 for a smart city initiative.</w:t>
      </w:r>
      <w:r/>
    </w:p>
    <w:p>
      <w:pPr>
        <w:pStyle w:val="ListNumber"/>
        <w:spacing w:line="240" w:lineRule="auto"/>
        <w:ind w:left="720"/>
      </w:pPr>
      <w:r/>
      <w:hyperlink r:id="rId12">
        <w:r>
          <w:rPr>
            <w:color w:val="0000EE"/>
            <w:u w:val="single"/>
          </w:rPr>
          <w:t>https://money.usnews.com/investing/news/articles/2024-10-28/toyota-ntt-to-make-3-3-billion-r-d-investment-for-ai-self-driving-nikkei-reports</w:t>
        </w:r>
      </w:hyperlink>
      <w:r>
        <w:t xml:space="preserve"> - Supports the ambitious timeline of launching a functional system by 2028 and the plan to license this technology to other automotive manufacturers.</w:t>
      </w:r>
      <w:r/>
    </w:p>
    <w:p>
      <w:pPr>
        <w:pStyle w:val="ListNumber"/>
        <w:spacing w:line="240" w:lineRule="auto"/>
        <w:ind w:left="720"/>
      </w:pPr>
      <w:r/>
      <w:hyperlink r:id="rId14">
        <w:r>
          <w:rPr>
            <w:color w:val="0000EE"/>
            <w:u w:val="single"/>
          </w:rPr>
          <w:t>https://www.businesstimes.com.sg/companies-markets/transport-logistics/toyota-ntt-make-500-billion-yen-rd-investment-ai-self-driving-report</w:t>
        </w:r>
      </w:hyperlink>
      <w:r>
        <w:t xml:space="preserve"> - Corroborates the convergence of expertise between Toyota and NTT to position themselves at the forefront of autonomous automotive technology development.</w:t>
      </w:r>
      <w:r/>
    </w:p>
    <w:p>
      <w:pPr>
        <w:pStyle w:val="ListNumber"/>
        <w:spacing w:line="240" w:lineRule="auto"/>
        <w:ind w:left="720"/>
      </w:pPr>
      <w:r/>
      <w:hyperlink r:id="rId13">
        <w:r>
          <w:rPr>
            <w:color w:val="0000EE"/>
            <w:u w:val="single"/>
          </w:rPr>
          <w:t>https://ca.finance.yahoo.com/news/toyota-ntt-3-3-billion-200237090.html</w:t>
        </w:r>
      </w:hyperlink>
      <w:r>
        <w:t xml:space="preserve"> - Details the potential impact of the investment and development on the future of transportation and the competitive landscape in autonomous driving.</w:t>
      </w:r>
      <w:r/>
    </w:p>
    <w:p>
      <w:pPr>
        <w:pStyle w:val="ListNumber"/>
        <w:spacing w:line="240" w:lineRule="auto"/>
        <w:ind w:left="720"/>
      </w:pPr>
      <w:r/>
      <w:hyperlink r:id="rId15">
        <w:r>
          <w:rPr>
            <w:color w:val="0000EE"/>
            <w:u w:val="single"/>
          </w:rPr>
          <w:t>https://evmagz.com/toyota-and-ntt-to-invest-3-26-billion-in-ai-software-for-autonomous-driving/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ol.com/news/toyota-ntt-3-3-billion-200237527.html" TargetMode="External"/><Relationship Id="rId11" Type="http://schemas.openxmlformats.org/officeDocument/2006/relationships/hyperlink" Target="https://www.reuters.com/technology/artificial-intelligence/toyota-ntt-make-33-bln-rd-investment-ai-self-driving-nikkei-reports-2024-10-28/" TargetMode="External"/><Relationship Id="rId12" Type="http://schemas.openxmlformats.org/officeDocument/2006/relationships/hyperlink" Target="https://money.usnews.com/investing/news/articles/2024-10-28/toyota-ntt-to-make-3-3-billion-r-d-investment-for-ai-self-driving-nikkei-reports" TargetMode="External"/><Relationship Id="rId13" Type="http://schemas.openxmlformats.org/officeDocument/2006/relationships/hyperlink" Target="https://ca.finance.yahoo.com/news/toyota-ntt-3-3-billion-200237090.html" TargetMode="External"/><Relationship Id="rId14" Type="http://schemas.openxmlformats.org/officeDocument/2006/relationships/hyperlink" Target="https://www.businesstimes.com.sg/companies-markets/transport-logistics/toyota-ntt-make-500-billion-yen-rd-investment-ai-self-driving-report" TargetMode="External"/><Relationship Id="rId15" Type="http://schemas.openxmlformats.org/officeDocument/2006/relationships/hyperlink" Target="https://evmagz.com/toyota-and-ntt-to-invest-3-26-billion-in-ai-software-for-autonomous-driv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