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Vinod Khosla discusses the future of AI at Disrupt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Vinod Khosla Discusses the Future of AI at Disrupt 2024</w:t>
      </w:r>
      <w:r/>
    </w:p>
    <w:p>
      <w:r/>
      <w:r>
        <w:t>Renowned investor Vinod Khosla took centre stage at Disrupt 2024, where his insights into the future of artificial intelligence captivated the audience. As a prominent figure known for his direct communication style and foresight in identifying technological trends, Khosla's discussion provided a profound outlook on how AI is poised to transform industries worldwide.</w:t>
      </w:r>
      <w:r/>
    </w:p>
    <w:p>
      <w:r/>
      <w:r>
        <w:t>The much-anticipated fireside chat, held during the Disrupt 2024 conference, revolved around the dual nature of AI's rising prominence — both its vast potential and the significant disruptions it is likely to generate across different sectors. Khosla, who has earned a reputation for his visionary approach to investments and innovation, shared his views on how AI will shape the global economic and technological landscape in the coming years.</w:t>
      </w:r>
      <w:r/>
    </w:p>
    <w:p>
      <w:r/>
      <w:r>
        <w:t>Addressing an enthusiastic crowd, Khosla highlighted the revolutionary opportunities AI presents. He discussed how AI technology is becoming integral to advancements in various fields, from healthcare and finance to transportation and logistics. According to Khosla, AI has the capability to optimize operations, drive efficiencies, and uncover new possibilities that were previously unimaginable.</w:t>
      </w:r>
      <w:r/>
    </w:p>
    <w:p>
      <w:r/>
      <w:r>
        <w:t>However, alongside the positive implications, Khosla also touched upon the challenges and disruptions AI might bring. He did not shy away from discussing the potential seismic shifts in the job market, as automation and machine learning technologies become more prevalent. Khosla noted that while AI offers impressive advancements, it will also necessitate adjustments in societal structures and professional roles.</w:t>
      </w:r>
      <w:r/>
    </w:p>
    <w:p>
      <w:r/>
      <w:r>
        <w:t>Khosla's engaging chat at Disrupt 2024 afforded attendees an opportunity to glean insights from someone who has a proven track record of predicting major technological upheavals. This thorough exploration of AI’s trajectory underscored the complexity of integrating such transformative technologies into everyday life and business, outlining both the preparation required and the potential rewards.</w:t>
      </w:r>
      <w:r/>
    </w:p>
    <w:p>
      <w:r/>
      <w:r>
        <w:t>Disrupt 2024, renowned for bringing together leading innovators, investors, and entrepreneurs, served as an ideal platform for this conversation about AI’s future. The event continues to be a significant gathering for those at the frontier of technology, offering a stage for influential voices such as Khosla’s to impart their knowledge and predictions to a broad audience.</w:t>
      </w:r>
      <w:r/>
    </w:p>
    <w:p>
      <w:r/>
      <w:r>
        <w:t>Overall, Vinod Khosla’s participation at Disrupt 2024 emphasised the critical conversation surrounding AI, leaving attendees with considerable insights to contemplate regarding the technology’s path and its possible impact on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https://techcrunch.com/2024/10/28/despite-risks-vinod-khosla-is-optimistic-about-ai/</w:t>
        </w:r>
      </w:hyperlink>
      <w:r>
        <w:t xml:space="preserve"> - Corroborates Vinod Khosla's discussion on the future of AI, its potential, and the challenges it might bring, including its impact on the job market and the need for societal adjustments.</w:t>
      </w:r>
      <w:r/>
    </w:p>
    <w:p>
      <w:pPr>
        <w:pStyle w:val="ListNumber"/>
        <w:spacing w:line="240" w:lineRule="auto"/>
        <w:ind w:left="720"/>
      </w:pPr>
      <w:r/>
      <w:hyperlink r:id="rId11">
        <w:r>
          <w:rPr>
            <w:color w:val="0000EE"/>
            <w:u w:val="single"/>
          </w:rPr>
          <w:t>https://www.bundle.app/en/technology/here's-what's-happening-on-day-1-of-techcrunch-disrupt-2024-06b3c2c5-7352-4f60-a630-6dfa2d329197</w:t>
        </w:r>
      </w:hyperlink>
      <w:r>
        <w:t xml:space="preserve"> - Provides details about the TechCrunch Disrupt 2024 event, including Vinod Khosla's participation and the various sessions and topics covered during the conference.</w:t>
      </w:r>
      <w:r/>
    </w:p>
    <w:p>
      <w:pPr>
        <w:pStyle w:val="ListNumber"/>
        <w:spacing w:line="240" w:lineRule="auto"/>
        <w:ind w:left="720"/>
      </w:pPr>
      <w:r/>
      <w:hyperlink r:id="rId12">
        <w:r>
          <w:rPr>
            <w:color w:val="0000EE"/>
            <w:u w:val="single"/>
          </w:rPr>
          <w:t>https://www.yahooinc.com/press/taking-the-stage-at-techcrunch-disrupt-2024-vinod-khosla-ashton-kutcher-tony-fadell-mary-barra-erin</w:t>
        </w:r>
      </w:hyperlink>
      <w:r>
        <w:t xml:space="preserve"> - Outlines the lineup for TechCrunch Disrupt 2024, including Vinod Khosla's session on the future of AI and other notable speakers and topics.</w:t>
      </w:r>
      <w:r/>
    </w:p>
    <w:p>
      <w:pPr>
        <w:pStyle w:val="ListNumber"/>
        <w:spacing w:line="240" w:lineRule="auto"/>
        <w:ind w:left="720"/>
      </w:pPr>
      <w:r/>
      <w:hyperlink r:id="rId13">
        <w:r>
          <w:rPr>
            <w:color w:val="0000EE"/>
            <w:u w:val="single"/>
          </w:rPr>
          <w:t>https://techcrunch.com/2024/10/28/vinod-khosla-calls-out-trumps-depraved-values-and-musks-role-in-spreading-misinformation/</w:t>
        </w:r>
      </w:hyperlink>
      <w:r>
        <w:t xml:space="preserve"> - Mentions Vinod Khosla's comments during the conference, including his views on AI and his critique of Trump and Musk, which adds context to his broader engagement at the event.</w:t>
      </w:r>
      <w:r/>
    </w:p>
    <w:p>
      <w:pPr>
        <w:pStyle w:val="ListNumber"/>
        <w:spacing w:line="240" w:lineRule="auto"/>
        <w:ind w:left="720"/>
      </w:pPr>
      <w:r/>
      <w:hyperlink r:id="rId14">
        <w:r>
          <w:rPr>
            <w:color w:val="0000EE"/>
            <w:u w:val="single"/>
          </w:rPr>
          <w:t>https://www.khoslaventures.com/ai-dystopia-or-utopia/</w:t>
        </w:r>
      </w:hyperlink>
      <w:r>
        <w:t xml:space="preserve"> - Supports Khosla's views on AI's potential and challenges, as outlined in his essay 'AI: Dystopia or Utopia?' which discusses the transition to a post-scarcity society and the need for policy interventions.</w:t>
      </w:r>
      <w:r/>
    </w:p>
    <w:p>
      <w:pPr>
        <w:pStyle w:val="ListNumber"/>
        <w:spacing w:line="240" w:lineRule="auto"/>
        <w:ind w:left="720"/>
      </w:pPr>
      <w:r/>
      <w:hyperlink r:id="rId10">
        <w:r>
          <w:rPr>
            <w:color w:val="0000EE"/>
            <w:u w:val="single"/>
          </w:rPr>
          <w:t>https://techcrunch.com/2024/10/28/despite-risks-vinod-khosla-is-optimistic-about-ai/</w:t>
        </w:r>
      </w:hyperlink>
      <w:r>
        <w:t xml:space="preserve"> - Details Khosla's prediction that AI could lead to a world with 'great abundance' and increased GDP growth, as well as his concerns about AI safety and its potential exploitation by adversaries.</w:t>
      </w:r>
      <w:r/>
    </w:p>
    <w:p>
      <w:pPr>
        <w:pStyle w:val="ListNumber"/>
        <w:spacing w:line="240" w:lineRule="auto"/>
        <w:ind w:left="720"/>
      </w:pPr>
      <w:r/>
      <w:hyperlink r:id="rId11">
        <w:r>
          <w:rPr>
            <w:color w:val="0000EE"/>
            <w:u w:val="single"/>
          </w:rPr>
          <w:t>https://www.bundle.app/en/technology/here's-what's-happening-on-day-1-of-techcrunch-disrupt-2024-06b3c2c5-7352-4f60-a630-6dfa2d329197</w:t>
        </w:r>
      </w:hyperlink>
      <w:r>
        <w:t xml:space="preserve"> - Highlights the interactive and immersive nature of the TechCrunch Disrupt 2024 event, which served as a platform for Khosla's discussion on AI.</w:t>
      </w:r>
      <w:r/>
    </w:p>
    <w:p>
      <w:pPr>
        <w:pStyle w:val="ListNumber"/>
        <w:spacing w:line="240" w:lineRule="auto"/>
        <w:ind w:left="720"/>
      </w:pPr>
      <w:r/>
      <w:hyperlink r:id="rId12">
        <w:r>
          <w:rPr>
            <w:color w:val="0000EE"/>
            <w:u w:val="single"/>
          </w:rPr>
          <w:t>https://www.yahooinc.com/press/taking-the-stage-at-techcrunch-disrupt-2024-vinod-khosla-ashton-kutcher-tony-fadell-mary-barra-erin</w:t>
        </w:r>
      </w:hyperlink>
      <w:r>
        <w:t xml:space="preserve"> - Describes the event's focus on breaking technology news, innovation, and networking, which aligns with the context of Khosla's presentation.</w:t>
      </w:r>
      <w:r/>
    </w:p>
    <w:p>
      <w:pPr>
        <w:pStyle w:val="ListNumber"/>
        <w:spacing w:line="240" w:lineRule="auto"/>
        <w:ind w:left="720"/>
      </w:pPr>
      <w:r/>
      <w:hyperlink r:id="rId10">
        <w:r>
          <w:rPr>
            <w:color w:val="0000EE"/>
            <w:u w:val="single"/>
          </w:rPr>
          <w:t>https://techcrunch.com/2024/10/28/despite-risks-vinod-khosla-is-optimistic-about-ai/</w:t>
        </w:r>
      </w:hyperlink>
      <w:r>
        <w:t xml:space="preserve"> - Explains Khosla's investment in OpenAI and his long-standing bullish stance on AI, which underscores his credibility on the subject.</w:t>
      </w:r>
      <w:r/>
    </w:p>
    <w:p>
      <w:pPr>
        <w:pStyle w:val="ListNumber"/>
        <w:spacing w:line="240" w:lineRule="auto"/>
        <w:ind w:left="720"/>
      </w:pPr>
      <w:r/>
      <w:hyperlink r:id="rId14">
        <w:r>
          <w:rPr>
            <w:color w:val="0000EE"/>
            <w:u w:val="single"/>
          </w:rPr>
          <w:t>https://www.khoslaventures.com/ai-dystopia-or-utopia/</w:t>
        </w:r>
      </w:hyperlink>
      <w:r>
        <w:t xml:space="preserve"> - Discusses the potential economic and societal impacts of AI, including the risk of wealth concentration and the need for policies like universal basic income to mitigate these effects.</w:t>
      </w:r>
      <w:r/>
    </w:p>
    <w:p>
      <w:pPr>
        <w:pStyle w:val="ListNumber"/>
        <w:spacing w:line="240" w:lineRule="auto"/>
        <w:ind w:left="720"/>
      </w:pPr>
      <w:r/>
      <w:hyperlink r:id="rId12">
        <w:r>
          <w:rPr>
            <w:color w:val="0000EE"/>
            <w:u w:val="single"/>
          </w:rPr>
          <w:t>https://www.yahooinc.com/press/taking-the-stage-at-techcrunch-disrupt-2024-vinod-khosla-ashton-kutcher-tony-fadell-mary-barra-erin</w:t>
        </w:r>
      </w:hyperlink>
      <w:r>
        <w:t xml:space="preserve"> - Mentions the diverse range of topics and speakers at TechCrunch Disrupt 2024, reinforcing the event's significance as a platform for discussing AI and other technological advancements.</w:t>
      </w:r>
      <w:r/>
    </w:p>
    <w:p>
      <w:pPr>
        <w:pStyle w:val="ListNumber"/>
        <w:spacing w:line="240" w:lineRule="auto"/>
        <w:ind w:left="720"/>
      </w:pPr>
      <w:r/>
      <w:hyperlink r:id="rId15">
        <w:r>
          <w:rPr>
            <w:color w:val="0000EE"/>
            <w:u w:val="single"/>
          </w:rPr>
          <w:t>https://techcrunch.com/video/vinod-khosla-legendary-vc-looks-into-the-past-to-see-the-future-of-ai/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despite-risks-vinod-khosla-is-optimistic-about-ai/" TargetMode="External"/><Relationship Id="rId11" Type="http://schemas.openxmlformats.org/officeDocument/2006/relationships/hyperlink" Target="https://www.bundle.app/en/technology/here's-what's-happening-on-day-1-of-techcrunch-disrupt-2024-06b3c2c5-7352-4f60-a630-6dfa2d329197" TargetMode="External"/><Relationship Id="rId12" Type="http://schemas.openxmlformats.org/officeDocument/2006/relationships/hyperlink" Target="https://www.yahooinc.com/press/taking-the-stage-at-techcrunch-disrupt-2024-vinod-khosla-ashton-kutcher-tony-fadell-mary-barra-erin" TargetMode="External"/><Relationship Id="rId13" Type="http://schemas.openxmlformats.org/officeDocument/2006/relationships/hyperlink" Target="https://techcrunch.com/2024/10/28/vinod-khosla-calls-out-trumps-depraved-values-and-musks-role-in-spreading-misinformation/" TargetMode="External"/><Relationship Id="rId14" Type="http://schemas.openxmlformats.org/officeDocument/2006/relationships/hyperlink" Target="https://www.khoslaventures.com/ai-dystopia-or-utopia/" TargetMode="External"/><Relationship Id="rId15" Type="http://schemas.openxmlformats.org/officeDocument/2006/relationships/hyperlink" Target="https://techcrunch.com/video/vinod-khosla-legendary-vc-looks-into-the-past-to-see-the-futur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