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skills becoming essential for workplace success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As artificial intelligence (AI) continues to revolutionise workplaces worldwide, businesses and employees are adapting to integrate this technology into their operations and strategies effectively. This adaptation is essential as AI becomes a fundamental part of contemporary business environments, shifting traditional roles and creating novel opportunities. </w:t>
      </w:r>
      <w:r/>
    </w:p>
    <w:p>
      <w:r/>
      <w:r>
        <w:t>Recent research by Reputation Leaders, supported by DeVry University, highlights the growing importance of AI skills in the modern workforce. The study indicates that a significant majority of businesses, 73%, recognise the benefits of employing staff with AI expertise. Correspondingly, 83% of employees acknowledge that AI skills will influence their continued employability.</w:t>
      </w:r>
      <w:r/>
    </w:p>
    <w:p>
      <w:r/>
      <w:r>
        <w:t>The transition to an AI-driven economy is not without challenges. Although 87% of employers are offering opportunities for upskilling in AI, only 55% of the workforce is taking advantage of these training programmes. This discrepancy signifies a considerable opportunity for employees to engage with educational offerings and align their skills with future organisational needs. Workers interested in career advancement should proactively enquire about how to develop skills that will be crucial in the coming years.</w:t>
      </w:r>
      <w:r/>
    </w:p>
    <w:p>
      <w:r/>
      <w:r>
        <w:t>Furthermore, responsible use of AI is paramount. While AI enhances productivity by reducing mundane tasks and allowing workers to focus on areas requiring strategic decision-making and collaboration, it also poses potential risks such as data privacy and confidentiality issues. As a result, half of the employers interviewed expressed concerns about these risks. Employees must adhere to company guidelines on AI use and seek clarity from management when uncertain about integrating AI responsibly into their work roles.</w:t>
      </w:r>
      <w:r/>
    </w:p>
    <w:p>
      <w:r/>
      <w:r>
        <w:t>The evolution towards an AI-centric workplace also broadens the scope of learning, moving beyond traditional educational pathways. Workers seeking to enhance their skills do not necessarily require a four-year degree. Alternative learning opportunities, such as certifications or other targeted skills development programmes, can be equally beneficial. These programmes are designed to be flexible and accessible, allowing employees to balance their learning with other personal and professional commitments.</w:t>
      </w:r>
      <w:r/>
    </w:p>
    <w:p>
      <w:r/>
      <w:r>
        <w:t>The research reveals that 75% of employers believe individuals who take the initiative to upskill, particularly in AI, will advance in their careers. Workers unsure about their company's professional development resources are encouraged to consult with human resources for available learning opportunities that may be sponsored by their employer.</w:t>
      </w:r>
      <w:r/>
    </w:p>
    <w:p>
      <w:r/>
      <w:r>
        <w:t>According to Dave Barnett, Chief Administrative Officer at DeVry University, demonstrating a willingness to engage with AI training signals to employers an investment in both personal and company growth. The modern workplace demands a continuous learning mindset to maintain career mobility and relevance in an AI-driven world.</w:t>
      </w:r>
      <w:r/>
    </w:p>
    <w:p>
      <w:r/>
      <w:r>
        <w:t>As organisations and employees navigate this transformative era, the emphasis on lifelong learning and adaptability remains crucial. AI is no longer a peripheral skill but a core component of career advancement in the evolving economic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https://www.shrm.org/topics-tools/news/technology/rising-demand-workforce-ai-skills-upskilling</w:t>
        </w:r>
      </w:hyperlink>
      <w:r>
        <w:t xml:space="preserve"> - Corroborates the growing demand for AI skills in the workforce and the need for upskilling and lifelong learning.</w:t>
      </w:r>
      <w:r/>
    </w:p>
    <w:p>
      <w:pPr>
        <w:pStyle w:val="ListNumber"/>
        <w:spacing w:line="240" w:lineRule="auto"/>
        <w:ind w:left="720"/>
      </w:pPr>
      <w:r/>
      <w:hyperlink r:id="rId10">
        <w:r>
          <w:rPr>
            <w:color w:val="0000EE"/>
            <w:u w:val="single"/>
          </w:rPr>
          <w:t>https://www.shrm.org/topics-tools/news/technology/rising-demand-workforce-ai-skills-upskilling</w:t>
        </w:r>
      </w:hyperlink>
      <w:r>
        <w:t xml:space="preserve"> - Supports the idea that workers need to adapt and learn AI skills to remain relevant in the job market.</w:t>
      </w:r>
      <w:r/>
    </w:p>
    <w:p>
      <w:pPr>
        <w:pStyle w:val="ListNumber"/>
        <w:spacing w:line="240" w:lineRule="auto"/>
        <w:ind w:left="720"/>
      </w:pPr>
      <w:r/>
      <w:hyperlink r:id="rId11">
        <w:r>
          <w:rPr>
            <w:color w:val="0000EE"/>
            <w:u w:val="single"/>
          </w:rPr>
          <w:t>https://www.newhorizons.com/resources/blog/benefits-of-ai-in-the-workplace</w:t>
        </w:r>
      </w:hyperlink>
      <w:r>
        <w:t xml:space="preserve"> - Highlights how AI enhances productivity by reducing mundane tasks and allowing workers to focus on strategic decision-making and collaboration.</w:t>
      </w:r>
      <w:r/>
    </w:p>
    <w:p>
      <w:pPr>
        <w:pStyle w:val="ListNumber"/>
        <w:spacing w:line="240" w:lineRule="auto"/>
        <w:ind w:left="720"/>
      </w:pPr>
      <w:r/>
      <w:hyperlink r:id="rId11">
        <w:r>
          <w:rPr>
            <w:color w:val="0000EE"/>
            <w:u w:val="single"/>
          </w:rPr>
          <w:t>https://www.newhorizons.com/resources/blog/benefits-of-ai-in-the-workplace</w:t>
        </w:r>
      </w:hyperlink>
      <w:r>
        <w:t xml:space="preserve"> - Explains how AI tools, such as AI assistants and predictive analytics, improve efficiency and decision-making.</w:t>
      </w:r>
      <w:r/>
    </w:p>
    <w:p>
      <w:pPr>
        <w:pStyle w:val="ListNumber"/>
        <w:spacing w:line="240" w:lineRule="auto"/>
        <w:ind w:left="720"/>
      </w:pPr>
      <w:r/>
      <w:hyperlink r:id="rId12">
        <w:r>
          <w:rPr>
            <w:color w:val="0000EE"/>
            <w:u w:val="single"/>
          </w:rPr>
          <w:t>https://generalassemb.ly/blog/6-benefits-of-an-ai-enabled-workforce/</w:t>
        </w:r>
      </w:hyperlink>
      <w:r>
        <w:t xml:space="preserve"> - Discusses the importance of foundational tech skills for an AI-enabled workforce and the benefits of upskilling employees.</w:t>
      </w:r>
      <w:r/>
    </w:p>
    <w:p>
      <w:pPr>
        <w:pStyle w:val="ListNumber"/>
        <w:spacing w:line="240" w:lineRule="auto"/>
        <w:ind w:left="720"/>
      </w:pPr>
      <w:r/>
      <w:hyperlink r:id="rId12">
        <w:r>
          <w:rPr>
            <w:color w:val="0000EE"/>
            <w:u w:val="single"/>
          </w:rPr>
          <w:t>https://generalassemb.ly/blog/6-benefits-of-an-ai-enabled-workforce/</w:t>
        </w:r>
      </w:hyperlink>
      <w:r>
        <w:t xml:space="preserve"> - Supports the notion that AI skills are crucial for career advancement and that employees should engage in continuous learning.</w:t>
      </w:r>
      <w:r/>
    </w:p>
    <w:p>
      <w:pPr>
        <w:pStyle w:val="ListNumber"/>
        <w:spacing w:line="240" w:lineRule="auto"/>
        <w:ind w:left="720"/>
      </w:pPr>
      <w:r/>
      <w:hyperlink r:id="rId13">
        <w:r>
          <w:rPr>
            <w:color w:val="0000EE"/>
            <w:u w:val="single"/>
          </w:rPr>
          <w:t>https://www.beekeeper.io/blog/3-reasons-you-want-ai-in-the-workplace/</w:t>
        </w:r>
      </w:hyperlink>
      <w:r>
        <w:t xml:space="preserve"> - Addresses the benefits of AI in increasing productivity and handling complex data, as well as its impact on job roles.</w:t>
      </w:r>
      <w:r/>
    </w:p>
    <w:p>
      <w:pPr>
        <w:pStyle w:val="ListNumber"/>
        <w:spacing w:line="240" w:lineRule="auto"/>
        <w:ind w:left="720"/>
      </w:pPr>
      <w:r/>
      <w:hyperlink r:id="rId13">
        <w:r>
          <w:rPr>
            <w:color w:val="0000EE"/>
            <w:u w:val="single"/>
          </w:rPr>
          <w:t>https://www.beekeeper.io/blog/3-reasons-you-want-ai-in-the-workplace/</w:t>
        </w:r>
      </w:hyperlink>
      <w:r>
        <w:t xml:space="preserve"> - Highlights the importance of responsible AI use and the potential risks such as data privacy and confidentiality issues.</w:t>
      </w:r>
      <w:r/>
    </w:p>
    <w:p>
      <w:pPr>
        <w:pStyle w:val="ListNumber"/>
        <w:spacing w:line="240" w:lineRule="auto"/>
        <w:ind w:left="720"/>
      </w:pPr>
      <w:r/>
      <w:hyperlink r:id="rId12">
        <w:r>
          <w:rPr>
            <w:color w:val="0000EE"/>
            <w:u w:val="single"/>
          </w:rPr>
          <w:t>https://generalassemb.ly/blog/6-benefits-of-an-ai-enabled-workforce/</w:t>
        </w:r>
      </w:hyperlink>
      <w:r>
        <w:t xml:space="preserve"> - Corroborates that alternative learning opportunities, such as certifications and targeted skills development programmes, are beneficial for upskilling.</w:t>
      </w:r>
      <w:r/>
    </w:p>
    <w:p>
      <w:pPr>
        <w:pStyle w:val="ListNumber"/>
        <w:spacing w:line="240" w:lineRule="auto"/>
        <w:ind w:left="720"/>
      </w:pPr>
      <w:r/>
      <w:hyperlink r:id="rId10">
        <w:r>
          <w:rPr>
            <w:color w:val="0000EE"/>
            <w:u w:val="single"/>
          </w:rPr>
          <w:t>https://www.shrm.org/topics-tools/news/technology/rising-demand-workforce-ai-skills-upskilling</w:t>
        </w:r>
      </w:hyperlink>
      <w:r>
        <w:t xml:space="preserve"> - Supports the idea that employers value employees who take the initiative to upskill, particularly in AI, for career advancement.</w:t>
      </w:r>
      <w:r/>
    </w:p>
    <w:p>
      <w:pPr>
        <w:pStyle w:val="ListNumber"/>
        <w:spacing w:line="240" w:lineRule="auto"/>
        <w:ind w:left="720"/>
      </w:pPr>
      <w:r/>
      <w:hyperlink r:id="rId14">
        <w:r>
          <w:rPr>
            <w:color w:val="0000EE"/>
            <w:u w:val="single"/>
          </w:rPr>
          <w:t>https://aisera.com/blog/ai-in-workplace/</w:t>
        </w:r>
      </w:hyperlink>
      <w:r>
        <w:t xml:space="preserve"> - Emphasizes the role of AI in providing personalized feedback and development opportunities for employees to grow professionally.</w:t>
      </w:r>
      <w:r/>
    </w:p>
    <w:p>
      <w:pPr>
        <w:pStyle w:val="ListNumber"/>
        <w:spacing w:line="240" w:lineRule="auto"/>
        <w:ind w:left="720"/>
      </w:pPr>
      <w:r/>
      <w:hyperlink r:id="rId15">
        <w:r>
          <w:rPr>
            <w:color w:val="0000EE"/>
            <w:u w:val="single"/>
          </w:rPr>
          <w:t>https://philasun.com/color-of-money/three-things-to-know-about-learning-ai-for-career-advancement/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hrm.org/topics-tools/news/technology/rising-demand-workforce-ai-skills-upskilling" TargetMode="External"/><Relationship Id="rId11" Type="http://schemas.openxmlformats.org/officeDocument/2006/relationships/hyperlink" Target="https://www.newhorizons.com/resources/blog/benefits-of-ai-in-the-workplace" TargetMode="External"/><Relationship Id="rId12" Type="http://schemas.openxmlformats.org/officeDocument/2006/relationships/hyperlink" Target="https://generalassemb.ly/blog/6-benefits-of-an-ai-enabled-workforce/" TargetMode="External"/><Relationship Id="rId13" Type="http://schemas.openxmlformats.org/officeDocument/2006/relationships/hyperlink" Target="https://www.beekeeper.io/blog/3-reasons-you-want-ai-in-the-workplace/" TargetMode="External"/><Relationship Id="rId14" Type="http://schemas.openxmlformats.org/officeDocument/2006/relationships/hyperlink" Target="https://aisera.com/blog/ai-in-workplace/" TargetMode="External"/><Relationship Id="rId15" Type="http://schemas.openxmlformats.org/officeDocument/2006/relationships/hyperlink" Target="https://philasun.com/color-of-money/three-things-to-know-about-learning-ai-for-career-advancem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