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introduces AI-powered software update for iPhone 16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Introduces AI-Powered Software Update for iPhone 16</w:t>
      </w:r>
      <w:r/>
    </w:p>
    <w:p>
      <w:r/>
      <w:r>
        <w:t>Apple has introduced a significant update to its iPhone line-up, infusing artificial intelligence capabilities into its latest iPhone 16 models. The upgrade, delivered through the iOS 18 operating system, was made available earlier this week. This development marks Apple’s initial foray into integrating AI technology directly within its smartphone offerings, aiming to enhance user experience through advanced functionality and privacy-centric features.</w:t>
      </w:r>
      <w:r/>
    </w:p>
    <w:p>
      <w:r/>
      <w:r>
        <w:t>The iPhone 16 series, already marketed with an AI-compatible chipset, comprises four models with prices set between $800 and $1,200. Importantly, Apple's previous premium models, the iPhone 15 Pro and iPhone 15 Pro Max, are also compatible with the AI update, thus enabling current users to leverage these new capabilities upon installation. Additionally, recent iterations of Apple's iPad and Mac computers are eligible for this software enhancement.</w:t>
      </w:r>
      <w:r/>
    </w:p>
    <w:p>
      <w:r/>
      <w:r>
        <w:t>As of now, the AI-enhanced features are exclusive to users in the United States. Apple has stated that international availability will begin next year, although specific dates have not been confirmed. Over the past five weeks, Apple conducted thorough testing of the AI features, involving a select group of iPhone users who participated in refining the software to ensure it meets the company’s standards.</w:t>
      </w:r>
      <w:r/>
    </w:p>
    <w:p>
      <w:r/>
      <w:r>
        <w:t>The integration of AI into Apple's ecosystem promises to transform the existing functionalities of its virtual assistant, Siri. According to company officials, Siri is set to evolve into a more engaging and capable assistant, identifiable during use by a distinctive glowing light encircling the iPhone screen. This enhanced version of Siri is designed to execute a broader range of tasks with greater accuracy, although interaction with third-party apps remains forthcoming, pending future software updates.</w:t>
      </w:r>
      <w:r/>
    </w:p>
    <w:p>
      <w:r/>
      <w:r>
        <w:t>In addition to improving Siri, the AI capabilities introduced this week include tools for writing and proofreading, summarizing emails and documents, and photo editing. These tools aim to streamline and simplify various tasks for users. More AI features are expected in subsequent updates, including on-the-fly emoji creation and the generation of creative imagery. There are also plans to integrate assistance from OpenAI's ChatGPT for user requests.</w:t>
      </w:r>
      <w:r/>
    </w:p>
    <w:p>
      <w:r/>
      <w:r>
        <w:t>It's worth noting that many of the AI enhancements seen in this update are already present in Android devices released by competitors such as Samsung and Google earlier this year. Yet, Apple positions its new technology under the “Apple Intelligence” banner, emphasizing privacy and security. The company assures users that its AI will primarily operate on-device or in highly secure data centers, thus enhancing data protection.</w:t>
      </w:r>
      <w:r/>
    </w:p>
    <w:p>
      <w:r/>
      <w:r>
        <w:t>The rollout of this AI-centric upgrade is strategically timed to coincide with the busy holiday shopping season, potentially driving sales of the iPhone 16 given that the AI functionalities require the new, advanced chip found in these latest models. This update is expected not only to entice new buyers but also encourage current users to upgrade their devices, extending the adoption of Apple’s AI technology into the coming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https://abcnews.go.com/US/wireStory/apple-launches-iphone-ai-era-free-software-update-115219787</w:t>
        </w:r>
      </w:hyperlink>
      <w:r>
        <w:t xml:space="preserve"> - Corroborates the introduction of AI capabilities in iPhone 16 models through the iOS 18 operating system and the pricing of the iPhone 16 series.</w:t>
      </w:r>
      <w:r/>
    </w:p>
    <w:p>
      <w:pPr>
        <w:pStyle w:val="ListNumber"/>
        <w:spacing w:line="240" w:lineRule="auto"/>
        <w:ind w:left="720"/>
      </w:pPr>
      <w:r/>
      <w:hyperlink r:id="rId10">
        <w:r>
          <w:rPr>
            <w:color w:val="0000EE"/>
            <w:u w:val="single"/>
          </w:rPr>
          <w:t>https://abcnews.go.com/US/wireStory/apple-launches-iphone-ai-era-free-software-update-115219787</w:t>
        </w:r>
      </w:hyperlink>
      <w:r>
        <w:t xml:space="preserve"> - Confirms that previous premium models, iPhone 15 Pro and iPhone 15 Pro Max, are also compatible with the AI update.</w:t>
      </w:r>
      <w:r/>
    </w:p>
    <w:p>
      <w:pPr>
        <w:pStyle w:val="ListNumber"/>
        <w:spacing w:line="240" w:lineRule="auto"/>
        <w:ind w:left="720"/>
      </w:pPr>
      <w:r/>
      <w:hyperlink r:id="rId11">
        <w:r>
          <w:rPr>
            <w:color w:val="0000EE"/>
            <w:u w:val="single"/>
          </w:rPr>
          <w:t>https://www.apple.com/apple-intelligence/</w:t>
        </w:r>
      </w:hyperlink>
      <w:r>
        <w:t xml:space="preserve"> - Details the AI-enhanced features, including writing tools, photo editing, and the transformation of Siri, as part of Apple Intelligence.</w:t>
      </w:r>
      <w:r/>
    </w:p>
    <w:p>
      <w:pPr>
        <w:pStyle w:val="ListNumber"/>
        <w:spacing w:line="240" w:lineRule="auto"/>
        <w:ind w:left="720"/>
      </w:pPr>
      <w:r/>
      <w:hyperlink r:id="rId10">
        <w:r>
          <w:rPr>
            <w:color w:val="0000EE"/>
            <w:u w:val="single"/>
          </w:rPr>
          <w:t>https://abcnews.go.com/US/wireStory/apple-launches-iphone-ai-era-free-software-update-115219787</w:t>
        </w:r>
      </w:hyperlink>
      <w:r>
        <w:t xml:space="preserve"> - Mentions the exclusive availability of AI features in the U.S. and the planned international rollout next year.</w:t>
      </w:r>
      <w:r/>
    </w:p>
    <w:p>
      <w:pPr>
        <w:pStyle w:val="ListNumber"/>
        <w:spacing w:line="240" w:lineRule="auto"/>
        <w:ind w:left="720"/>
      </w:pPr>
      <w:r/>
      <w:hyperlink r:id="rId10">
        <w:r>
          <w:rPr>
            <w:color w:val="0000EE"/>
            <w:u w:val="single"/>
          </w:rPr>
          <w:t>https://abcnews.go.com/US/wireStory/apple-launches-iphone-ai-era-free-software-update-115219787</w:t>
        </w:r>
      </w:hyperlink>
      <w:r>
        <w:t xml:space="preserve"> - Describes the testing process involving iPhone users to refine the AI software.</w:t>
      </w:r>
      <w:r/>
    </w:p>
    <w:p>
      <w:pPr>
        <w:pStyle w:val="ListNumber"/>
        <w:spacing w:line="240" w:lineRule="auto"/>
        <w:ind w:left="720"/>
      </w:pPr>
      <w:r/>
      <w:hyperlink r:id="rId12">
        <w:r>
          <w:rPr>
            <w:color w:val="0000EE"/>
            <w:u w:val="single"/>
          </w:rPr>
          <w:t>https://www.apple.com/newsroom/2024/09/apple-intelligence-comes-to-iphone-ipad-and-mac-starting-next-month/</w:t>
        </w:r>
      </w:hyperlink>
      <w:r>
        <w:t xml:space="preserve"> - Explains the enhancement of Siri's capabilities and the distinctive glowing light during use.</w:t>
      </w:r>
      <w:r/>
    </w:p>
    <w:p>
      <w:pPr>
        <w:pStyle w:val="ListNumber"/>
        <w:spacing w:line="240" w:lineRule="auto"/>
        <w:ind w:left="720"/>
      </w:pPr>
      <w:r/>
      <w:hyperlink r:id="rId11">
        <w:r>
          <w:rPr>
            <w:color w:val="0000EE"/>
            <w:u w:val="single"/>
          </w:rPr>
          <w:t>https://www.apple.com/apple-intelligence/</w:t>
        </w:r>
      </w:hyperlink>
      <w:r>
        <w:t xml:space="preserve"> - Details the AI tools for writing, proofreading, summarizing emails and documents, and photo editing.</w:t>
      </w:r>
      <w:r/>
    </w:p>
    <w:p>
      <w:pPr>
        <w:pStyle w:val="ListNumber"/>
        <w:spacing w:line="240" w:lineRule="auto"/>
        <w:ind w:left="720"/>
      </w:pPr>
      <w:r/>
      <w:hyperlink r:id="rId12">
        <w:r>
          <w:rPr>
            <w:color w:val="0000EE"/>
            <w:u w:val="single"/>
          </w:rPr>
          <w:t>https://www.apple.com/newsroom/2024/09/apple-intelligence-comes-to-iphone-ipad-and-mac-starting-next-month/</w:t>
        </w:r>
      </w:hyperlink>
      <w:r>
        <w:t xml:space="preserve"> - Mentions future AI features, including on-the-fly emoji creation and integration with OpenAI's ChatGPT.</w:t>
      </w:r>
      <w:r/>
    </w:p>
    <w:p>
      <w:pPr>
        <w:pStyle w:val="ListNumber"/>
        <w:spacing w:line="240" w:lineRule="auto"/>
        <w:ind w:left="720"/>
      </w:pPr>
      <w:r/>
      <w:hyperlink r:id="rId10">
        <w:r>
          <w:rPr>
            <w:color w:val="0000EE"/>
            <w:u w:val="single"/>
          </w:rPr>
          <w:t>https://abcnews.go.com/US/wireStory/apple-launches-iphone-ai-era-free-software-update-115219787</w:t>
        </w:r>
      </w:hyperlink>
      <w:r>
        <w:t xml:space="preserve"> - Notes that similar AI enhancements are already available on Android devices from competitors like Samsung and Google.</w:t>
      </w:r>
      <w:r/>
    </w:p>
    <w:p>
      <w:pPr>
        <w:pStyle w:val="ListNumber"/>
        <w:spacing w:line="240" w:lineRule="auto"/>
        <w:ind w:left="720"/>
      </w:pPr>
      <w:r/>
      <w:hyperlink r:id="rId11">
        <w:r>
          <w:rPr>
            <w:color w:val="0000EE"/>
            <w:u w:val="single"/>
          </w:rPr>
          <w:t>https://www.apple.com/apple-intelligence/</w:t>
        </w:r>
      </w:hyperlink>
      <w:r>
        <w:t xml:space="preserve"> - Emphasizes Apple's focus on privacy and security under the 'Apple Intelligence' banner.</w:t>
      </w:r>
      <w:r/>
    </w:p>
    <w:p>
      <w:pPr>
        <w:pStyle w:val="ListNumber"/>
        <w:spacing w:line="240" w:lineRule="auto"/>
        <w:ind w:left="720"/>
      </w:pPr>
      <w:r/>
      <w:hyperlink r:id="rId10">
        <w:r>
          <w:rPr>
            <w:color w:val="0000EE"/>
            <w:u w:val="single"/>
          </w:rPr>
          <w:t>https://abcnews.go.com/US/wireStory/apple-launches-iphone-ai-era-free-software-update-115219787</w:t>
        </w:r>
      </w:hyperlink>
      <w:r>
        <w:t xml:space="preserve"> - Discusses the strategic timing of the AI-centric upgrade to coincide with the holiday shopping season and its potential impact on sales.</w:t>
      </w:r>
      <w:r/>
    </w:p>
    <w:p>
      <w:pPr>
        <w:pStyle w:val="ListNumber"/>
        <w:spacing w:line="240" w:lineRule="auto"/>
        <w:ind w:left="720"/>
      </w:pPr>
      <w:r/>
      <w:hyperlink r:id="rId13">
        <w:r>
          <w:rPr>
            <w:color w:val="0000EE"/>
            <w:u w:val="single"/>
          </w:rPr>
          <w:t>https://www.thedailyreporteronline.com/news/2024/10/30/iphone-16-software-update-includes-ai/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US/wireStory/apple-launches-iphone-ai-era-free-software-update-115219787" TargetMode="External"/><Relationship Id="rId11" Type="http://schemas.openxmlformats.org/officeDocument/2006/relationships/hyperlink" Target="https://www.apple.com/apple-intelligence/" TargetMode="External"/><Relationship Id="rId12" Type="http://schemas.openxmlformats.org/officeDocument/2006/relationships/hyperlink" Target="https://www.apple.com/newsroom/2024/09/apple-intelligence-comes-to-iphone-ipad-and-mac-starting-next-month/" TargetMode="External"/><Relationship Id="rId13" Type="http://schemas.openxmlformats.org/officeDocument/2006/relationships/hyperlink" Target="https://www.thedailyreporteronline.com/news/2024/10/30/iphone-16-software-update-include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