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 launches new software updates featuring enhanced AI tools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Apple has announced the release of its latest software updates, introducing a range of artificial intelligence features under the banner of "Apple Intelligence". These updates are now available for iPhones, iPads, and Macs, specifically targeting devices equipped with the company's latest technology.</w:t>
      </w:r>
      <w:r/>
    </w:p>
    <w:p>
      <w:r/>
      <w:r>
        <w:t>The software updates, namely iOS 18.1 for iPhones, iPadOS 18.1 for iPads, and macOS Sequoia 15.1 for Macs, can now be downloaded through the devices' settings. This launch marks a significant step for Apple as it integrates advanced AI tools aimed at enhancing user experience across its devices.</w:t>
      </w:r>
      <w:r/>
    </w:p>
    <w:p>
      <w:r/>
      <w:r>
        <w:t>A standout feature of this update is the suite of writing tools designed to assist users in rewriting, proofreading, and summarising text. Leveraging AI, these tools suggest modifications to match the desired tone, such as professional, concise, or friendly, providing versatility for various communication needs.</w:t>
      </w:r>
      <w:r/>
    </w:p>
    <w:p>
      <w:r/>
      <w:r>
        <w:t>Significant enhancements have also been made to Siri, Apple's voice assistant. With improved conversational abilities and enhanced language understanding, Siri can now adeptly handle a broader spectrum of inquiries about Apple products. This includes providing instructions for features like screen recording and Wi-Fi password sharing. Another notable improvement involves the Photos app, where AI capabilities now enable users to find specific images by describing their content, demonstrating advanced image recognition and search capabilities.</w:t>
      </w:r>
      <w:r/>
    </w:p>
    <w:p>
      <w:r/>
      <w:r>
        <w:t>The Mail app, as part of this software update, introduces a feature to automatically position time-sensitive messages at the top of the inbox. It also offers the convenience of summarising messages without requiring a direct click, streamlining email management.</w:t>
      </w:r>
      <w:r/>
    </w:p>
    <w:p>
      <w:r/>
      <w:r>
        <w:t>Apple CEO Tim Cook heralded the introduction of Apple Intelligence as a transformative step that enhances what users can achieve with their devices. He emphasised that this integrated AI system is designed to be personal and easy to use while maintaining the company’s commitment to user privacy.</w:t>
      </w:r>
      <w:r/>
    </w:p>
    <w:p>
      <w:r/>
      <w:r>
        <w:t>Devices capable of supporting these new features include the iPhone 16 series, iPhone 15 Pro models, iPads equipped with the A17 Pro or M1 chips, and Macs with M1 chips and above. Apple has indicated that additional AI features are slated for release in future updates.</w:t>
      </w:r>
      <w:r/>
    </w:p>
    <w:p>
      <w:r/>
      <w:r>
        <w:t>Interestingly, while Apple Intelligence introduces significant AI advancements, access is currently being phased via a waitlist system. This approach likely serves to manage server load and ensure smooth integration, given the beta status of many features. Users with eligible devices must register for this waitlist to activate the AI features, which Apple suggests should be accessible within hours, although actual times may vary.</w:t>
      </w:r>
      <w:r/>
    </w:p>
    <w:p>
      <w:r/>
      <w:r>
        <w:t>Additional features are expected to roll out by December, including integration with ChatGPT, Genmoji for creating custom stickers, and Image Playground for generating caricatures from text prompts. Early access to these features is available through developer beta testing of iOS 18.2.</w:t>
      </w:r>
      <w:r/>
    </w:p>
    <w:p>
      <w:r/>
      <w:r>
        <w:t>Apple's introduction of these updates is part of its broader strategy to leverage on-device AI capabilities, distinct from the cloud-centric models of other tech giants, aiming to create a seamless experience while keeping data privacy at the forefront.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https://www.apple.com/newsroom/2024/06/introducing-apple-intelligence-for-iphone-ipad-and-mac/</w:t>
        </w:r>
      </w:hyperlink>
      <w:r>
        <w:t xml:space="preserve"> - Introduces Apple Intelligence, its personal intelligence system for iPhone, iPad, and Mac, highlighting its integration with iOS 18, iPadOS 18, and macOS Sequoia.</w:t>
      </w:r>
      <w:r/>
    </w:p>
    <w:p>
      <w:pPr>
        <w:pStyle w:val="ListNumber"/>
        <w:spacing w:line="240" w:lineRule="auto"/>
        <w:ind w:left="720"/>
      </w:pPr>
      <w:r/>
      <w:hyperlink r:id="rId11">
        <w:r>
          <w:rPr>
            <w:color w:val="0000EE"/>
            <w:u w:val="single"/>
          </w:rPr>
          <w:t>https://www.apple.com/newsroom/2024/09/apple-intelligence-comes-to-iphone-ipad-and-mac-starting-next-month/</w:t>
        </w:r>
      </w:hyperlink>
      <w:r>
        <w:t xml:space="preserve"> - Announces the rollout of Apple Intelligence features starting next month with iOS 18.1, iPadOS 18.1, and macOS Sequoia 15.1, and mentions device compatibility.</w:t>
      </w:r>
      <w:r/>
    </w:p>
    <w:p>
      <w:pPr>
        <w:pStyle w:val="ListNumber"/>
        <w:spacing w:line="240" w:lineRule="auto"/>
        <w:ind w:left="720"/>
      </w:pPr>
      <w:r/>
      <w:hyperlink r:id="rId12">
        <w:r>
          <w:rPr>
            <w:color w:val="0000EE"/>
            <w:u w:val="single"/>
          </w:rPr>
          <w:t>https://www.apple.com/apple-intelligence/</w:t>
        </w:r>
      </w:hyperlink>
      <w:r>
        <w:t xml:space="preserve"> - Describes Apple Intelligence's capabilities, including writing tools, enhanced Siri, and visual expression features, while emphasizing privacy and on-device processing.</w:t>
      </w:r>
      <w:r/>
    </w:p>
    <w:p>
      <w:pPr>
        <w:pStyle w:val="ListNumber"/>
        <w:spacing w:line="240" w:lineRule="auto"/>
        <w:ind w:left="720"/>
      </w:pPr>
      <w:r/>
      <w:hyperlink r:id="rId13">
        <w:r>
          <w:rPr>
            <w:color w:val="0000EE"/>
            <w:u w:val="single"/>
          </w:rPr>
          <w:t>https://www.cbsnews.com/news/apple-intelligence-rollout-ios-18-1-october-28-2024/</w:t>
        </w:r>
      </w:hyperlink>
      <w:r>
        <w:t xml:space="preserve"> - Details the release of iOS 18.1 with Apple Intelligence features, including improvements to Siri, writing and summary tools, and photo-editing capabilities.</w:t>
      </w:r>
      <w:r/>
    </w:p>
    <w:p>
      <w:pPr>
        <w:pStyle w:val="ListNumber"/>
        <w:spacing w:line="240" w:lineRule="auto"/>
        <w:ind w:left="720"/>
      </w:pPr>
      <w:r/>
      <w:hyperlink r:id="rId10">
        <w:r>
          <w:rPr>
            <w:color w:val="0000EE"/>
            <w:u w:val="single"/>
          </w:rPr>
          <w:t>https://www.apple.com/newsroom/2024/06/introducing-apple-intelligence-for-iphone-ipad-and-mac/</w:t>
        </w:r>
      </w:hyperlink>
      <w:r>
        <w:t xml:space="preserve"> - Explains the enhancements to Siri, including better conversational skills, onscreen awareness, and the ability to take hundreds of new actions across apps.</w:t>
      </w:r>
      <w:r/>
    </w:p>
    <w:p>
      <w:pPr>
        <w:pStyle w:val="ListNumber"/>
        <w:spacing w:line="240" w:lineRule="auto"/>
        <w:ind w:left="720"/>
      </w:pPr>
      <w:r/>
      <w:hyperlink r:id="rId11">
        <w:r>
          <w:rPr>
            <w:color w:val="0000EE"/>
            <w:u w:val="single"/>
          </w:rPr>
          <w:t>https://www.apple.com/newsroom/2024/09/apple-intelligence-comes-to-iphone-ipad-and-mac-starting-next-month/</w:t>
        </w:r>
      </w:hyperlink>
      <w:r>
        <w:t xml:space="preserve"> - Mentions the Mail app feature that automatically positions time-sensitive messages at the top of the inbox and summarizes messages without requiring a direct click.</w:t>
      </w:r>
      <w:r/>
    </w:p>
    <w:p>
      <w:pPr>
        <w:pStyle w:val="ListNumber"/>
        <w:spacing w:line="240" w:lineRule="auto"/>
        <w:ind w:left="720"/>
      </w:pPr>
      <w:r/>
      <w:hyperlink r:id="rId12">
        <w:r>
          <w:rPr>
            <w:color w:val="0000EE"/>
            <w:u w:val="single"/>
          </w:rPr>
          <w:t>https://www.apple.com/apple-intelligence/</w:t>
        </w:r>
      </w:hyperlink>
      <w:r>
        <w:t xml:space="preserve"> - Highlights Apple CEO Tim Cook's statement on Apple Intelligence as a transformative step, emphasizing its personal and easy-to-use nature while maintaining user privacy.</w:t>
      </w:r>
      <w:r/>
    </w:p>
    <w:p>
      <w:pPr>
        <w:pStyle w:val="ListNumber"/>
        <w:spacing w:line="240" w:lineRule="auto"/>
        <w:ind w:left="720"/>
      </w:pPr>
      <w:r/>
      <w:hyperlink r:id="rId13">
        <w:r>
          <w:rPr>
            <w:color w:val="0000EE"/>
            <w:u w:val="single"/>
          </w:rPr>
          <w:t>https://www.cbsnews.com/news/apple-intelligence-rollout-ios-18-1-october-28-2024/</w:t>
        </w:r>
      </w:hyperlink>
      <w:r>
        <w:t xml:space="preserve"> - Lists the devices capable of supporting Apple Intelligence, including iPhone 16 series, iPhone 15 Pro models, and Macs with M1 chips and above.</w:t>
      </w:r>
      <w:r/>
    </w:p>
    <w:p>
      <w:pPr>
        <w:pStyle w:val="ListNumber"/>
        <w:spacing w:line="240" w:lineRule="auto"/>
        <w:ind w:left="720"/>
      </w:pPr>
      <w:r/>
      <w:hyperlink r:id="rId11">
        <w:r>
          <w:rPr>
            <w:color w:val="0000EE"/>
            <w:u w:val="single"/>
          </w:rPr>
          <w:t>https://www.apple.com/newsroom/2024/09/apple-intelligence-comes-to-iphone-ipad-and-mac-starting-next-month/</w:t>
        </w:r>
      </w:hyperlink>
      <w:r>
        <w:t xml:space="preserve"> - Discusses the phased rollout and waitlist system for accessing Apple Intelligence features to manage server load and ensure smooth integration.</w:t>
      </w:r>
      <w:r/>
    </w:p>
    <w:p>
      <w:pPr>
        <w:pStyle w:val="ListNumber"/>
        <w:spacing w:line="240" w:lineRule="auto"/>
        <w:ind w:left="720"/>
      </w:pPr>
      <w:r/>
      <w:hyperlink r:id="rId12">
        <w:r>
          <w:rPr>
            <w:color w:val="0000EE"/>
            <w:u w:val="single"/>
          </w:rPr>
          <w:t>https://www.apple.com/apple-intelligence/</w:t>
        </w:r>
      </w:hyperlink>
      <w:r>
        <w:t xml:space="preserve"> - Mentions upcoming features such as ChatGPT integration, Genmoji, and Image Playground, available through future updates and developer beta testing.</w:t>
      </w:r>
      <w:r/>
    </w:p>
    <w:p>
      <w:pPr>
        <w:pStyle w:val="ListNumber"/>
        <w:spacing w:line="240" w:lineRule="auto"/>
        <w:ind w:left="720"/>
      </w:pPr>
      <w:r/>
      <w:hyperlink r:id="rId11">
        <w:r>
          <w:rPr>
            <w:color w:val="0000EE"/>
            <w:u w:val="single"/>
          </w:rPr>
          <w:t>https://www.apple.com/newsroom/2024/09/apple-intelligence-comes-to-iphone-ipad-and-mac-starting-next-month/</w:t>
        </w:r>
      </w:hyperlink>
      <w:r>
        <w:t xml:space="preserve"> - Explains Apple's strategy to leverage on-device AI capabilities, distinct from cloud-centric models, to create a seamless experience while prioritizing data privacy.</w:t>
      </w:r>
      <w:r/>
    </w:p>
    <w:p>
      <w:pPr>
        <w:pStyle w:val="ListNumber"/>
        <w:spacing w:line="240" w:lineRule="auto"/>
        <w:ind w:left="720"/>
      </w:pPr>
      <w:r/>
      <w:hyperlink r:id="rId14">
        <w:r>
          <w:rPr>
            <w:color w:val="0000EE"/>
            <w:u w:val="single"/>
          </w:rPr>
          <w:t>https://www.ksby.com/science-and-tech/artificial-intelligence/new-ai-features-unveiled-with-apples-latest-software-update-for-iphones-ipads-and-macs</w:t>
        </w:r>
      </w:hyperlink>
      <w:r>
        <w:t xml:space="preserve"> - Please view link - unable to able to access data</w:t>
      </w:r>
      <w:r/>
    </w:p>
    <w:p>
      <w:pPr>
        <w:pStyle w:val="ListNumber"/>
        <w:spacing w:line="240" w:lineRule="auto"/>
        <w:ind w:left="720"/>
      </w:pPr>
      <w:r/>
      <w:hyperlink r:id="rId15">
        <w:r>
          <w:rPr>
            <w:color w:val="0000EE"/>
            <w:u w:val="single"/>
          </w:rPr>
          <w:t>https://www.cultofmac.com/how-to/new-siri</w:t>
        </w:r>
      </w:hyperlink>
      <w:r>
        <w:t xml:space="preserve"> - Please view link - unable to able to access data</w:t>
      </w:r>
      <w:r/>
    </w:p>
    <w:p>
      <w:pPr>
        <w:pStyle w:val="ListNumber"/>
        <w:spacing w:line="240" w:lineRule="auto"/>
        <w:ind w:left="720"/>
      </w:pPr>
      <w:r/>
      <w:hyperlink r:id="rId16">
        <w:r>
          <w:rPr>
            <w:color w:val="0000EE"/>
            <w:u w:val="single"/>
          </w:rPr>
          <w:t>https://www.androidauthority.com/when-chatgpt-integration-on-ios-3494934/</w:t>
        </w:r>
      </w:hyperlink>
      <w:r>
        <w:t xml:space="preserve"> - Please view link - unable to able to access data</w:t>
      </w:r>
      <w:r/>
    </w:p>
    <w:p>
      <w:pPr>
        <w:pStyle w:val="ListNumber"/>
        <w:spacing w:line="240" w:lineRule="auto"/>
        <w:ind w:left="720"/>
      </w:pPr>
      <w:r/>
      <w:hyperlink r:id="rId17">
        <w:r>
          <w:rPr>
            <w:color w:val="0000EE"/>
            <w:u w:val="single"/>
          </w:rPr>
          <w:t>https://www.zdnet.com/article/cant-find-apples-ai-features-after-upgrading-to-ios-18-1-do-this/</w:t>
        </w:r>
      </w:hyperlink>
      <w:r>
        <w:t xml:space="preserve"> - Please view link - unable to able to access data</w:t>
      </w:r>
      <w:r/>
    </w:p>
    <w:p>
      <w:pPr>
        <w:pStyle w:val="ListNumber"/>
        <w:spacing w:line="240" w:lineRule="auto"/>
        <w:ind w:left="720"/>
      </w:pPr>
      <w:r/>
      <w:hyperlink r:id="rId18">
        <w:r>
          <w:rPr>
            <w:color w:val="0000EE"/>
            <w:u w:val="single"/>
          </w:rPr>
          <w:t>https://www.techradar.com/computing/artificial-intelligence/this-could-be-why-youre-stuck-on-the-apple-intelligence-waitlist</w:t>
        </w:r>
      </w:hyperlink>
      <w:r>
        <w:t xml:space="preserve"> - Please view link - unable to able to access data</w:t>
      </w:r>
      <w:r/>
    </w:p>
    <w:p>
      <w:pPr>
        <w:pStyle w:val="ListNumber"/>
        <w:spacing w:line="240" w:lineRule="auto"/>
        <w:ind w:left="720"/>
      </w:pPr>
      <w:r/>
      <w:hyperlink r:id="rId19">
        <w:r>
          <w:rPr>
            <w:color w:val="0000EE"/>
            <w:u w:val="single"/>
          </w:rPr>
          <w:t>https://www.bbc.com/news/articles/cwy9xj301wmo</w:t>
        </w:r>
      </w:hyperlink>
      <w:r>
        <w:t xml:space="preserve"> - Please view link - unable to able to access data</w:t>
      </w:r>
      <w:r/>
    </w:p>
    <w:p>
      <w:pPr>
        <w:pStyle w:val="ListNumber"/>
        <w:spacing w:line="240" w:lineRule="auto"/>
        <w:ind w:left="720"/>
      </w:pPr>
      <w:r/>
      <w:hyperlink r:id="rId20">
        <w:r>
          <w:rPr>
            <w:color w:val="0000EE"/>
            <w:u w:val="single"/>
          </w:rPr>
          <w:t>https://www.kpax.com/science-and-tech/artificial-intelligence/new-ai-features-unveiled-with-apples-latest-software-update-for-iphones-ipads-and-macs</w:t>
        </w:r>
      </w:hyperlink>
      <w:r>
        <w:t xml:space="preserve"> - Please view link - unable to able to access data</w:t>
      </w:r>
      <w:r/>
    </w:p>
    <w:p>
      <w:pPr>
        <w:pStyle w:val="ListNumber"/>
        <w:spacing w:line="240" w:lineRule="auto"/>
        <w:ind w:left="720"/>
      </w:pPr>
      <w:r/>
      <w:hyperlink r:id="rId21">
        <w:r>
          <w:rPr>
            <w:color w:val="0000EE"/>
            <w:u w:val="single"/>
          </w:rPr>
          <w:t>https://www.ktvq.com/science-and-tech/artificial-intelligence/new-ai-features-unveiled-with-apples-latest-software-update-for-iphones-ipads-and-macs</w:t>
        </w:r>
      </w:hyperlink>
      <w:r>
        <w:t xml:space="preserve"> - Please view link - unable to able to access data</w:t>
      </w:r>
      <w:r/>
    </w:p>
    <w:p>
      <w:pPr>
        <w:pStyle w:val="ListNumber"/>
        <w:spacing w:line="240" w:lineRule="auto"/>
        <w:ind w:left="720"/>
      </w:pPr>
      <w:r/>
      <w:hyperlink r:id="rId22">
        <w:r>
          <w:rPr>
            <w:color w:val="0000EE"/>
            <w:u w:val="single"/>
          </w:rPr>
          <w:t>http://www.kotaradio.com/2024/10/29/apple-releases-new-ai-operating-system-updates-for-users/</w:t>
        </w:r>
      </w:hyperlink>
      <w:r>
        <w:t xml:space="preserve"> - Please view link - unable to able to access data</w:t>
      </w:r>
      <w:r/>
    </w:p>
    <w:p>
      <w:pPr>
        <w:pStyle w:val="ListNumber"/>
        <w:spacing w:line="240" w:lineRule="auto"/>
        <w:ind w:left="720"/>
      </w:pPr>
      <w:r/>
      <w:hyperlink r:id="rId23">
        <w:r>
          <w:rPr>
            <w:color w:val="0000EE"/>
            <w:u w:val="single"/>
          </w:rPr>
          <w:t>https://neefina.com/heres-how-to-get-it-on-your-iphone/</w:t>
        </w:r>
      </w:hyperlink>
      <w:r>
        <w:t xml:space="preserve"> - Please view link - unable to able to access data</w:t>
      </w:r>
      <w:r/>
    </w:p>
    <w:p>
      <w:pPr>
        <w:pStyle w:val="ListNumber"/>
        <w:spacing w:line="240" w:lineRule="auto"/>
        <w:ind w:left="720"/>
      </w:pPr>
      <w:r/>
      <w:hyperlink r:id="rId24">
        <w:r>
          <w:rPr>
            <w:color w:val="0000EE"/>
            <w:u w:val="single"/>
          </w:rPr>
          <w:t>https://www.wtvr.com/science-and-tech/artificial-intelligence/new-ai-features-unveiled-with-apples-latest-software-update-for-iphones-ipads-and-macs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pple.com/newsroom/2024/06/introducing-apple-intelligence-for-iphone-ipad-and-mac/" TargetMode="External"/><Relationship Id="rId11" Type="http://schemas.openxmlformats.org/officeDocument/2006/relationships/hyperlink" Target="https://www.apple.com/newsroom/2024/09/apple-intelligence-comes-to-iphone-ipad-and-mac-starting-next-month/" TargetMode="External"/><Relationship Id="rId12" Type="http://schemas.openxmlformats.org/officeDocument/2006/relationships/hyperlink" Target="https://www.apple.com/apple-intelligence/" TargetMode="External"/><Relationship Id="rId13" Type="http://schemas.openxmlformats.org/officeDocument/2006/relationships/hyperlink" Target="https://www.cbsnews.com/news/apple-intelligence-rollout-ios-18-1-october-28-2024/" TargetMode="External"/><Relationship Id="rId14" Type="http://schemas.openxmlformats.org/officeDocument/2006/relationships/hyperlink" Target="https://www.ksby.com/science-and-tech/artificial-intelligence/new-ai-features-unveiled-with-apples-latest-software-update-for-iphones-ipads-and-macs" TargetMode="External"/><Relationship Id="rId15" Type="http://schemas.openxmlformats.org/officeDocument/2006/relationships/hyperlink" Target="https://www.cultofmac.com/how-to/new-siri" TargetMode="External"/><Relationship Id="rId16" Type="http://schemas.openxmlformats.org/officeDocument/2006/relationships/hyperlink" Target="https://www.androidauthority.com/when-chatgpt-integration-on-ios-3494934/" TargetMode="External"/><Relationship Id="rId17" Type="http://schemas.openxmlformats.org/officeDocument/2006/relationships/hyperlink" Target="https://www.zdnet.com/article/cant-find-apples-ai-features-after-upgrading-to-ios-18-1-do-this/" TargetMode="External"/><Relationship Id="rId18" Type="http://schemas.openxmlformats.org/officeDocument/2006/relationships/hyperlink" Target="https://www.techradar.com/computing/artificial-intelligence/this-could-be-why-youre-stuck-on-the-apple-intelligence-waitlist" TargetMode="External"/><Relationship Id="rId19" Type="http://schemas.openxmlformats.org/officeDocument/2006/relationships/hyperlink" Target="https://www.bbc.com/news/articles/cwy9xj301wmo" TargetMode="External"/><Relationship Id="rId20" Type="http://schemas.openxmlformats.org/officeDocument/2006/relationships/hyperlink" Target="https://www.kpax.com/science-and-tech/artificial-intelligence/new-ai-features-unveiled-with-apples-latest-software-update-for-iphones-ipads-and-macs" TargetMode="External"/><Relationship Id="rId21" Type="http://schemas.openxmlformats.org/officeDocument/2006/relationships/hyperlink" Target="https://www.ktvq.com/science-and-tech/artificial-intelligence/new-ai-features-unveiled-with-apples-latest-software-update-for-iphones-ipads-and-macs" TargetMode="External"/><Relationship Id="rId22" Type="http://schemas.openxmlformats.org/officeDocument/2006/relationships/hyperlink" Target="http://www.kotaradio.com/2024/10/29/apple-releases-new-ai-operating-system-updates-for-users/" TargetMode="External"/><Relationship Id="rId23" Type="http://schemas.openxmlformats.org/officeDocument/2006/relationships/hyperlink" Target="https://neefina.com/heres-how-to-get-it-on-your-iphone/" TargetMode="External"/><Relationship Id="rId24" Type="http://schemas.openxmlformats.org/officeDocument/2006/relationships/hyperlink" Target="https://www.wtvr.com/science-and-tech/artificial-intelligence/new-ai-features-unveiled-with-apples-latest-software-update-for-iphones-ipads-and-mac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