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teases AI-powered updates for Final Cut Pro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unveiled a glimpse into the future of its professional video editing software, Final Cut Pro, showcasing a host of new capabilities powered by artificial intelligence (AI). This announcement, made in a recent video promoting the Mac mini, is generating excitement among video editing enthusiasts and professionals anticipating the enhanced functionality.</w:t>
      </w:r>
      <w:r/>
    </w:p>
    <w:p>
      <w:r/>
      <w:r>
        <w:t>The highlight of the upcoming features is the integration of AI for generating video captions. Currently, Final Cut Pro users must import captions from external software, utilise plug-ins, or manually create them. The forthcoming update promises to streamline this process by allowing users to generate captions directly within Final Cut Pro, utilising AI technology. This development aims to enhance workflow efficiency, catering to the growing demand for accessible video content.</w:t>
      </w:r>
      <w:r/>
    </w:p>
    <w:p>
      <w:r/>
      <w:r>
        <w:t>In the same announcement, an intriguing snippet appears on the screen, briefly showcasing the new captioning option. This has led to speculation about additional features, such as a "Magnetic Mask" function, which could potentially offer more advanced masking capabilities for video editors. Although details remain scarce, the brief mention of AI effects suggests that Apple is exploring ways to integrate AI more comprehensively into Final Cut Pro, potentially expanding creative options and simplifying complex editing tasks.</w:t>
      </w:r>
      <w:r/>
    </w:p>
    <w:p>
      <w:r/>
      <w:r>
        <w:t>While Apple has not formally confirmed the full suite of features, the anticipation is building toward the 2024 Final Cut Pro Creative Summit, scheduled for November. This event will likely serve as a platform for Apple to further elaborate on the AI advancements and other enhancements planned for its video editing software. As the industry shifts towards more AI-driven solutions, the forthcoming updates to Final Cut Pro are poised to position it as a more robust tool for video professionals seeking cutting-edge technology in their post-production processes.</w:t>
      </w:r>
      <w:r/>
    </w:p>
    <w:p>
      <w:r/>
      <w:r>
        <w:t>This announcement comes amidst a broader trend of incorporating AI into creative software, reflecting the evolving needs of content creators for more automated and intelligent solutions. As Final Cut Pro readies itself for an AI-enhanced future, users are keenly anticipating how these innovations will reshape their editing experiences and creative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https://www.macrumors.com/2024/10/29/final-cut-pro-ai-transcription-captions/</w:t>
        </w:r>
      </w:hyperlink>
      <w:r>
        <w:t xml:space="preserve"> - Corroborates the announcement of AI-powered caption generation in Final Cut Pro and the upcoming features showcased in the Mac mini announcement video.</w:t>
      </w:r>
      <w:r/>
    </w:p>
    <w:p>
      <w:pPr>
        <w:pStyle w:val="ListNumber"/>
        <w:spacing w:line="240" w:lineRule="auto"/>
        <w:ind w:left="720"/>
      </w:pPr>
      <w:r/>
      <w:hyperlink r:id="rId10">
        <w:r>
          <w:rPr>
            <w:color w:val="0000EE"/>
            <w:u w:val="single"/>
          </w:rPr>
          <w:t>https://www.macrumors.com/2024/10/29/final-cut-pro-ai-transcription-captions/</w:t>
        </w:r>
      </w:hyperlink>
      <w:r>
        <w:t xml:space="preserve"> - Provides details on the current methods of adding captions in Final Cut Pro and how the new AI feature will streamline this process.</w:t>
      </w:r>
      <w:r/>
    </w:p>
    <w:p>
      <w:pPr>
        <w:pStyle w:val="ListNumber"/>
        <w:spacing w:line="240" w:lineRule="auto"/>
        <w:ind w:left="720"/>
      </w:pPr>
      <w:r/>
      <w:hyperlink r:id="rId10">
        <w:r>
          <w:rPr>
            <w:color w:val="0000EE"/>
            <w:u w:val="single"/>
          </w:rPr>
          <w:t>https://www.macrumors.com/2024/10/29/final-cut-pro-ai-transcription-captions/</w:t>
        </w:r>
      </w:hyperlink>
      <w:r>
        <w:t xml:space="preserve"> - Mentions the speculation about additional features like the 'Magnetic Mask' function and AI effects in the upcoming update.</w:t>
      </w:r>
      <w:r/>
    </w:p>
    <w:p>
      <w:pPr>
        <w:pStyle w:val="ListNumber"/>
        <w:spacing w:line="240" w:lineRule="auto"/>
        <w:ind w:left="720"/>
      </w:pPr>
      <w:r/>
      <w:hyperlink r:id="rId10">
        <w:r>
          <w:rPr>
            <w:color w:val="0000EE"/>
            <w:u w:val="single"/>
          </w:rPr>
          <w:t>https://www.macrumors.com/2024/10/29/final-cut-pro-ai-transcription-captions/</w:t>
        </w:r>
      </w:hyperlink>
      <w:r>
        <w:t xml:space="preserve"> - Discusses the anticipation building towards the 2024 Final Cut Pro Creative Summit for more details on AI advancements.</w:t>
      </w:r>
      <w:r/>
    </w:p>
    <w:p>
      <w:pPr>
        <w:pStyle w:val="ListNumber"/>
        <w:spacing w:line="240" w:lineRule="auto"/>
        <w:ind w:left="720"/>
      </w:pPr>
      <w:r/>
      <w:hyperlink r:id="rId11">
        <w:r>
          <w:rPr>
            <w:color w:val="0000EE"/>
            <w:u w:val="single"/>
          </w:rPr>
          <w:t>https://support.apple.com/guide/final-cut-pro/create-captions-vere399dab5e/10.8/mac/13.5</w:t>
        </w:r>
      </w:hyperlink>
      <w:r>
        <w:t xml:space="preserve"> - Explains the current manual process of creating captions in Final Cut Pro, which the new AI feature will enhance.</w:t>
      </w:r>
      <w:r/>
    </w:p>
    <w:p>
      <w:pPr>
        <w:pStyle w:val="ListNumber"/>
        <w:spacing w:line="240" w:lineRule="auto"/>
        <w:ind w:left="720"/>
      </w:pPr>
      <w:r/>
      <w:hyperlink r:id="rId11">
        <w:r>
          <w:rPr>
            <w:color w:val="0000EE"/>
            <w:u w:val="single"/>
          </w:rPr>
          <w:t>https://support.apple.com/guide/final-cut-pro/create-captions-vere399dab5e/10.8/mac/13.5</w:t>
        </w:r>
      </w:hyperlink>
      <w:r>
        <w:t xml:space="preserve"> - Details the steps for manually adding and editing captions in Final Cut Pro, highlighting the need for an automated solution.</w:t>
      </w:r>
      <w:r/>
    </w:p>
    <w:p>
      <w:pPr>
        <w:pStyle w:val="ListNumber"/>
        <w:spacing w:line="240" w:lineRule="auto"/>
        <w:ind w:left="720"/>
      </w:pPr>
      <w:r/>
      <w:hyperlink r:id="rId12">
        <w:r>
          <w:rPr>
            <w:color w:val="0000EE"/>
            <w:u w:val="single"/>
          </w:rPr>
          <w:t>https://www.youtube.com/watch?v=g3wUaXb3DlQ</w:t>
        </w:r>
      </w:hyperlink>
      <w:r>
        <w:t xml:space="preserve"> - Shows an alternative method using a plugin (Captionator) to generate captions within Final Cut Pro, which is currently necessary due to the lack of native AI captioning.</w:t>
      </w:r>
      <w:r/>
    </w:p>
    <w:p>
      <w:pPr>
        <w:pStyle w:val="ListNumber"/>
        <w:spacing w:line="240" w:lineRule="auto"/>
        <w:ind w:left="720"/>
      </w:pPr>
      <w:r/>
      <w:hyperlink r:id="rId13">
        <w:r>
          <w:rPr>
            <w:color w:val="0000EE"/>
            <w:u w:val="single"/>
          </w:rPr>
          <w:t>https://verbit.ai/general/adding-subtitles-in-final-cut-pro/</w:t>
        </w:r>
      </w:hyperlink>
      <w:r>
        <w:t xml:space="preserve"> - Discusses the manual process of adding subtitles and captions in Final Cut Pro and the benefits of using external services for accurate captioning.</w:t>
      </w:r>
      <w:r/>
    </w:p>
    <w:p>
      <w:pPr>
        <w:pStyle w:val="ListNumber"/>
        <w:spacing w:line="240" w:lineRule="auto"/>
        <w:ind w:left="720"/>
      </w:pPr>
      <w:r/>
      <w:hyperlink r:id="rId13">
        <w:r>
          <w:rPr>
            <w:color w:val="0000EE"/>
            <w:u w:val="single"/>
          </w:rPr>
          <w:t>https://verbit.ai/general/adding-subtitles-in-final-cut-pro/</w:t>
        </w:r>
      </w:hyperlink>
      <w:r>
        <w:t xml:space="preserve"> - Highlights the limitations of current captioning methods in Final Cut Pro and the need for more efficient solutions, such as AI-driven captioning.</w:t>
      </w:r>
      <w:r/>
    </w:p>
    <w:p>
      <w:pPr>
        <w:pStyle w:val="ListNumber"/>
        <w:spacing w:line="240" w:lineRule="auto"/>
        <w:ind w:left="720"/>
      </w:pPr>
      <w:r/>
      <w:hyperlink r:id="rId14">
        <w:r>
          <w:rPr>
            <w:color w:val="0000EE"/>
            <w:u w:val="single"/>
          </w:rPr>
          <w:t>https://www.youtube.com/watch?v=2Ha9m_iHwac</w:t>
        </w:r>
      </w:hyperlink>
      <w:r>
        <w:t xml:space="preserve"> - Provides an alternative method using CapCut to auto-generate captions, which is a workaround until Final Cut Pro integrates AI captioning natively.</w:t>
      </w:r>
      <w:r/>
    </w:p>
    <w:p>
      <w:pPr>
        <w:pStyle w:val="ListNumber"/>
        <w:spacing w:line="240" w:lineRule="auto"/>
        <w:ind w:left="720"/>
      </w:pPr>
      <w:r/>
      <w:hyperlink r:id="rId10">
        <w:r>
          <w:rPr>
            <w:color w:val="0000EE"/>
            <w:u w:val="single"/>
          </w:rPr>
          <w:t>https://www.macrumors.com/2024/10/29/final-cut-pro-ai-transcription-captions/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0/29/final-cut-pro-ai-transcription-captions/" TargetMode="External"/><Relationship Id="rId11" Type="http://schemas.openxmlformats.org/officeDocument/2006/relationships/hyperlink" Target="https://support.apple.com/guide/final-cut-pro/create-captions-vere399dab5e/10.8/mac/13.5" TargetMode="External"/><Relationship Id="rId12" Type="http://schemas.openxmlformats.org/officeDocument/2006/relationships/hyperlink" Target="https://www.youtube.com/watch?v=g3wUaXb3DlQ" TargetMode="External"/><Relationship Id="rId13" Type="http://schemas.openxmlformats.org/officeDocument/2006/relationships/hyperlink" Target="https://verbit.ai/general/adding-subtitles-in-final-cut-pro/" TargetMode="External"/><Relationship Id="rId14" Type="http://schemas.openxmlformats.org/officeDocument/2006/relationships/hyperlink" Target="https://www.youtube.com/watch?v=2Ha9m_iHwa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