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boAt partners with Yatra to enhance corporate travel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boAt, a prominent player in the Indian audio and wearable industry, has taken a significant leap towards enhancing its corporate travel processes by partnering with Yatra Online Limited. Announced on October 29, 2024, this partnership sees boAt becoming the first company to utilise Yatra's newly introduced RECAP (Receipt Capture and Processing) system, an AI-powered solution designed to simplify and streamline corporate travel and expense management.</w:t>
      </w:r>
      <w:r/>
    </w:p>
    <w:p>
      <w:r/>
      <w:r>
        <w:t>Yatra, widely recognised as India’s leading corporate travel services provider, has developed RECAP to integrate seamlessly with its established self-booking tool. This innovative solution allows businesses to simplify travel arrangements, manage itineraries, and handle expense tracking with real-time efficiency, all through a single platform. With boAt as its pioneering client, Yatra has ventured into a new era of corporate travel management technology.</w:t>
      </w:r>
      <w:r/>
    </w:p>
    <w:p>
      <w:r/>
      <w:r>
        <w:t>The agreement entails Yatra managing the entire spectrum of boAt's corporate travel needs. This includes flight reservations, hotel bookings, and itinerary management, alongside handling any ancillary travel services required by employees. Additionally, the incorporation of RECAP offers boAt real-time tracking and processing of travel expenses. This feature is set to provide enhanced financial management capabilities and improved budget control for the company.</w:t>
      </w:r>
      <w:r/>
    </w:p>
    <w:p>
      <w:r/>
      <w:r>
        <w:t>Yatra’s Whole-time Director and CEO, Dhruv Shringi, emphasised the transformative potential of this collaboration. He noted, “Our travel solutions offering to boAt is a testament to Yatra’s commitment to delivering innovative solutions that redefine corporate travel and expense management. We are thrilled to introduce RECAP as an integrated solution alongside our self-booking tool. With this integration, we are not just simplifying travel bookings—we are empowering businesses like boAt to take full control of their travel spend and expenses in real time.”</w:t>
      </w:r>
      <w:r/>
    </w:p>
    <w:p>
      <w:r/>
      <w:r>
        <w:t>From boAt's perspective, adopting Yatra’s RECAP and self-booking tools signifies a strategic move towards enhancing internal efficiency and fostering innovation. Gaurav Nayyar, COO of boAt, remarked, “At boAt, we prioritize efficiency and innovation. By adopting Yatra’s corporate travel and expense management solution, we’re streamlining our processes, ensuring a more efficient and effective approach.”</w:t>
      </w:r>
      <w:r/>
    </w:p>
    <w:p>
      <w:r/>
      <w:r>
        <w:t>This collaboration highlights both companies' commitment to leveraging advanced technological solutions to meet the evolving demands of corporate clients. By integrating RECAP with its self-booking tool, Yatra aims to set a new benchmark in the industry, promoting improved travel expense management and streamlined processes for businesses. This partnership not only marks a new chapter for Yatra but also positions boAt at the forefront of corporate efficiency and management innovation in India.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https://hospitalitylexis.media/fhrai-hosts-a-successful-three-day-convention-in-goa/</w:t>
        </w:r>
      </w:hyperlink>
      <w:r>
        <w:t xml:space="preserve"> - Mentions Yatra's Integrated Expense Management Solution 'RECAP' and its support for boAt's Travel Management, although it is not the primary focus of the article.</w:t>
      </w:r>
      <w:r/>
    </w:p>
    <w:p>
      <w:pPr>
        <w:pStyle w:val="ListNumber"/>
        <w:spacing w:line="240" w:lineRule="auto"/>
        <w:ind w:left="720"/>
      </w:pPr>
      <w:r/>
      <w:hyperlink r:id="rId11">
        <w:r>
          <w:rPr>
            <w:color w:val="0000EE"/>
            <w:u w:val="single"/>
          </w:rPr>
          <w:t>https://hospitalitylexis.media/steel-cutting-for-seven-seas-prestige-heralds-exciting-new-chapter-in-regent-seven-seas-cruises-history/</w:t>
        </w:r>
      </w:hyperlink>
      <w:r>
        <w:t xml:space="preserve"> - References Yatra's Integrated Expense Management Solution 'RECAP' and its support for boAt's Travel Management, similar to the first link.</w:t>
      </w:r>
      <w:r/>
    </w:p>
    <w:p>
      <w:pPr>
        <w:pStyle w:val="ListNumber"/>
        <w:spacing w:line="240" w:lineRule="auto"/>
        <w:ind w:left="720"/>
      </w:pPr>
      <w:r/>
      <w:hyperlink r:id="rId12">
        <w:r>
          <w:rPr>
            <w:color w:val="0000EE"/>
            <w:u w:val="single"/>
          </w:rPr>
          <w:t>https://travellersworldonline.com/four-seasons-safari-lodge-serengeti-unveils-enchanting-stargazing-experience/</w:t>
        </w:r>
      </w:hyperlink>
      <w:r>
        <w:t xml:space="preserve"> - Mentions Yatra's partnership with boAt to revolutionize corporate travel with RECAP, though it is a secondary mention.</w:t>
      </w:r>
      <w:r/>
    </w:p>
    <w:p>
      <w:pPr>
        <w:pStyle w:val="ListNumber"/>
        <w:spacing w:line="240" w:lineRule="auto"/>
        <w:ind w:left="720"/>
      </w:pPr>
      <w:r/>
      <w:hyperlink r:id="rId9">
        <w:r>
          <w:rPr>
            <w:color w:val="0000EE"/>
            <w:u w:val="single"/>
          </w:rPr>
          <w:t>https://www.noahwire.com</w:t>
        </w:r>
      </w:hyperlink>
      <w:r>
        <w:t xml:space="preserve"> - The original source of the information about boAt and Yatra's partnership, though the specific article is not available directly from this link.</w:t>
      </w:r>
      <w:r/>
    </w:p>
    <w:p>
      <w:pPr>
        <w:pStyle w:val="ListNumber"/>
        <w:spacing w:line="240" w:lineRule="auto"/>
        <w:ind w:left="720"/>
      </w:pPr>
      <w:r/>
      <w:hyperlink r:id="rId13">
        <w:r>
          <w:rPr>
            <w:color w:val="0000EE"/>
            <w:u w:val="single"/>
          </w:rPr>
          <w:t>https://www.yatra.com</w:t>
        </w:r>
      </w:hyperlink>
      <w:r>
        <w:t xml:space="preserve"> - Yatra's official website, which would have detailed information about their corporate travel services and the RECAP system, though it is not directly linked to the specific announcement.</w:t>
      </w:r>
      <w:r/>
    </w:p>
    <w:p>
      <w:pPr>
        <w:pStyle w:val="ListNumber"/>
        <w:spacing w:line="240" w:lineRule="auto"/>
        <w:ind w:left="720"/>
      </w:pPr>
      <w:r/>
      <w:hyperlink r:id="rId14">
        <w:r>
          <w:rPr>
            <w:color w:val="0000EE"/>
            <w:u w:val="single"/>
          </w:rPr>
          <w:t>https://www.boat-lifestyle.com</w:t>
        </w:r>
      </w:hyperlink>
      <w:r>
        <w:t xml:space="preserve"> - boAt's official website, which might have press releases or announcements about their partnership with Yatra, though it is not directly linked to the specific announcement.</w:t>
      </w:r>
      <w:r/>
    </w:p>
    <w:p>
      <w:pPr>
        <w:pStyle w:val="ListNumber"/>
        <w:spacing w:line="240" w:lineRule="auto"/>
        <w:ind w:left="720"/>
      </w:pPr>
      <w:r/>
      <w:hyperlink r:id="rId15">
        <w:r>
          <w:rPr>
            <w:color w:val="0000EE"/>
            <w:u w:val="single"/>
          </w:rPr>
          <w:t>https://economictimes.indiatimes.com/topic/Yatra-Online</w:t>
        </w:r>
      </w:hyperlink>
      <w:r>
        <w:t xml:space="preserve"> - Economic Times coverage of Yatra Online, which could include articles about their corporate travel solutions and partnerships.</w:t>
      </w:r>
      <w:r/>
    </w:p>
    <w:p>
      <w:pPr>
        <w:pStyle w:val="ListNumber"/>
        <w:spacing w:line="240" w:lineRule="auto"/>
        <w:ind w:left="720"/>
      </w:pPr>
      <w:r/>
      <w:hyperlink r:id="rId16">
        <w:r>
          <w:rPr>
            <w:color w:val="0000EE"/>
            <w:u w:val="single"/>
          </w:rPr>
          <w:t>https://www.business-standard.com/company/yatra-online-104</w:t>
        </w:r>
      </w:hyperlink>
      <w:r>
        <w:t xml:space="preserve"> - Business Standard's coverage of Yatra Online, including potential articles on their corporate travel management solutions.</w:t>
      </w:r>
      <w:r/>
    </w:p>
    <w:p>
      <w:pPr>
        <w:pStyle w:val="ListNumber"/>
        <w:spacing w:line="240" w:lineRule="auto"/>
        <w:ind w:left="720"/>
      </w:pPr>
      <w:r/>
      <w:hyperlink r:id="rId17">
        <w:r>
          <w:rPr>
            <w:color w:val="0000EE"/>
            <w:u w:val="single"/>
          </w:rPr>
          <w:t>https://www.moneycontrol.com/news/business/companies/yatra-online-limited-1000000001.html</w:t>
        </w:r>
      </w:hyperlink>
      <w:r>
        <w:t xml:space="preserve"> - MoneyControl's coverage of Yatra Online, which may include news about their partnerships and innovative solutions like RECAP.</w:t>
      </w:r>
      <w:r/>
    </w:p>
    <w:p>
      <w:pPr>
        <w:pStyle w:val="ListNumber"/>
        <w:spacing w:line="240" w:lineRule="auto"/>
        <w:ind w:left="720"/>
      </w:pPr>
      <w:r/>
      <w:hyperlink r:id="rId18">
        <w:r>
          <w:rPr>
            <w:color w:val="0000EE"/>
            <w:u w:val="single"/>
          </w:rPr>
          <w:t>https://www.financialexpress.com/industry/yatra-online-limited/</w:t>
        </w:r>
      </w:hyperlink>
      <w:r>
        <w:t xml:space="preserve"> - Financial Express coverage of Yatra Online, including potential articles on their corporate travel and expense management solutions.</w:t>
      </w:r>
      <w:r/>
    </w:p>
    <w:p>
      <w:pPr>
        <w:pStyle w:val="ListNumber"/>
        <w:spacing w:line="240" w:lineRule="auto"/>
        <w:ind w:left="720"/>
      </w:pPr>
      <w:r/>
      <w:hyperlink r:id="rId19">
        <w:r>
          <w:rPr>
            <w:color w:val="0000EE"/>
            <w:u w:val="single"/>
          </w:rPr>
          <w:t>https://www.livemint.com/companies/news/yatra-online-limited</w:t>
        </w:r>
      </w:hyperlink>
      <w:r>
        <w:t xml:space="preserve"> - LiveMint's coverage of Yatra Online, which could include details about their partnership with boAt and the RECAP system.</w:t>
      </w:r>
      <w:r/>
    </w:p>
    <w:p>
      <w:pPr>
        <w:pStyle w:val="ListNumber"/>
        <w:spacing w:line="240" w:lineRule="auto"/>
        <w:ind w:left="720"/>
      </w:pPr>
      <w:r/>
      <w:hyperlink r:id="rId20">
        <w:r>
          <w:rPr>
            <w:color w:val="0000EE"/>
            <w:u w:val="single"/>
          </w:rPr>
          <w:t>https://www.passionateinmarketing.com/revolutionizing-corporate-travel-yatras-integrated-expense-management-solution-recap-now-supporting-boats-travel-management/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ospitalitylexis.media/fhrai-hosts-a-successful-three-day-convention-in-goa/" TargetMode="External"/><Relationship Id="rId11" Type="http://schemas.openxmlformats.org/officeDocument/2006/relationships/hyperlink" Target="https://hospitalitylexis.media/steel-cutting-for-seven-seas-prestige-heralds-exciting-new-chapter-in-regent-seven-seas-cruises-history/" TargetMode="External"/><Relationship Id="rId12" Type="http://schemas.openxmlformats.org/officeDocument/2006/relationships/hyperlink" Target="https://travellersworldonline.com/four-seasons-safari-lodge-serengeti-unveils-enchanting-stargazing-experience/" TargetMode="External"/><Relationship Id="rId13" Type="http://schemas.openxmlformats.org/officeDocument/2006/relationships/hyperlink" Target="https://www.yatra.com" TargetMode="External"/><Relationship Id="rId14" Type="http://schemas.openxmlformats.org/officeDocument/2006/relationships/hyperlink" Target="https://www.boat-lifestyle.com" TargetMode="External"/><Relationship Id="rId15" Type="http://schemas.openxmlformats.org/officeDocument/2006/relationships/hyperlink" Target="https://economictimes.indiatimes.com/topic/Yatra-Online" TargetMode="External"/><Relationship Id="rId16" Type="http://schemas.openxmlformats.org/officeDocument/2006/relationships/hyperlink" Target="https://www.business-standard.com/company/yatra-online-104" TargetMode="External"/><Relationship Id="rId17" Type="http://schemas.openxmlformats.org/officeDocument/2006/relationships/hyperlink" Target="https://www.moneycontrol.com/news/business/companies/yatra-online-limited-1000000001.html" TargetMode="External"/><Relationship Id="rId18" Type="http://schemas.openxmlformats.org/officeDocument/2006/relationships/hyperlink" Target="https://www.financialexpress.com/industry/yatra-online-limited/" TargetMode="External"/><Relationship Id="rId19" Type="http://schemas.openxmlformats.org/officeDocument/2006/relationships/hyperlink" Target="https://www.livemint.com/companies/news/yatra-online-limited" TargetMode="External"/><Relationship Id="rId20" Type="http://schemas.openxmlformats.org/officeDocument/2006/relationships/hyperlink" Target="https://www.passionateinmarketing.com/revolutionizing-corporate-travel-yatras-integrated-expense-management-solution-recap-now-supporting-boats-travel-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