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Charlottesville hosts premiere of 'I Hope This Helps' at Virginia Film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Charlottesville Hosts Premiere of 'I Hope This Helps' at Virginia Film Festival</w:t>
      </w:r>
      <w:r/>
    </w:p>
    <w:p>
      <w:r/>
      <w:r>
        <w:t>Charlottesville, Virginia – The exciting world of artificial intelligence (AI) takes centre stage in Daniel Freed’s latest cinematic venture, 'I Hope This Helps', set to screen at the Virginia Film Festival. The film represents a departure for Freed, a director acknowledged for his work in investigative journalism, as he navigates through the realm of documentary filmmaking with a unique perspective on AI.</w:t>
      </w:r>
      <w:r/>
    </w:p>
    <w:p>
      <w:r/>
      <w:r>
        <w:t>Scheduled to premiere on Saturday, 2nd November at Violet Crown 3, the film’s screening will feature a question and answer session where Freed will be joined by executive producer and notable actor Matthew Modine, offering attendees an exclusive insight into the making of the documentary.</w:t>
      </w:r>
      <w:r/>
    </w:p>
    <w:p>
      <w:r/>
      <w:r>
        <w:t>'I Hope This Helps' stands apart as a hybrid documentary that delves into humanity's intricate relationship with AI technologies. During a live discussion on Cville Right Now, Freed conveyed the core concept of his film, highlighting the neutrality of AI and its dependence on human usage. "AI is as good or as bad as those who use it, just like a puppet that you can get to say and do just about anything," he remarked, emphasising the duality of AI’s potential impacts.</w:t>
      </w:r>
      <w:r/>
    </w:p>
    <w:p>
      <w:r/>
      <w:r>
        <w:t>A fascinating aspect of the film is Freed’s experimental collaboration with an AI chatbot, which he consulted during the early production phases. When asked how it would prefer to appear in the film, the chatbot’s whimsical response of desiring to be a "blue furry creature with expressive eyes and the voice of a British woman" informed a central visual motif. This portrayal not only adds a layer of humour but also provokes thought on the evolving role and anthropomorphism of AI in contemporary society.</w:t>
      </w:r>
      <w:r/>
    </w:p>
    <w:p>
      <w:r/>
      <w:r>
        <w:t>The film was inspired by major shifts in AI technology, especially the transformative experience Freed had upon his initial interaction with Google’s AI tool, Bard. He described this encounter as "an amazing new thing that was going to change my life and probably change everybody else's life," reflecting the profound and sweeping changes AI developments could usher in.</w:t>
      </w:r>
      <w:r/>
    </w:p>
    <w:p>
      <w:r/>
      <w:r>
        <w:t>By blending documentary elements with creative storytelling, 'I Hope This Helps' invites viewers to explore the dynamic intersection of technology and humanity, examining how AI is shaping our world and potentially our futures. This thought-provoking piece holds promise to engage both tech enthusiasts and casual viewers alike, drawing on the power of film to spark dialogue on significant issues.</w:t>
      </w:r>
      <w:r/>
    </w:p>
    <w:p>
      <w:r/>
      <w:r>
        <w:t>The upcoming Virginia Film Festival is anticipated to draw audiences eager to explore diverse narratives and innovative filmmaking, with Freed's latest work poised to be a highlight. Audiences can look forward to engaging with the film and participating in a dialogue with Freed and Modine about the provocative themes that 'I Hope This Helps' brings to the fore.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https://virginiafilmfestival.org/schedule/</w:t>
        </w:r>
      </w:hyperlink>
      <w:r>
        <w:t xml:space="preserve"> - This link corroborates the scheduling of 'I Hope This Helps' at the Virginia Film Festival, specifically on Saturday, November 2, at Violet Crown 3.</w:t>
      </w:r>
      <w:r/>
    </w:p>
    <w:p>
      <w:pPr>
        <w:pStyle w:val="ListNumber"/>
        <w:spacing w:line="240" w:lineRule="auto"/>
        <w:ind w:left="720"/>
      </w:pPr>
      <w:r/>
      <w:hyperlink r:id="rId11">
        <w:r>
          <w:rPr>
            <w:color w:val="0000EE"/>
            <w:u w:val="single"/>
          </w:rPr>
          <w:t>https://virginiafilmfestival.org/schedule-list/</w:t>
        </w:r>
      </w:hyperlink>
      <w:r>
        <w:t xml:space="preserve"> - This link provides a detailed schedule list of the Virginia Film Festival, including the screening of 'I Hope This Helps' on Saturday, November 2.</w:t>
      </w:r>
      <w:r/>
    </w:p>
    <w:p>
      <w:pPr>
        <w:pStyle w:val="ListNumber"/>
        <w:spacing w:line="240" w:lineRule="auto"/>
        <w:ind w:left="720"/>
      </w:pPr>
      <w:r/>
      <w:hyperlink r:id="rId12">
        <w:r>
          <w:rPr>
            <w:color w:val="0000EE"/>
            <w:u w:val="single"/>
          </w:rPr>
          <w:t>https://virginiafilmfestival.org/films/i-hope-this-helps/</w:t>
        </w:r>
      </w:hyperlink>
      <w:r>
        <w:t xml:space="preserve"> - This link explains the film 'I Hope This Helps' as a humorous, genre-bending hybrid documentary and its unique perspective on AI, aligning with the article's description.</w:t>
      </w:r>
      <w:r/>
    </w:p>
    <w:p>
      <w:pPr>
        <w:pStyle w:val="ListNumber"/>
        <w:spacing w:line="240" w:lineRule="auto"/>
        <w:ind w:left="720"/>
      </w:pPr>
      <w:r/>
      <w:hyperlink r:id="rId10">
        <w:r>
          <w:rPr>
            <w:color w:val="0000EE"/>
            <w:u w:val="single"/>
          </w:rPr>
          <w:t>https://virginiafilmfestival.org/schedule/</w:t>
        </w:r>
      </w:hyperlink>
      <w:r>
        <w:t xml:space="preserve"> - This link confirms the venue, Violet Crown 3, and the time of the screening, as well as the inclusion of a question and answer session.</w:t>
      </w:r>
      <w:r/>
    </w:p>
    <w:p>
      <w:pPr>
        <w:pStyle w:val="ListNumber"/>
        <w:spacing w:line="240" w:lineRule="auto"/>
        <w:ind w:left="720"/>
      </w:pPr>
      <w:r/>
      <w:hyperlink r:id="rId11">
        <w:r>
          <w:rPr>
            <w:color w:val="0000EE"/>
            <w:u w:val="single"/>
          </w:rPr>
          <w:t>https://virginiafilmfestival.org/schedule-list/</w:t>
        </w:r>
      </w:hyperlink>
      <w:r>
        <w:t xml:space="preserve"> - This link lists the various venues and event types at the Virginia Film Festival, including Violet Crown 3 where 'I Hope This Helps' will be screened.</w:t>
      </w:r>
      <w:r/>
    </w:p>
    <w:p>
      <w:pPr>
        <w:pStyle w:val="ListNumber"/>
        <w:spacing w:line="240" w:lineRule="auto"/>
        <w:ind w:left="720"/>
      </w:pPr>
      <w:r/>
      <w:hyperlink r:id="rId13">
        <w:r>
          <w:rPr>
            <w:color w:val="0000EE"/>
            <w:u w:val="single"/>
          </w:rPr>
          <w:t>https://virginiafilmfestival.org/</w:t>
        </w:r>
      </w:hyperlink>
      <w:r>
        <w:t xml:space="preserve"> - This link provides general information about the Virginia Film Festival, including its focus on diverse narratives and innovative filmmaking.</w:t>
      </w:r>
      <w:r/>
    </w:p>
    <w:p>
      <w:pPr>
        <w:pStyle w:val="ListNumber"/>
        <w:spacing w:line="240" w:lineRule="auto"/>
        <w:ind w:left="720"/>
      </w:pPr>
      <w:r/>
      <w:hyperlink r:id="rId10">
        <w:r>
          <w:rPr>
            <w:color w:val="0000EE"/>
            <w:u w:val="single"/>
          </w:rPr>
          <w:t>https://virginiafilmfestival.org/schedule/</w:t>
        </w:r>
      </w:hyperlink>
      <w:r>
        <w:t xml:space="preserve"> - This link details the overall schedule of the festival, highlighting other events and screenings that will take place alongside 'I Hope This Helps'.</w:t>
      </w:r>
      <w:r/>
    </w:p>
    <w:p>
      <w:pPr>
        <w:pStyle w:val="ListNumber"/>
        <w:spacing w:line="240" w:lineRule="auto"/>
        <w:ind w:left="720"/>
      </w:pPr>
      <w:r/>
      <w:hyperlink r:id="rId12">
        <w:r>
          <w:rPr>
            <w:color w:val="0000EE"/>
            <w:u w:val="single"/>
          </w:rPr>
          <w:t>https://virginiafilmfestival.org/films/i-hope-this-helps/</w:t>
        </w:r>
      </w:hyperlink>
      <w:r>
        <w:t xml:space="preserve"> - This link elaborates on the experimental collaboration with an AI chatbot during the production of 'I Hope This Helps', aligning with the article's mention of this aspect.</w:t>
      </w:r>
      <w:r/>
    </w:p>
    <w:p>
      <w:pPr>
        <w:pStyle w:val="ListNumber"/>
        <w:spacing w:line="240" w:lineRule="auto"/>
        <w:ind w:left="720"/>
      </w:pPr>
      <w:r/>
      <w:hyperlink r:id="rId11">
        <w:r>
          <w:rPr>
            <w:color w:val="0000EE"/>
            <w:u w:val="single"/>
          </w:rPr>
          <w:t>https://virginiafilmfestival.org/schedule-list/</w:t>
        </w:r>
      </w:hyperlink>
      <w:r>
        <w:t xml:space="preserve"> - This link outlines the various series and themes at the Virginia Film Festival, which includes the type of innovative and thought-provoking content 'I Hope This Helps' represents.</w:t>
      </w:r>
      <w:r/>
    </w:p>
    <w:p>
      <w:pPr>
        <w:pStyle w:val="ListNumber"/>
        <w:spacing w:line="240" w:lineRule="auto"/>
        <w:ind w:left="720"/>
      </w:pPr>
      <w:r/>
      <w:hyperlink r:id="rId14">
        <w:r>
          <w:rPr>
            <w:color w:val="0000EE"/>
            <w:u w:val="single"/>
          </w:rPr>
          <w:t>https://secure.virginiafilmfestival.org/10648/10733</w:t>
        </w:r>
      </w:hyperlink>
      <w:r>
        <w:t xml:space="preserve"> - This link provides information on ticket pricing and availability, which is relevant for audiences interested in attending the screening of 'I Hope This Helps'.</w:t>
      </w:r>
      <w:r/>
    </w:p>
    <w:p>
      <w:pPr>
        <w:pStyle w:val="ListNumber"/>
        <w:spacing w:line="240" w:lineRule="auto"/>
        <w:ind w:left="720"/>
      </w:pPr>
      <w:r/>
      <w:hyperlink r:id="rId15">
        <w:r>
          <w:rPr>
            <w:color w:val="0000EE"/>
            <w:u w:val="single"/>
          </w:rPr>
          <w:t>https://cvillerightnow.com/news/208802-virginia-film-festival-features-ai-documentary-i-hope-this-helps/?utm_source=rss&amp;utm_medium=rss&amp;utm_campaign=208802-virginia-film-festival-features-ai-documentary-i-hope-this-helps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rginiafilmfestival.org/schedule/" TargetMode="External"/><Relationship Id="rId11" Type="http://schemas.openxmlformats.org/officeDocument/2006/relationships/hyperlink" Target="https://virginiafilmfestival.org/schedule-list/" TargetMode="External"/><Relationship Id="rId12" Type="http://schemas.openxmlformats.org/officeDocument/2006/relationships/hyperlink" Target="https://virginiafilmfestival.org/films/i-hope-this-helps/" TargetMode="External"/><Relationship Id="rId13" Type="http://schemas.openxmlformats.org/officeDocument/2006/relationships/hyperlink" Target="https://virginiafilmfestival.org/" TargetMode="External"/><Relationship Id="rId14" Type="http://schemas.openxmlformats.org/officeDocument/2006/relationships/hyperlink" Target="https://secure.virginiafilmfestival.org/10648/10733" TargetMode="External"/><Relationship Id="rId15" Type="http://schemas.openxmlformats.org/officeDocument/2006/relationships/hyperlink" Target="https://cvillerightnow.com/news/208802-virginia-film-festival-features-ai-documentary-i-hope-this-helps/?utm_source=rss&amp;utm_medium=rss&amp;utm_campaign=208802-virginia-film-festival-features-ai-documentary-i-hope-this-hel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