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Cynthia Erivo responds to fan controversy over 'Wicked' poster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Cynthia Erivo, the acclaimed actress set to star in the upcoming film adaptation of "Wicked," found herself embroiled in controversy earlier this month following her reaction to fan-modified versions of the movie's new promotional poster. Universal Pictures had previously released a poster reimagining the iconic Broadway artwork where Glinda whispers into Elphaba's ear. Unlike the animated original, the revised version featured live actors, with Erivo and Ariana Grande portraying Elphaba and Glinda, respectively. Notably, the new poster revealed Erivo's entire face, a departure from the red-lipped smile partially obscured by a hat in the theatre poster.</w:t>
      </w:r>
      <w:r/>
    </w:p>
    <w:p>
      <w:r/>
      <w:r>
        <w:t>Some fans, discontent with the changes, took to creating their own digital alterations, returning Elphaba to her previous form and playing with the design. However, some edited versions went further, incorporating explicit captions denoting Elphaba’s intimate body parts in suggestive terms, which sparked intense discussions online.</w:t>
      </w:r>
      <w:r/>
    </w:p>
    <w:p>
      <w:r/>
      <w:r>
        <w:t>Erivo reacted to these unauthorised modifications with a strong response, denouncing them as "incredibly offensive." Her comments suggested that she felt disrespected by the actions, particularly with her likeness being used inappropriately. Her backlash against the fan-made posters, especially those with unsavoury edits, drew significant attention.</w:t>
      </w:r>
      <w:r/>
    </w:p>
    <w:p>
      <w:r/>
      <w:r>
        <w:t>In a subsequent interview with Entertainment Tonight, Erivo reflected on the intensity of the debate her comments had incited. Clarifying her stance, she expressed a deep sense of protectiveness towards her role, underscoring her passion for portraying Elphaba. “It wasn't necessarily a clapback,” she explained. “I know that the fans are passionate about it, and I think for me, it was just a human moment of wanting to protect little Elphaba.”</w:t>
      </w:r>
      <w:r/>
    </w:p>
    <w:p>
      <w:r/>
      <w:r>
        <w:t>Erivo acknowledged that her initial response might have been more impulsive than she intended, suggesting a moment of personal conflict between protecting her professional work and managing public perceptions. Without dismissing the fans' rights to engage with promotional materials creatively, she reiterated the difficulty of seeing one's own image transformed in potentially disrespectful ways.</w:t>
      </w:r>
      <w:r/>
    </w:p>
    <w:p>
      <w:r/>
      <w:r>
        <w:t>The incident has sparked a broader conversation about the engagement between actors and the fan community, especially in an era where digital content modification is rampant. As the film, slated for release in November, approaches, industry projections remain optimistic, with estimates predicting a substantial box office debut of up to $120 million over the opening weekend.</w:t>
      </w:r>
      <w:r/>
    </w:p>
    <w:p>
      <w:r/>
      <w:r>
        <w:t>The film's director, Jon M. Chu, known for his work on musicals like "In The Heights," is keen to avoid the less stellar performances seen by recent musical adaptations. Despite the controversies, the anticipation for "Wicked" remains high, and it is yet to be seen how these events might affect its reception.</w:t>
      </w:r>
      <w:r/>
    </w:p>
    <w:p>
      <w:r/>
      <w:r>
        <w:t>In the world of musicals, both on stage and on screen, the relationship between production teams, actors, and fans continues to evolve within the digital landscape, presenting new challenges and opportunities for all involved. The dialogue surrounding the "Wicked" poster is only one example of how cast members navigate these intersections of art, identity, and public expectation.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https://www.rollingstone.com/tv-movies/tv-movie-news/cynthia-erivo-response-to-wicked-fan-edit-human-moment-1235145933/</w:t>
        </w:r>
      </w:hyperlink>
      <w:r>
        <w:t xml:space="preserve"> - Cynthia Erivo's reaction to the fan-made 'Wicked' poster and her subsequent explanation of it being a 'human moment'.</w:t>
      </w:r>
      <w:r/>
    </w:p>
    <w:p>
      <w:pPr>
        <w:pStyle w:val="ListNumber"/>
        <w:spacing w:line="240" w:lineRule="auto"/>
        <w:ind w:left="720"/>
      </w:pPr>
      <w:r/>
      <w:hyperlink r:id="rId11">
        <w:r>
          <w:rPr>
            <w:color w:val="0000EE"/>
            <w:u w:val="single"/>
          </w:rPr>
          <w:t>https://www.reddit.com/r/OutOfTheLoop/comments/1g7tebk/whats_going_on_with_cynthia_erivo_wicked_poster/</w:t>
        </w:r>
      </w:hyperlink>
      <w:r>
        <w:t xml:space="preserve"> - Details about the fan-made poster edits, including the obscuring of Erivo's eyes and the controversy surrounding it.</w:t>
      </w:r>
      <w:r/>
    </w:p>
    <w:p>
      <w:pPr>
        <w:pStyle w:val="ListNumber"/>
        <w:spacing w:line="240" w:lineRule="auto"/>
        <w:ind w:left="720"/>
      </w:pPr>
      <w:r/>
      <w:hyperlink r:id="rId12">
        <w:r>
          <w:rPr>
            <w:color w:val="0000EE"/>
            <w:u w:val="single"/>
          </w:rPr>
          <w:t>https://www.indy100.com/showbiz/cynthia-erivo-wicked-poster-controversy</w:t>
        </w:r>
      </w:hyperlink>
      <w:r>
        <w:t xml:space="preserve"> - Cynthia Erivo's criticism of the fan-made poster, her feelings about the edits, and the support she received from fans and her costar Ariana Grande.</w:t>
      </w:r>
      <w:r/>
    </w:p>
    <w:p>
      <w:pPr>
        <w:pStyle w:val="ListNumber"/>
        <w:spacing w:line="240" w:lineRule="auto"/>
        <w:ind w:left="720"/>
      </w:pPr>
      <w:r/>
      <w:hyperlink r:id="rId13">
        <w:r>
          <w:rPr>
            <w:color w:val="0000EE"/>
            <w:u w:val="single"/>
          </w:rPr>
          <w:t>https://screenrant.com/wicked-viral-fan-edit-poster-comment-backlash-cynthia-erivo-response/</w:t>
        </w:r>
      </w:hyperlink>
      <w:r>
        <w:t xml:space="preserve"> - Erivo's response to the viral poster edit, her passion for the role, and the complexity of the situation involving AI-generated content.</w:t>
      </w:r>
      <w:r/>
    </w:p>
    <w:p>
      <w:pPr>
        <w:pStyle w:val="ListNumber"/>
        <w:spacing w:line="240" w:lineRule="auto"/>
        <w:ind w:left="720"/>
      </w:pPr>
      <w:r/>
      <w:hyperlink r:id="rId12">
        <w:r>
          <w:rPr>
            <w:color w:val="0000EE"/>
            <w:u w:val="single"/>
          </w:rPr>
          <w:t>https://www.indy100.com/showbiz/cynthia-erivo-wicked-poster-controversy</w:t>
        </w:r>
      </w:hyperlink>
      <w:r>
        <w:t xml:space="preserve"> - The original 'Wicked' movie poster and the differences between it and the fan-made edits, including explicit captions.</w:t>
      </w:r>
      <w:r/>
    </w:p>
    <w:p>
      <w:pPr>
        <w:pStyle w:val="ListNumber"/>
        <w:spacing w:line="240" w:lineRule="auto"/>
        <w:ind w:left="720"/>
      </w:pPr>
      <w:r/>
      <w:hyperlink r:id="rId13">
        <w:r>
          <w:rPr>
            <w:color w:val="0000EE"/>
            <w:u w:val="single"/>
          </w:rPr>
          <w:t>https://screenrant.com/wicked-viral-fan-edit-poster-comment-backlash-cynthia-erivo-response/</w:t>
        </w:r>
      </w:hyperlink>
      <w:r>
        <w:t xml:space="preserve"> - Erivo's reflection on her initial response and her acknowledgment of the impulsive nature of her reaction.</w:t>
      </w:r>
      <w:r/>
    </w:p>
    <w:p>
      <w:pPr>
        <w:pStyle w:val="ListNumber"/>
        <w:spacing w:line="240" w:lineRule="auto"/>
        <w:ind w:left="720"/>
      </w:pPr>
      <w:r/>
      <w:hyperlink r:id="rId11">
        <w:r>
          <w:rPr>
            <w:color w:val="0000EE"/>
            <w:u w:val="single"/>
          </w:rPr>
          <w:t>https://www.reddit.com/r/OutOfTheLoop/comments/1g7tebk/whats_going_on_with_cynthia_erivo_wicked_poster/</w:t>
        </w:r>
      </w:hyperlink>
      <w:r>
        <w:t xml:space="preserve"> - Fan reactions and discussions about the controversy, including some fans finding Erivo's response extreme.</w:t>
      </w:r>
      <w:r/>
    </w:p>
    <w:p>
      <w:pPr>
        <w:pStyle w:val="ListNumber"/>
        <w:spacing w:line="240" w:lineRule="auto"/>
        <w:ind w:left="720"/>
      </w:pPr>
      <w:r/>
      <w:hyperlink r:id="rId12">
        <w:r>
          <w:rPr>
            <w:color w:val="0000EE"/>
            <w:u w:val="single"/>
          </w:rPr>
          <w:t>https://www.indy100.com/showbiz/cynthia-erivo-wicked-poster-controversy</w:t>
        </w:r>
      </w:hyperlink>
      <w:r>
        <w:t xml:space="preserve"> - The broader conversation about the engagement between actors and the fan community in the digital age.</w:t>
      </w:r>
      <w:r/>
    </w:p>
    <w:p>
      <w:pPr>
        <w:pStyle w:val="ListNumber"/>
        <w:spacing w:line="240" w:lineRule="auto"/>
        <w:ind w:left="720"/>
      </w:pPr>
      <w:r/>
      <w:hyperlink r:id="rId13">
        <w:r>
          <w:rPr>
            <w:color w:val="0000EE"/>
            <w:u w:val="single"/>
          </w:rPr>
          <w:t>https://screenrant.com/wicked-viral-fan-edit-poster-comment-backlash-cynthia-erivo-response/</w:t>
        </w:r>
      </w:hyperlink>
      <w:r>
        <w:t xml:space="preserve"> - The film's director, Jon M. Chu, and the anticipation for 'Wicked' despite the controversies.</w:t>
      </w:r>
      <w:r/>
    </w:p>
    <w:p>
      <w:pPr>
        <w:pStyle w:val="ListNumber"/>
        <w:spacing w:line="240" w:lineRule="auto"/>
        <w:ind w:left="720"/>
      </w:pPr>
      <w:r/>
      <w:hyperlink r:id="rId12">
        <w:r>
          <w:rPr>
            <w:color w:val="0000EE"/>
            <w:u w:val="single"/>
          </w:rPr>
          <w:t>https://www.indy100.com/showbiz/cynthia-erivo-wicked-poster-controversy</w:t>
        </w:r>
      </w:hyperlink>
      <w:r>
        <w:t xml:space="preserve"> - The release dates and cast of the 'Wicked' film adaptation.</w:t>
      </w:r>
      <w:r/>
    </w:p>
    <w:p>
      <w:pPr>
        <w:pStyle w:val="ListNumber"/>
        <w:spacing w:line="240" w:lineRule="auto"/>
        <w:ind w:left="720"/>
      </w:pPr>
      <w:r/>
      <w:hyperlink r:id="rId13">
        <w:r>
          <w:rPr>
            <w:color w:val="0000EE"/>
            <w:u w:val="single"/>
          </w:rPr>
          <w:t>https://screenrant.com/wicked-viral-fan-edit-poster-comment-backlash-cynthia-erivo-response/</w:t>
        </w:r>
      </w:hyperlink>
      <w:r>
        <w:t xml:space="preserve"> - The impact of the controversy on the film's reception and the evolving relationship between production teams, actors, and fans.</w:t>
      </w:r>
      <w:r/>
    </w:p>
    <w:p>
      <w:pPr>
        <w:pStyle w:val="ListNumber"/>
        <w:spacing w:line="240" w:lineRule="auto"/>
        <w:ind w:left="720"/>
      </w:pPr>
      <w:r/>
      <w:hyperlink r:id="rId14">
        <w:r>
          <w:rPr>
            <w:color w:val="0000EE"/>
            <w:u w:val="single"/>
          </w:rPr>
          <w:t>https://movieweb.com/wicked-cynthia-erivo-controversial-fan-poster-backtrack/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ollingstone.com/tv-movies/tv-movie-news/cynthia-erivo-response-to-wicked-fan-edit-human-moment-1235145933/" TargetMode="External"/><Relationship Id="rId11" Type="http://schemas.openxmlformats.org/officeDocument/2006/relationships/hyperlink" Target="https://www.reddit.com/r/OutOfTheLoop/comments/1g7tebk/whats_going_on_with_cynthia_erivo_wicked_poster/" TargetMode="External"/><Relationship Id="rId12" Type="http://schemas.openxmlformats.org/officeDocument/2006/relationships/hyperlink" Target="https://www.indy100.com/showbiz/cynthia-erivo-wicked-poster-controversy" TargetMode="External"/><Relationship Id="rId13" Type="http://schemas.openxmlformats.org/officeDocument/2006/relationships/hyperlink" Target="https://screenrant.com/wicked-viral-fan-edit-poster-comment-backlash-cynthia-erivo-response/" TargetMode="External"/><Relationship Id="rId14" Type="http://schemas.openxmlformats.org/officeDocument/2006/relationships/hyperlink" Target="https://movieweb.com/wicked-cynthia-erivo-controversial-fan-poster-backtrac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