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Gemini Data files trademark infringement lawsuit against Google over AI branding dispute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Gemini Data Files Trademark Infringement Lawsuit Against Google Over AI Branding Dispute</w:t>
      </w:r>
      <w:r/>
    </w:p>
    <w:p>
      <w:r/>
      <w:r>
        <w:t>In a legal clash with potentially wide-ranging implications for the tech industry, Gemini Data, Inc. has initiated a trademark infringement lawsuit against Google LLC. The suit, filed in the US District Court for the Northern District of California, accuses Google of infringing on Gemini Data's trademark rights by using the name "GEMINI" for its AI chatbot tool.</w:t>
      </w:r>
      <w:r/>
    </w:p>
    <w:p>
      <w:r/>
      <w:r>
        <w:t>Gemini Data, a company specialising in data analytics through the use of artificial intelligence technologies, is calling for Google to halt its use of the GEMINI mark. The complaint also seeks monetary and other unspecified reliefs.</w:t>
      </w:r>
      <w:r/>
    </w:p>
    <w:p>
      <w:r/>
      <w:r>
        <w:t>The conflict intensifies as the US Patent and Trademark Office (USPTO) has rejected two of Google's applications to trademark the GEMINI name, citing a potential likelihood of confusion with Gemini Data's existing marks. These refusals were issued to Google’s applications for serial numbers 98202646 and 98418146.</w:t>
      </w:r>
      <w:r/>
    </w:p>
    <w:p>
      <w:r/>
      <w:r>
        <w:t>In February, Google made a significant move by rebranding its AI product line from BARD to GEMINI, aligning it with an AI-related software service. This was followed by attempts to secure the GEMINI brand for additional AI-related software products. However, the USPTO intervened in May and August, pointing to the possible confusion with Gemini Data's previously registered stylized GEMINI and GEMINI DATA marks.</w:t>
      </w:r>
      <w:r/>
    </w:p>
    <w:p>
      <w:r/>
      <w:r>
        <w:t>In its federal complaint, Gemini Data claims that Google proceeded with the rebranding despite being aware of its established trademarks. The company alleges that Google would have conducted a trademark search before using the GEMINI mark. Moreover, Gemini Data accuses Google of attempting to acquire their rights via a third-party, or 'strawman', purchaser, suggesting intentional trademark infringement.</w:t>
      </w:r>
      <w:r/>
    </w:p>
    <w:p>
      <w:r/>
      <w:r>
        <w:t>Adding an unusual twist to the legal narrative, the complaint includes a footnote quoting Google's own AI chatbot. Allegedly, the chatbot humorously acknowledges the trademark infringement issue, stating it is aware of the infringement and describing it as "a developing situation." The relevance of such statements in a legal context remains to be seen.</w:t>
      </w:r>
      <w:r/>
    </w:p>
    <w:p>
      <w:r/>
      <w:r>
        <w:t>Google has not yet officially responded to the court concerning the complaint. Meanwhile, it has appealed against the USPTO's refusals, requesting a pause in examination until the legal dispute is resolved.</w:t>
      </w:r>
      <w:r/>
    </w:p>
    <w:p>
      <w:r/>
      <w:r>
        <w:t>The situation is further complicated by earlier trademark challenges faced by Gemini Data itself. According to USPTO records, Gemini Data's trademarks were initially refused due to possible confusion with other existing GEMINI-derived marks owned by third parties. To secure its registrations, Gemini Data had to narrow its claimed goods and services and argue the distinctive nature of its trademarks. It positioned its branding as highly stylized and emphasized differences in the type and purpose of its offerings compared to other Gemini trademarks.</w:t>
      </w:r>
      <w:r/>
    </w:p>
    <w:p>
      <w:r/>
      <w:r>
        <w:t>These previous statements to the USPTO might now prove critical in Google's defence strategy, as they may highlight contradictions in Gemini Data's position concerning the strength and distinctiveness of its trademarks.</w:t>
      </w:r>
      <w:r/>
    </w:p>
    <w:p>
      <w:r/>
      <w:r>
        <w:t>The outcome of this legal dispute could have significant consequences for defining the boundaries of trademark applications, particularly in the dynamic field of AI. It underscores the complex interplay between entrenched brand rights and the innovative, rapidly-evolving landscape of artificial intelligence technologies. As the case unfolds, it will likely serve as an important reference point in the broader discussion around trademark protections in the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https://iipla.org/google-sued-trademark-infringement-gemini-chatbot/</w:t>
        </w:r>
      </w:hyperlink>
      <w:r>
        <w:t xml:space="preserve"> - Corroborates the lawsuit filed by Gemini Data against Google for trademark infringement over the use of the 'GEMINI' name for its AI chatbot.</w:t>
      </w:r>
      <w:r/>
    </w:p>
    <w:p>
      <w:pPr>
        <w:pStyle w:val="ListNumber"/>
        <w:spacing w:line="240" w:lineRule="auto"/>
        <w:ind w:left="720"/>
      </w:pPr>
      <w:r/>
      <w:hyperlink r:id="rId11">
        <w:r>
          <w:rPr>
            <w:color w:val="0000EE"/>
            <w:u w:val="single"/>
          </w:rPr>
          <w:t>https://www.theregister.com/2024/09/12/google_gemini_ai_lawsuit/</w:t>
        </w:r>
      </w:hyperlink>
      <w:r>
        <w:t xml:space="preserve"> - Details the USPTO's rejection of Google's trademark application due to potential confusion with Gemini Data's existing marks and Google's attempts to acquire the rights through a third party.</w:t>
      </w:r>
      <w:r/>
    </w:p>
    <w:p>
      <w:pPr>
        <w:pStyle w:val="ListNumber"/>
        <w:spacing w:line="240" w:lineRule="auto"/>
        <w:ind w:left="720"/>
      </w:pPr>
      <w:r/>
      <w:hyperlink r:id="rId12">
        <w:r>
          <w:rPr>
            <w:color w:val="0000EE"/>
            <w:u w:val="single"/>
          </w:rPr>
          <w:t>https://www.thetrademarkhelpline.com/news/google-embroiled-in-trademark-lawsuit-over-gemini-ai-branding/</w:t>
        </w:r>
      </w:hyperlink>
      <w:r>
        <w:t xml:space="preserve"> - Explains Gemini Data's claims of willful and knowing infringement by Google, and the legal proceedings including demands for an injunction and damages.</w:t>
      </w:r>
      <w:r/>
    </w:p>
    <w:p>
      <w:pPr>
        <w:pStyle w:val="ListNumber"/>
        <w:spacing w:line="240" w:lineRule="auto"/>
        <w:ind w:left="720"/>
      </w:pPr>
      <w:r/>
      <w:hyperlink r:id="rId13">
        <w:r>
          <w:rPr>
            <w:color w:val="0000EE"/>
            <w:u w:val="single"/>
          </w:rPr>
          <w:t>https://marksgray.com/intellectual-property/google-sued-for-gemini-ai-name/</w:t>
        </w:r>
      </w:hyperlink>
      <w:r>
        <w:t xml:space="preserve"> - Provides background on Gemini Data's trademarks and their precedence over Google's use, as well as the specific counts in the lawsuit against Google.</w:t>
      </w:r>
      <w:r/>
    </w:p>
    <w:p>
      <w:pPr>
        <w:pStyle w:val="ListNumber"/>
        <w:spacing w:line="240" w:lineRule="auto"/>
        <w:ind w:left="720"/>
      </w:pPr>
      <w:r/>
      <w:hyperlink r:id="rId14">
        <w:r>
          <w:rPr>
            <w:color w:val="0000EE"/>
            <w:u w:val="single"/>
          </w:rPr>
          <w:t>https://ipwatchdog.com/2024/09/13/google-hit-allegations-trademark-infringement-gemini-chatbot/id=181220/</w:t>
        </w:r>
      </w:hyperlink>
      <w:r>
        <w:t xml:space="preserve"> - Supports the allegation that Google continued to use the 'GEMINI' mark despite the USPTO's refusal and Gemini Data's rejection of the offer to sell its brand rights.</w:t>
      </w:r>
      <w:r/>
    </w:p>
    <w:p>
      <w:pPr>
        <w:pStyle w:val="ListNumber"/>
        <w:spacing w:line="240" w:lineRule="auto"/>
        <w:ind w:left="720"/>
      </w:pPr>
      <w:r/>
      <w:hyperlink r:id="rId10">
        <w:r>
          <w:rPr>
            <w:color w:val="0000EE"/>
            <w:u w:val="single"/>
          </w:rPr>
          <w:t>https://iipla.org/google-sued-trademark-infringement-gemini-chatbot/</w:t>
        </w:r>
      </w:hyperlink>
      <w:r>
        <w:t xml:space="preserve"> - Mentions Google's rebranding of its AI chatbot from 'BARD' to 'GEMINI' and the subsequent legal challenges.</w:t>
      </w:r>
      <w:r/>
    </w:p>
    <w:p>
      <w:pPr>
        <w:pStyle w:val="ListNumber"/>
        <w:spacing w:line="240" w:lineRule="auto"/>
        <w:ind w:left="720"/>
      </w:pPr>
      <w:r/>
      <w:hyperlink r:id="rId11">
        <w:r>
          <w:rPr>
            <w:color w:val="0000EE"/>
            <w:u w:val="single"/>
          </w:rPr>
          <w:t>https://www.theregister.com/2024/09/12/google_gemini_ai_lawsuit/</w:t>
        </w:r>
      </w:hyperlink>
      <w:r>
        <w:t xml:space="preserve"> - Includes the footnote from the complaint where Google's AI chatbot acknowledges the trademark infringement issue.</w:t>
      </w:r>
      <w:r/>
    </w:p>
    <w:p>
      <w:pPr>
        <w:pStyle w:val="ListNumber"/>
        <w:spacing w:line="240" w:lineRule="auto"/>
        <w:ind w:left="720"/>
      </w:pPr>
      <w:r/>
      <w:hyperlink r:id="rId12">
        <w:r>
          <w:rPr>
            <w:color w:val="0000EE"/>
            <w:u w:val="single"/>
          </w:rPr>
          <w:t>https://www.thetrademarkhelpline.com/news/google-embroiled-in-trademark-lawsuit-over-gemini-ai-branding/</w:t>
        </w:r>
      </w:hyperlink>
      <w:r>
        <w:t xml:space="preserve"> - Discusses Google's attempts to register the 'GEMINI' trademark and the USPTO's refusal due to potential confusion.</w:t>
      </w:r>
      <w:r/>
    </w:p>
    <w:p>
      <w:pPr>
        <w:pStyle w:val="ListNumber"/>
        <w:spacing w:line="240" w:lineRule="auto"/>
        <w:ind w:left="720"/>
      </w:pPr>
      <w:r/>
      <w:hyperlink r:id="rId13">
        <w:r>
          <w:rPr>
            <w:color w:val="0000EE"/>
            <w:u w:val="single"/>
          </w:rPr>
          <w:t>https://marksgray.com/intellectual-property/google-sued-for-gemini-ai-name/</w:t>
        </w:r>
      </w:hyperlink>
      <w:r>
        <w:t xml:space="preserve"> - Details the historical use of the 'GEMINI' trademark by Gemini Data since 2011 and the filing of trademark registrations in 2019.</w:t>
      </w:r>
      <w:r/>
    </w:p>
    <w:p>
      <w:pPr>
        <w:pStyle w:val="ListNumber"/>
        <w:spacing w:line="240" w:lineRule="auto"/>
        <w:ind w:left="720"/>
      </w:pPr>
      <w:r/>
      <w:hyperlink r:id="rId14">
        <w:r>
          <w:rPr>
            <w:color w:val="0000EE"/>
            <w:u w:val="single"/>
          </w:rPr>
          <w:t>https://ipwatchdog.com/2024/09/13/google-hit-allegations-trademark-infringement-gemini-chatbot/id=181220/</w:t>
        </w:r>
      </w:hyperlink>
      <w:r>
        <w:t xml:space="preserve"> - Highlights the broader legal context, including other IP challenges faced by Google, such as antitrust cases and patent infringement disputes.</w:t>
      </w:r>
      <w:r/>
    </w:p>
    <w:p>
      <w:pPr>
        <w:pStyle w:val="ListNumber"/>
        <w:spacing w:line="240" w:lineRule="auto"/>
        <w:ind w:left="720"/>
      </w:pPr>
      <w:r/>
      <w:hyperlink r:id="rId12">
        <w:r>
          <w:rPr>
            <w:color w:val="0000EE"/>
            <w:u w:val="single"/>
          </w:rPr>
          <w:t>https://www.thetrademarkhelpline.com/news/google-embroiled-in-trademark-lawsuit-over-gemini-ai-branding/</w:t>
        </w:r>
      </w:hyperlink>
      <w:r>
        <w:t xml:space="preserve"> - Explains the potential implications of the lawsuit for Google's branding and commercial practices in the AI sector.</w:t>
      </w:r>
      <w:r/>
    </w:p>
    <w:p>
      <w:pPr>
        <w:pStyle w:val="ListNumber"/>
        <w:spacing w:line="240" w:lineRule="auto"/>
        <w:ind w:left="720"/>
      </w:pPr>
      <w:r/>
      <w:hyperlink r:id="rId15">
        <w:r>
          <w:rPr>
            <w:color w:val="0000EE"/>
            <w:u w:val="single"/>
          </w:rPr>
          <w:t>https://www.jdsupra.com/legalnews/gemini-spells-double-trouble-for-google-1504053/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ipla.org/google-sued-trademark-infringement-gemini-chatbot/" TargetMode="External"/><Relationship Id="rId11" Type="http://schemas.openxmlformats.org/officeDocument/2006/relationships/hyperlink" Target="https://www.theregister.com/2024/09/12/google_gemini_ai_lawsuit/" TargetMode="External"/><Relationship Id="rId12" Type="http://schemas.openxmlformats.org/officeDocument/2006/relationships/hyperlink" Target="https://www.thetrademarkhelpline.com/news/google-embroiled-in-trademark-lawsuit-over-gemini-ai-branding/" TargetMode="External"/><Relationship Id="rId13" Type="http://schemas.openxmlformats.org/officeDocument/2006/relationships/hyperlink" Target="https://marksgray.com/intellectual-property/google-sued-for-gemini-ai-name/" TargetMode="External"/><Relationship Id="rId14" Type="http://schemas.openxmlformats.org/officeDocument/2006/relationships/hyperlink" Target="https://ipwatchdog.com/2024/09/13/google-hit-allegations-trademark-infringement-gemini-chatbot/id=181220/" TargetMode="External"/><Relationship Id="rId15" Type="http://schemas.openxmlformats.org/officeDocument/2006/relationships/hyperlink" Target="https://www.jdsupra.com/legalnews/gemini-spells-double-trouble-for-google-1504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