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Gisele Bündchen reportedly pregnant with third child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Gisele Bündchen, the renowned Brazilian supermodel, is reportedly pregnant with her third child, marking her first child with boyfriend Joaquim Valente. Bündchen, aged 44, has been linked to Valente, a 35-year-old jiu-jitsu instructor based in Miami, since June 2023, although they have known each other since she sought his training services for her son in 2021.</w:t>
      </w:r>
      <w:r/>
    </w:p>
    <w:p>
      <w:r/>
      <w:r>
        <w:t>The pregnancy news comes two years after Bündchen's divorce from former NFL quarterback Tom Brady, with whom she shares two children: Benjamin, 14, and Vivian, 11. Reports indicate that Bündchen is approximately five to six months along, with the baby's gender to remain a surprise until birth. The couple plans a home birth in Miami, where Bündchen resides and enjoys her life post-divorce.</w:t>
      </w:r>
      <w:r/>
    </w:p>
    <w:p>
      <w:r/>
      <w:r>
        <w:t>Earlier this week, Bündchen was spotted attending a Pilates class in Miami, subtly hiding any signs of her pregnancy in an oversized shirt and carrying a large brown bag. Despite the media attention, Bündchen continues to maintain a relatively low profile concerning her private life. Her representatives are yet to officially confirm the pregnancy, though multiple sources close to the couple and coverage by major outlets like People and TMZ lend credibility to the reports.</w:t>
      </w:r>
      <w:r/>
    </w:p>
    <w:p>
      <w:r/>
      <w:r>
        <w:t>Meanwhile, Tom Brady, who retired from professional football in 2023, has yet to make a public statement regarding his ex-wife's pregnancy. However, Brady, who also shares a son, Jack, aged 17, with his ex-girlfriend Bridget Moynahan, reportedly learned of Bündchen's pregnancy in advance from her, prior to the public announcement. Sources claim that Brady found the news challenging to process initially, though he is committed to fostering a supportive environment for their children. Brady hinted at introspection through a cryptic Instagram post featuring The Chicks’ song "Landslide," which deals with themes of change and personal growth.</w:t>
      </w:r>
      <w:r/>
    </w:p>
    <w:p>
      <w:r/>
      <w:r>
        <w:t>Bündchen and Valente's relationship evolved from friends to romantic partners, a transition Bündchen described as markedly honest and transparent in a recent interview. She has been candid about the support Valente provided during her divorce, stating that his friendship was essential during that difficult period. This new chapter in her life aligns with her desire to create a nurturing family atmosphere, a sentiment echoed by sources close to the couple.</w:t>
      </w:r>
      <w:r/>
    </w:p>
    <w:p>
      <w:r/>
      <w:r>
        <w:t>The announcement of Bündchen's pregnancy follows her significant decision to step back from the runway, preferring photo shoots and focusing on personal life post-divorce. The Victoria's Secret Fashion Show recently made a comeback, but Bündchen, a former angel, chose not to participate, reflecting her shift in professional priorities. According to Forbes, she was among the top-earning models in 2022 despite stepping back from major runway appearances since 2006.</w:t>
      </w:r>
      <w:r/>
    </w:p>
    <w:p>
      <w:r/>
      <w:r>
        <w:t>Gisele Bündchen continues to navigate life changes away from the runway spotlight, prioritizing her family and new burgeoning relationship with Valente, promising to draw public interest as they await their new addition.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https://people.com/gisele-buendchen-and-joaquim-valente-are-dating-source-8597786</w:t>
        </w:r>
      </w:hyperlink>
      <w:r>
        <w:t xml:space="preserve"> - Confirms that Gisele Bündchen and Joaquim Valente have been dating since June 2023.</w:t>
      </w:r>
      <w:r/>
    </w:p>
    <w:p>
      <w:pPr>
        <w:pStyle w:val="ListNumber"/>
        <w:spacing w:line="240" w:lineRule="auto"/>
        <w:ind w:left="720"/>
      </w:pPr>
      <w:r/>
      <w:hyperlink r:id="rId11">
        <w:r>
          <w:rPr>
            <w:color w:val="0000EE"/>
            <w:u w:val="single"/>
          </w:rPr>
          <w:t>https://www.marca.com/en/lifestyle/celebrities/2024/10/28/6720052b22601ded4d8b457d.html</w:t>
        </w:r>
      </w:hyperlink>
      <w:r>
        <w:t xml:space="preserve"> - Reports Gisele Bündchen's pregnancy and her relationship with Joaquim Valente, including the decision to keep the baby's gender a surprise until birth.</w:t>
      </w:r>
      <w:r/>
    </w:p>
    <w:p>
      <w:pPr>
        <w:pStyle w:val="ListNumber"/>
        <w:spacing w:line="240" w:lineRule="auto"/>
        <w:ind w:left="720"/>
      </w:pPr>
      <w:r/>
      <w:hyperlink r:id="rId12">
        <w:r>
          <w:rPr>
            <w:color w:val="0000EE"/>
            <w:u w:val="single"/>
          </w:rPr>
          <w:t>https://people.com/sports/who-is-joaquim-valente-gisele-bundchen/</w:t>
        </w:r>
      </w:hyperlink>
      <w:r>
        <w:t xml:space="preserve"> - Provides details about Joaquim Valente's background, his relationship with Gisele Bündchen, and how they met through her son's jiu-jitsu training.</w:t>
      </w:r>
      <w:r/>
    </w:p>
    <w:p>
      <w:pPr>
        <w:pStyle w:val="ListNumber"/>
        <w:spacing w:line="240" w:lineRule="auto"/>
        <w:ind w:left="720"/>
      </w:pPr>
      <w:r/>
      <w:hyperlink r:id="rId13">
        <w:r>
          <w:rPr>
            <w:color w:val="0000EE"/>
            <w:u w:val="single"/>
          </w:rPr>
          <w:t>https://people.com/gisele-buendchen-is-expecting-first-baby-with-boyfriends-joaquim-valente-8672246</w:t>
        </w:r>
      </w:hyperlink>
      <w:r>
        <w:t xml:space="preserve"> - Confirms Gisele Bündchen's pregnancy with her third child, her first with Joaquim Valente, and their relationship timeline.</w:t>
      </w:r>
      <w:r/>
    </w:p>
    <w:p>
      <w:pPr>
        <w:pStyle w:val="ListNumber"/>
        <w:spacing w:line="240" w:lineRule="auto"/>
        <w:ind w:left="720"/>
      </w:pPr>
      <w:r/>
      <w:hyperlink r:id="rId12">
        <w:r>
          <w:rPr>
            <w:color w:val="0000EE"/>
            <w:u w:val="single"/>
          </w:rPr>
          <w:t>https://people.com/sports/who-is-joaquim-valente-gisele-bundchen/</w:t>
        </w:r>
      </w:hyperlink>
      <w:r>
        <w:t xml:space="preserve"> - Details Gisele Bündchen's divorce from Tom Brady and her subsequent relationship with Joaquim Valente.</w:t>
      </w:r>
      <w:r/>
    </w:p>
    <w:p>
      <w:pPr>
        <w:pStyle w:val="ListNumber"/>
        <w:spacing w:line="240" w:lineRule="auto"/>
        <w:ind w:left="720"/>
      </w:pPr>
      <w:r/>
      <w:hyperlink r:id="rId11">
        <w:r>
          <w:rPr>
            <w:color w:val="0000EE"/>
            <w:u w:val="single"/>
          </w:rPr>
          <w:t>https://www.marca.com/en/lifestyle/celebrities/2024/10/28/6720052b22601ded4d8b457d.html</w:t>
        </w:r>
      </w:hyperlink>
      <w:r>
        <w:t xml:space="preserve"> - Mentions that Gisele Bündchen is approximately five to six months pregnant and plans to maintain a private life post-divorce.</w:t>
      </w:r>
      <w:r/>
    </w:p>
    <w:p>
      <w:pPr>
        <w:pStyle w:val="ListNumber"/>
        <w:spacing w:line="240" w:lineRule="auto"/>
        <w:ind w:left="720"/>
      </w:pPr>
      <w:r/>
      <w:hyperlink r:id="rId13">
        <w:r>
          <w:rPr>
            <w:color w:val="0000EE"/>
            <w:u w:val="single"/>
          </w:rPr>
          <w:t>https://people.com/gisele-buendchen-is-expecting-first-baby-with-boyfriends-joaquim-valente-8672246</w:t>
        </w:r>
      </w:hyperlink>
      <w:r>
        <w:t xml:space="preserve"> - Reports on Gisele Bündchen's decision to keep a low profile concerning her private life despite media attention.</w:t>
      </w:r>
      <w:r/>
    </w:p>
    <w:p>
      <w:pPr>
        <w:pStyle w:val="ListNumber"/>
        <w:spacing w:line="240" w:lineRule="auto"/>
        <w:ind w:left="720"/>
      </w:pPr>
      <w:r/>
      <w:hyperlink r:id="rId12">
        <w:r>
          <w:rPr>
            <w:color w:val="0000EE"/>
            <w:u w:val="single"/>
          </w:rPr>
          <w:t>https://people.com/sports/who-is-joaquim-valente-gisele-bundchen/</w:t>
        </w:r>
      </w:hyperlink>
      <w:r>
        <w:t xml:space="preserve"> - Discusses Tom Brady's reaction to Gisele Bündchen's pregnancy and his commitment to supporting their children.</w:t>
      </w:r>
      <w:r/>
    </w:p>
    <w:p>
      <w:pPr>
        <w:pStyle w:val="ListNumber"/>
        <w:spacing w:line="240" w:lineRule="auto"/>
        <w:ind w:left="720"/>
      </w:pPr>
      <w:r/>
      <w:hyperlink r:id="rId13">
        <w:r>
          <w:rPr>
            <w:color w:val="0000EE"/>
            <w:u w:val="single"/>
          </w:rPr>
          <w:t>https://people.com/gisele-buendchen-is-expecting-first-baby-with-boyfriends-joaquim-valente-8672246</w:t>
        </w:r>
      </w:hyperlink>
      <w:r>
        <w:t xml:space="preserve"> - Explains the evolution of Gisele Bündchen and Joaquim Valente's relationship from friends to romantic partners.</w:t>
      </w:r>
      <w:r/>
    </w:p>
    <w:p>
      <w:pPr>
        <w:pStyle w:val="ListNumber"/>
        <w:spacing w:line="240" w:lineRule="auto"/>
        <w:ind w:left="720"/>
      </w:pPr>
      <w:r/>
      <w:hyperlink r:id="rId12">
        <w:r>
          <w:rPr>
            <w:color w:val="0000EE"/>
            <w:u w:val="single"/>
          </w:rPr>
          <w:t>https://people.com/sports/who-is-joaquim-valente-gisele-bundchen/</w:t>
        </w:r>
      </w:hyperlink>
      <w:r>
        <w:t xml:space="preserve"> - Details Gisele Bündchen's decision to step back from the runway and focus on personal life and photo shoots post-divorce.</w:t>
      </w:r>
      <w:r/>
    </w:p>
    <w:p>
      <w:pPr>
        <w:pStyle w:val="ListNumber"/>
        <w:spacing w:line="240" w:lineRule="auto"/>
        <w:ind w:left="720"/>
      </w:pPr>
      <w:r/>
      <w:hyperlink r:id="rId11">
        <w:r>
          <w:rPr>
            <w:color w:val="0000EE"/>
            <w:u w:val="single"/>
          </w:rPr>
          <w:t>https://www.marca.com/en/lifestyle/celebrities/2024/10/28/6720052b22601ded4d8b457d.html</w:t>
        </w:r>
      </w:hyperlink>
      <w:r>
        <w:t xml:space="preserve"> - Mentions Gisele Bündchen's shift in professional priorities, including not participating in the Victoria's Secret Fashion Show comeback.</w:t>
      </w:r>
      <w:r/>
    </w:p>
    <w:p>
      <w:pPr>
        <w:pStyle w:val="ListNumber"/>
        <w:spacing w:line="240" w:lineRule="auto"/>
        <w:ind w:left="720"/>
      </w:pPr>
      <w:r/>
      <w:hyperlink r:id="rId14">
        <w:r>
          <w:rPr>
            <w:color w:val="0000EE"/>
            <w:u w:val="single"/>
          </w:rPr>
          <w:t>https://www.latimes.com/entertainment-arts/story/2024-10-29/gisele-bundchen-first-child-with-joaquim-valente</w:t>
        </w:r>
      </w:hyperlink>
      <w:r>
        <w:t xml:space="preserve"> - Please view link - unable to able to access data</w:t>
      </w:r>
      <w:r/>
    </w:p>
    <w:p>
      <w:pPr>
        <w:pStyle w:val="ListNumber"/>
        <w:spacing w:line="240" w:lineRule="auto"/>
        <w:ind w:left="720"/>
      </w:pPr>
      <w:r/>
      <w:hyperlink r:id="rId15">
        <w:r>
          <w:rPr>
            <w:color w:val="0000EE"/>
            <w:u w:val="single"/>
          </w:rPr>
          <w:t>https://hollywoodlife.com/feature/is-gisele-bundchen-pregnant-again-in-2024-5342066/</w:t>
        </w:r>
      </w:hyperlink>
      <w:r>
        <w:t xml:space="preserve"> - Please view link - unable to able to access data</w:t>
      </w:r>
      <w:r/>
    </w:p>
    <w:p>
      <w:pPr>
        <w:pStyle w:val="ListNumber"/>
        <w:spacing w:line="240" w:lineRule="auto"/>
        <w:ind w:left="720"/>
      </w:pPr>
      <w:r/>
      <w:hyperlink r:id="rId16">
        <w:r>
          <w:rPr>
            <w:color w:val="0000EE"/>
            <w:u w:val="single"/>
          </w:rPr>
          <w:t>https://pagesix.com/2024/10/29/parents/pregnant-gisele-bundchen-hides-baby-bump-with-oversized-shirt-large-bag-at-pilates/</w:t>
        </w:r>
      </w:hyperlink>
      <w:r>
        <w:t xml:space="preserve"> - Please view link - unable to able to access data</w:t>
      </w:r>
      <w:r/>
    </w:p>
    <w:p>
      <w:pPr>
        <w:pStyle w:val="ListNumber"/>
        <w:spacing w:line="240" w:lineRule="auto"/>
        <w:ind w:left="720"/>
      </w:pPr>
      <w:r/>
      <w:hyperlink r:id="rId17">
        <w:r>
          <w:rPr>
            <w:color w:val="0000EE"/>
            <w:u w:val="single"/>
          </w:rPr>
          <w:t>https://www.dailymail.co.uk/tvshowbiz/article-14015257/tom-brady-gisele-bundchen-pregnant-struggled-stung-accept.html?ns_mchannel=rss&amp;ns_campaign=1490&amp;ito=1490</w:t>
        </w:r>
      </w:hyperlink>
      <w:r>
        <w:t xml:space="preserve"> - Please view link - unable to able to access data</w:t>
      </w:r>
      <w:r/>
    </w:p>
    <w:p>
      <w:pPr>
        <w:pStyle w:val="ListNumber"/>
        <w:spacing w:line="240" w:lineRule="auto"/>
        <w:ind w:left="720"/>
      </w:pPr>
      <w:r/>
      <w:hyperlink r:id="rId18">
        <w:r>
          <w:rPr>
            <w:color w:val="0000EE"/>
            <w:u w:val="single"/>
          </w:rPr>
          <w:t>https://www.marinij.com/2024/10/29/tom-brady-learned-about-gisele-bundchens-pregnancy-from-her-not-the-media/</w:t>
        </w:r>
      </w:hyperlink>
      <w:r>
        <w:t xml:space="preserve"> - Please view link - unable to able to access data</w:t>
      </w:r>
      <w:r/>
    </w:p>
    <w:p>
      <w:pPr>
        <w:pStyle w:val="ListNumber"/>
        <w:spacing w:line="240" w:lineRule="auto"/>
        <w:ind w:left="720"/>
      </w:pPr>
      <w:r/>
      <w:hyperlink r:id="rId19">
        <w:r>
          <w:rPr>
            <w:color w:val="0000EE"/>
            <w:u w:val="single"/>
          </w:rPr>
          <w:t>https://www.thesun.co.uk/sport/31381431/tom-brady-cryptic-post-gisele-bundchen-pregnancy/</w:t>
        </w:r>
      </w:hyperlink>
      <w:r>
        <w:t xml:space="preserve"> - Please view link - unable to able to access data</w:t>
      </w:r>
      <w:r/>
    </w:p>
    <w:p>
      <w:pPr>
        <w:pStyle w:val="ListNumber"/>
        <w:spacing w:line="240" w:lineRule="auto"/>
        <w:ind w:left="720"/>
      </w:pPr>
      <w:r/>
      <w:hyperlink r:id="rId20">
        <w:r>
          <w:rPr>
            <w:color w:val="0000EE"/>
            <w:u w:val="single"/>
          </w:rPr>
          <w:t>https://www.dailymail.co.uk/femail/article-14015587/AI-Generator-reveals-Gisele-Bundchen-Joaquim-Valentes-baby-look-like.html?ns_mchannel=rss&amp;ns_campaign=1490&amp;ito=1490</w:t>
        </w:r>
      </w:hyperlink>
      <w:r>
        <w:t xml:space="preserve"> - Please view link - unable to able to access data</w:t>
      </w:r>
      <w:r/>
    </w:p>
    <w:p>
      <w:pPr>
        <w:pStyle w:val="ListNumber"/>
        <w:spacing w:line="240" w:lineRule="auto"/>
        <w:ind w:left="720"/>
      </w:pPr>
      <w:r/>
      <w:hyperlink r:id="rId21">
        <w:r>
          <w:rPr>
            <w:color w:val="0000EE"/>
            <w:u w:val="single"/>
          </w:rPr>
          <w:t>https://www.hola.com/us/celebrities/20241029726960/gisele-bundchen-thrilled-to-be-expecting-her-first-child-with-joaquim-valente/</w:t>
        </w:r>
      </w:hyperlink>
      <w:r>
        <w:t xml:space="preserve"> - Please view link - unable to able to access data</w:t>
      </w:r>
      <w:r/>
    </w:p>
    <w:p>
      <w:pPr>
        <w:pStyle w:val="ListNumber"/>
        <w:spacing w:line="240" w:lineRule="auto"/>
        <w:ind w:left="720"/>
      </w:pPr>
      <w:r/>
      <w:hyperlink r:id="rId22">
        <w:r>
          <w:rPr>
            <w:color w:val="0000EE"/>
            <w:u w:val="single"/>
          </w:rPr>
          <w:t>https://www.dailymail.co.uk/tvshowbiz/article-14016057/gisele-bundchen-pregnant-joaquim-valente-tom-brady.html?ns_mchannel=rss&amp;ns_campaign=1490&amp;ito=1490</w:t>
        </w:r>
      </w:hyperlink>
      <w:r>
        <w:t xml:space="preserve"> - Please view link - unable to able to access data</w:t>
      </w:r>
      <w:r/>
    </w:p>
    <w:p>
      <w:pPr>
        <w:pStyle w:val="ListNumber"/>
        <w:spacing w:line="240" w:lineRule="auto"/>
        <w:ind w:left="720"/>
      </w:pPr>
      <w:r/>
      <w:hyperlink r:id="rId23">
        <w:r>
          <w:rPr>
            <w:color w:val="0000EE"/>
            <w:u w:val="single"/>
          </w:rPr>
          <w:t>https://www.eastbaytimes.com/2024/10/29/tom-brady-learned-about-gisele-bundchens-pregnancy-from-her-not-the-media/</w:t>
        </w:r>
      </w:hyperlink>
      <w:r>
        <w:t xml:space="preserve"> - Please view link - unable to able to access data</w:t>
      </w:r>
      <w:r/>
    </w:p>
    <w:p>
      <w:pPr>
        <w:pStyle w:val="ListNumber"/>
        <w:spacing w:line="240" w:lineRule="auto"/>
        <w:ind w:left="720"/>
      </w:pPr>
      <w:r/>
      <w:hyperlink r:id="rId24">
        <w:r>
          <w:rPr>
            <w:color w:val="0000EE"/>
            <w:u w:val="single"/>
          </w:rPr>
          <w:t>https://www.bostonherald.com/2024/10/29/gisele-bundchen-pregnant-third-child-joaquim-valente-2/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eople.com/gisele-buendchen-and-joaquim-valente-are-dating-source-8597786" TargetMode="External"/><Relationship Id="rId11" Type="http://schemas.openxmlformats.org/officeDocument/2006/relationships/hyperlink" Target="https://www.marca.com/en/lifestyle/celebrities/2024/10/28/6720052b22601ded4d8b457d.html" TargetMode="External"/><Relationship Id="rId12" Type="http://schemas.openxmlformats.org/officeDocument/2006/relationships/hyperlink" Target="https://people.com/sports/who-is-joaquim-valente-gisele-bundchen/" TargetMode="External"/><Relationship Id="rId13" Type="http://schemas.openxmlformats.org/officeDocument/2006/relationships/hyperlink" Target="https://people.com/gisele-buendchen-is-expecting-first-baby-with-boyfriends-joaquim-valente-8672246" TargetMode="External"/><Relationship Id="rId14" Type="http://schemas.openxmlformats.org/officeDocument/2006/relationships/hyperlink" Target="https://www.latimes.com/entertainment-arts/story/2024-10-29/gisele-bundchen-first-child-with-joaquim-valente" TargetMode="External"/><Relationship Id="rId15" Type="http://schemas.openxmlformats.org/officeDocument/2006/relationships/hyperlink" Target="https://hollywoodlife.com/feature/is-gisele-bundchen-pregnant-again-in-2024-5342066/" TargetMode="External"/><Relationship Id="rId16" Type="http://schemas.openxmlformats.org/officeDocument/2006/relationships/hyperlink" Target="https://pagesix.com/2024/10/29/parents/pregnant-gisele-bundchen-hides-baby-bump-with-oversized-shirt-large-bag-at-pilates/" TargetMode="External"/><Relationship Id="rId17" Type="http://schemas.openxmlformats.org/officeDocument/2006/relationships/hyperlink" Target="https://www.dailymail.co.uk/tvshowbiz/article-14015257/tom-brady-gisele-bundchen-pregnant-struggled-stung-accept.html?ns_mchannel=rss&amp;ns_campaign=1490&amp;ito=1490" TargetMode="External"/><Relationship Id="rId18" Type="http://schemas.openxmlformats.org/officeDocument/2006/relationships/hyperlink" Target="https://www.marinij.com/2024/10/29/tom-brady-learned-about-gisele-bundchens-pregnancy-from-her-not-the-media/" TargetMode="External"/><Relationship Id="rId19" Type="http://schemas.openxmlformats.org/officeDocument/2006/relationships/hyperlink" Target="https://www.thesun.co.uk/sport/31381431/tom-brady-cryptic-post-gisele-bundchen-pregnancy/" TargetMode="External"/><Relationship Id="rId20" Type="http://schemas.openxmlformats.org/officeDocument/2006/relationships/hyperlink" Target="https://www.dailymail.co.uk/femail/article-14015587/AI-Generator-reveals-Gisele-Bundchen-Joaquim-Valentes-baby-look-like.html?ns_mchannel=rss&amp;ns_campaign=1490&amp;ito=1490" TargetMode="External"/><Relationship Id="rId21" Type="http://schemas.openxmlformats.org/officeDocument/2006/relationships/hyperlink" Target="https://www.hola.com/us/celebrities/20241029726960/gisele-bundchen-thrilled-to-be-expecting-her-first-child-with-joaquim-valente/" TargetMode="External"/><Relationship Id="rId22" Type="http://schemas.openxmlformats.org/officeDocument/2006/relationships/hyperlink" Target="https://www.dailymail.co.uk/tvshowbiz/article-14016057/gisele-bundchen-pregnant-joaquim-valente-tom-brady.html?ns_mchannel=rss&amp;ns_campaign=1490&amp;ito=1490" TargetMode="External"/><Relationship Id="rId23" Type="http://schemas.openxmlformats.org/officeDocument/2006/relationships/hyperlink" Target="https://www.eastbaytimes.com/2024/10/29/tom-brady-learned-about-gisele-bundchens-pregnancy-from-her-not-the-media/" TargetMode="External"/><Relationship Id="rId24" Type="http://schemas.openxmlformats.org/officeDocument/2006/relationships/hyperlink" Target="https://www.bostonherald.com/2024/10/29/gisele-bundchen-pregnant-third-child-joaquim-valent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