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AI Overviews to over 100 countries and territories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significantly broadened the availability of its AI Overviews feature, which will now be accessible to users in over 100 countries and territories worldwide. This expansion marks a considerable step from its initial launch in the United States in May, followed by a roll-out to a handful of other countries such as the United Kingdom, India, Japan, Indonesia, Mexico, and Brazil by August. AI Overviews utilise Google's Gemini AI models to provide succinct summaries of search queries, offering insights into various topics by harnessing information from reliable online sources.</w:t>
      </w:r>
      <w:r/>
    </w:p>
    <w:p>
      <w:r/>
      <w:r>
        <w:t>The extension of AI Overviews has not only been geographical but linguistic as well. As of October, this feature supports multiple languages, including English, Hindi, Indonesian, Japanese, Portuguese, and Spanish, thereby increasing its reach and usability across diverse regions. According to Google's Vice President of Search Quality, Srinivasan (Cheenu) Venkatachary, the feedback on AI Overviews has been predominantly positive, with users reportedly finding search results more helpful and engaging. This feedback has encouraged the tech giant to enhance the AI tool’s accessibility further, thus reinforcing its commitment to integrating AI into its search capabilities.</w:t>
      </w:r>
      <w:r/>
    </w:p>
    <w:p>
      <w:r/>
      <w:r>
        <w:t>The introduction of AI Overviews as a global tool aims to streamline the process of finding information, making it simpler for users to access content from various web sources, including publishers, business websites, and other online platforms. A notable feature of the AI Overviews is its ability to generate concise answers accompanied by source links, allowing users to easily verify and explore the information further. This is part of Google's strategy to alleviate concerns from media publishers who feared potential reduction in traffic to their sites. By introducing both in-line and right-hand link displays, Google intends to boost website visits and engagement, ultimately supporting a diverse range of online content.</w:t>
      </w:r>
      <w:r/>
    </w:p>
    <w:p>
      <w:r/>
      <w:r>
        <w:t>Despite concerns over the accuracy of AI-generated content, which have included instances of nonsensical or incorrect responses, Google persists with its AI Overviews. Initial challenges highlighted the risks associated with generative AI in search, particularly its potential to mismanage current and historical data. However, Google has responded by refining its offerings and testing advertisements within AI Overviews, initially for U.S. mobile users. These advertisements are specially labelled to distinguish them from regular search results, thus promoting relevant products and services connected to user search terms.</w:t>
      </w:r>
      <w:r/>
    </w:p>
    <w:p>
      <w:r/>
      <w:r>
        <w:t>The importance of AI Overviews is underscored by its potential impact on Google's operations and its stature in the search engine space, as the company faces scrutiny over anti-monopoly practices. Nonetheless, the continuous global rollout of the feature suggests an enduring commitment to AI integration, indicating a strategic direction that seeks to expand user interactivity and enhance the overall search experience.</w:t>
      </w:r>
      <w:r/>
    </w:p>
    <w:p>
      <w:r/>
      <w:r>
        <w:t>The development of AI Overviews signifies an evolution in how users interact with search engines, potentially rivaling other AI-enhanced search products from companies like Microsoft, which has integrated the Copilot chatbot into Bing, and Perplexity AI, known for its AI-centric search bot. Although Google's AI Overviews faced initial hurdles, the company's determined global expansion highlights its ambitions to refine and maximise the utility of AI-generated content within its search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https://www.phonearena.com/news/google-ai-search-overviews-go-global-in-over-100-countries_id164202</w:t>
        </w:r>
      </w:hyperlink>
      <w:r>
        <w:t xml:space="preserve"> - Corroborates the global expansion of Google's AI Overviews to over 100 countries and territories, and the feature's availability in multiple languages.</w:t>
      </w:r>
      <w:r/>
    </w:p>
    <w:p>
      <w:pPr>
        <w:pStyle w:val="ListNumber"/>
        <w:spacing w:line="240" w:lineRule="auto"/>
        <w:ind w:left="720"/>
      </w:pPr>
      <w:r/>
      <w:hyperlink r:id="rId11">
        <w:r>
          <w:rPr>
            <w:color w:val="0000EE"/>
            <w:u w:val="single"/>
          </w:rPr>
          <w:t>https://www.analyticsinsight.net/news/google-ai-overviews-set-for-major-global-expansion-to-over-100-countries</w:t>
        </w:r>
      </w:hyperlink>
      <w:r>
        <w:t xml:space="preserve"> - Supports the global expansion of AI Overviews to more than 100 countries and territories.</w:t>
      </w:r>
      <w:r/>
    </w:p>
    <w:p>
      <w:pPr>
        <w:pStyle w:val="ListNumber"/>
        <w:spacing w:line="240" w:lineRule="auto"/>
        <w:ind w:left="720"/>
      </w:pPr>
      <w:r/>
      <w:hyperlink r:id="rId12">
        <w:r>
          <w:rPr>
            <w:color w:val="0000EE"/>
            <w:u w:val="single"/>
          </w:rPr>
          <w:t>https://www.techrepublic.com/article/google-search-ai-overviews-expands-100-countries/</w:t>
        </w:r>
      </w:hyperlink>
      <w:r>
        <w:t xml:space="preserve"> - Details the expansion of AI Overviews beyond the U.S. to include various regions such as Canada, Africa, the Asia-Pacific, Europe, and the Middle East, and the addition of multiple language support.</w:t>
      </w:r>
      <w:r/>
    </w:p>
    <w:p>
      <w:pPr>
        <w:pStyle w:val="ListNumber"/>
        <w:spacing w:line="240" w:lineRule="auto"/>
        <w:ind w:left="720"/>
      </w:pPr>
      <w:r/>
      <w:hyperlink r:id="rId13">
        <w:r>
          <w:rPr>
            <w:color w:val="0000EE"/>
            <w:u w:val="single"/>
          </w:rPr>
          <w:t>https://www.techradar.com/computing/search-engines/googles-ai-overviews-are-now-available-to-help-a-billion-people-avoid-reading-full-articles</w:t>
        </w:r>
      </w:hyperlink>
      <w:r>
        <w:t xml:space="preserve"> - Explains the global rollout, language support, and the inclusion of source links to support website traffic and user engagement.</w:t>
      </w:r>
      <w:r/>
    </w:p>
    <w:p>
      <w:pPr>
        <w:pStyle w:val="ListNumber"/>
        <w:spacing w:line="240" w:lineRule="auto"/>
        <w:ind w:left="720"/>
      </w:pPr>
      <w:r/>
      <w:hyperlink r:id="rId14">
        <w:r>
          <w:rPr>
            <w:color w:val="0000EE"/>
            <w:u w:val="single"/>
          </w:rPr>
          <w:t>https://www.seroundtable.com/google-ai-overviews-more-countries-38312.html</w:t>
        </w:r>
      </w:hyperlink>
      <w:r>
        <w:t xml:space="preserve"> - Provides a list of countries where AI Overviews are available and highlights the feature's accessibility in multiple languages.</w:t>
      </w:r>
      <w:r/>
    </w:p>
    <w:p>
      <w:pPr>
        <w:pStyle w:val="ListNumber"/>
        <w:spacing w:line="240" w:lineRule="auto"/>
        <w:ind w:left="720"/>
      </w:pPr>
      <w:r/>
      <w:hyperlink r:id="rId10">
        <w:r>
          <w:rPr>
            <w:color w:val="0000EE"/>
            <w:u w:val="single"/>
          </w:rPr>
          <w:t>https://www.phonearena.com/news/google-ai-search-overviews-go-global-in-over-100-countries_id164202</w:t>
        </w:r>
      </w:hyperlink>
      <w:r>
        <w:t xml:space="preserve"> - Mentions the positive feedback from users and the enhancement of AI Overviews to make search results more helpful.</w:t>
      </w:r>
      <w:r/>
    </w:p>
    <w:p>
      <w:pPr>
        <w:pStyle w:val="ListNumber"/>
        <w:spacing w:line="240" w:lineRule="auto"/>
        <w:ind w:left="720"/>
      </w:pPr>
      <w:r/>
      <w:hyperlink r:id="rId12">
        <w:r>
          <w:rPr>
            <w:color w:val="0000EE"/>
            <w:u w:val="single"/>
          </w:rPr>
          <w:t>https://www.techrepublic.com/article/google-search-ai-overviews-expands-100-countries/</w:t>
        </w:r>
      </w:hyperlink>
      <w:r>
        <w:t xml:space="preserve"> - Discusses the initial challenges with AI-generated content and Google's efforts to refine the feature and address concerns from media publishers.</w:t>
      </w:r>
      <w:r/>
    </w:p>
    <w:p>
      <w:pPr>
        <w:pStyle w:val="ListNumber"/>
        <w:spacing w:line="240" w:lineRule="auto"/>
        <w:ind w:left="720"/>
      </w:pPr>
      <w:r/>
      <w:hyperlink r:id="rId13">
        <w:r>
          <w:rPr>
            <w:color w:val="0000EE"/>
            <w:u w:val="single"/>
          </w:rPr>
          <w:t>https://www.techradar.com/computing/search-engines/googles-ai-overviews-are-now-available-to-help-a-billion-people-avoid-reading-full-articles</w:t>
        </w:r>
      </w:hyperlink>
      <w:r>
        <w:t xml:space="preserve"> - Explains the strategy to alleviate concerns from media publishers by introducing in-line and right-hand link displays.</w:t>
      </w:r>
      <w:r/>
    </w:p>
    <w:p>
      <w:pPr>
        <w:pStyle w:val="ListNumber"/>
        <w:spacing w:line="240" w:lineRule="auto"/>
        <w:ind w:left="720"/>
      </w:pPr>
      <w:r/>
      <w:hyperlink r:id="rId12">
        <w:r>
          <w:rPr>
            <w:color w:val="0000EE"/>
            <w:u w:val="single"/>
          </w:rPr>
          <w:t>https://www.techrepublic.com/article/google-search-ai-overviews-expands-100-countries/</w:t>
        </w:r>
      </w:hyperlink>
      <w:r>
        <w:t xml:space="preserve"> - Addresses the concerns over the accuracy of AI-generated content and the potential impact on Google's operations and search engine space.</w:t>
      </w:r>
      <w:r/>
    </w:p>
    <w:p>
      <w:pPr>
        <w:pStyle w:val="ListNumber"/>
        <w:spacing w:line="240" w:lineRule="auto"/>
        <w:ind w:left="720"/>
      </w:pPr>
      <w:r/>
      <w:hyperlink r:id="rId14">
        <w:r>
          <w:rPr>
            <w:color w:val="0000EE"/>
            <w:u w:val="single"/>
          </w:rPr>
          <w:t>https://www.seroundtable.com/google-ai-overviews-more-countries-38312.html</w:t>
        </w:r>
      </w:hyperlink>
      <w:r>
        <w:t xml:space="preserve"> - Highlights the continuous global rollout and Google's commitment to AI integration, indicating a strategic direction to enhance user interactivity.</w:t>
      </w:r>
      <w:r/>
    </w:p>
    <w:p>
      <w:pPr>
        <w:pStyle w:val="ListNumber"/>
        <w:spacing w:line="240" w:lineRule="auto"/>
        <w:ind w:left="720"/>
      </w:pPr>
      <w:r/>
      <w:hyperlink r:id="rId12">
        <w:r>
          <w:rPr>
            <w:color w:val="0000EE"/>
            <w:u w:val="single"/>
          </w:rPr>
          <w:t>https://www.techrepublic.com/article/google-search-ai-overviews-expands-100-countries/</w:t>
        </w:r>
      </w:hyperlink>
      <w:r>
        <w:t xml:space="preserve"> - Compares Google's AI Overviews with other AI-enhanced search products from companies like Microsoft and Perplexity AI.</w:t>
      </w:r>
      <w:r/>
    </w:p>
    <w:p>
      <w:pPr>
        <w:pStyle w:val="ListNumber"/>
        <w:spacing w:line="240" w:lineRule="auto"/>
        <w:ind w:left="720"/>
      </w:pPr>
      <w:r/>
      <w:hyperlink r:id="rId12">
        <w:r>
          <w:rPr>
            <w:color w:val="0000EE"/>
            <w:u w:val="single"/>
          </w:rPr>
          <w:t>https://www.techrepublic.com/article/google-search-ai-overviews-expands-100-countries/</w:t>
        </w:r>
      </w:hyperlink>
      <w:r>
        <w:t xml:space="preserve"> - Please view link - unable to able to access data</w:t>
      </w:r>
      <w:r/>
    </w:p>
    <w:p>
      <w:pPr>
        <w:pStyle w:val="ListNumber"/>
        <w:spacing w:line="240" w:lineRule="auto"/>
        <w:ind w:left="720"/>
      </w:pPr>
      <w:r/>
      <w:hyperlink r:id="rId13">
        <w:r>
          <w:rPr>
            <w:color w:val="0000EE"/>
            <w:u w:val="single"/>
          </w:rPr>
          <w:t>https://www.techradar.com/computing/search-engines/googles-ai-overviews-are-now-available-to-help-a-billion-people-avoid-reading-full-articles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news/google-ai-search-overviews-go-global-in-over-100-countries_id164202" TargetMode="External"/><Relationship Id="rId11" Type="http://schemas.openxmlformats.org/officeDocument/2006/relationships/hyperlink" Target="https://www.analyticsinsight.net/news/google-ai-overviews-set-for-major-global-expansion-to-over-100-countries" TargetMode="External"/><Relationship Id="rId12" Type="http://schemas.openxmlformats.org/officeDocument/2006/relationships/hyperlink" Target="https://www.techrepublic.com/article/google-search-ai-overviews-expands-100-countries/" TargetMode="External"/><Relationship Id="rId13" Type="http://schemas.openxmlformats.org/officeDocument/2006/relationships/hyperlink" Target="https://www.techradar.com/computing/search-engines/googles-ai-overviews-are-now-available-to-help-a-billion-people-avoid-reading-full-articles" TargetMode="External"/><Relationship Id="rId14" Type="http://schemas.openxmlformats.org/officeDocument/2006/relationships/hyperlink" Target="https://www.seroundtable.com/google-ai-overviews-more-countries-3831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