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eyes major upgrade with Project Jarvis in the generative AI space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Eyes Major Upgrade with Project Jarvis in the Generative AI Space</w:t>
      </w:r>
      <w:r/>
    </w:p>
    <w:p>
      <w:r/>
      <w:r>
        <w:t>In a significant development within the realm of artificial intelligence, Google is reportedly gearing up to introduce a new AI agent known as Project Jarvis. This innovation is expected to be a prominent feature in the forthcoming iteration of Google's large language model, Gemini.</w:t>
      </w:r>
      <w:r/>
    </w:p>
    <w:p>
      <w:r/>
      <w:r>
        <w:t>Project Jarvis is designed as an AI agent integrated within the Google Chrome browser, encouraging a more autonomous execution of everyday tasks via simple user queries or commands. According to insights from The Information, the introduction of these AI agents could mark the most substantial update to Chrome since its inception in 2008.</w:t>
      </w:r>
      <w:r/>
    </w:p>
    <w:p>
      <w:r/>
      <w:r>
        <w:t>Google has previously illustrated some functionalities of the Gemini model with its current version, Gemini 1.5 Pro, which aids users as a shopping companion or travel planner. The Gemini Advanced chatbot, currently powered by this model, showcases these capabilities. Looking forward, Project Jarvis is anticipated to enhance these functions by performing a broader range of tasks such as web navigation, form submission, and even executing payments, thereby fully realising user queries.</w:t>
      </w:r>
      <w:r/>
    </w:p>
    <w:p>
      <w:r/>
      <w:r>
        <w:t>For instance, while Gemini 1.5 Pro can handle requests like “plan me a vacation in December with a $2,000 budget,” Project Jarvis is expected to take this a step further. It could likely fulfil a command such as, “plan me a vacation in December with a $2,000 budget. Book the flights and hotel and send the details to my email,” demonstrating a significant leap in automation and user assistance.</w:t>
      </w:r>
      <w:r/>
    </w:p>
    <w:p>
      <w:r/>
      <w:r>
        <w:t>The choice of the codename "Jarvis" is an apparent nod to the AI assistant featured in the Iron Man series, though the official name has yet to be announced. This project builds upon the discussions from Google's I/O developers conference in May, where the company outlined potential advancements in AI technology, including improved speech and video processing, and quicker conversational response times.</w:t>
      </w:r>
      <w:r/>
    </w:p>
    <w:p>
      <w:r/>
      <w:r>
        <w:t>The AI agent may feature in Google’s next generation of language models, the anticipated Gemini 2.0. While speculation suggests an announcement could happen as soon as early December, details about the availability remain unspecified.</w:t>
      </w:r>
      <w:r/>
    </w:p>
    <w:p>
      <w:r/>
      <w:r>
        <w:t>As Google edges closer to unveiling its AI agent, the competitive landscape is buzzing with similar initiatives. Anthropic has recently introduced its Computer Use agent, allowing its Claude large language model to independently navigate tasks. Presently, this feature is in beta testing. OpenAI is also exploring its Swarm Framework, a complex system of collaborating agents, though this remains primarily in the research and educational development stages.</w:t>
      </w:r>
      <w:r/>
    </w:p>
    <w:p>
      <w:r/>
      <w:r>
        <w:t>The announcement of Project Jarvis signifies a pivotal moment in AI development, heralding a new era where browsers can potentially manage various tasks seamlessly, reducing the need for direct human input. With the impending launch, users and industry observers alike are keen to see how this innovation will reshape web interactions and task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https://www.tomsguide.com/ai/google-gemini/googles-project-jarvis-could-be-biggest-chrome-upgrade-in-15-years-visiting-websites-filling-in-forms-and-making-purchases-for-you-via-ai</w:t>
        </w:r>
      </w:hyperlink>
      <w:r>
        <w:t xml:space="preserve"> - Corroborates the introduction of Project Jarvis as a significant upgrade to Chrome, its ability to perform tasks like visiting websites, filling forms, and making purchases, and its potential launch with Gemini 2.0.</w:t>
      </w:r>
      <w:r/>
    </w:p>
    <w:p>
      <w:pPr>
        <w:pStyle w:val="ListNumber"/>
        <w:spacing w:line="240" w:lineRule="auto"/>
        <w:ind w:left="720"/>
      </w:pPr>
      <w:r/>
      <w:hyperlink r:id="rId11">
        <w:r>
          <w:rPr>
            <w:color w:val="0000EE"/>
            <w:u w:val="single"/>
          </w:rPr>
          <w:t>https://www.digitaltrends.com/computing/googles-next-ai-feature-could-make-chrome-more-autonomous/</w:t>
        </w:r>
      </w:hyperlink>
      <w:r>
        <w:t xml:space="preserve"> - Supports the details about Project Jarvis's capabilities, such as planning vacations, booking flights and hotels, and sending details via email, and its integration with the Gemini AI model.</w:t>
      </w:r>
      <w:r/>
    </w:p>
    <w:p>
      <w:pPr>
        <w:pStyle w:val="ListNumber"/>
        <w:spacing w:line="240" w:lineRule="auto"/>
        <w:ind w:left="720"/>
      </w:pPr>
      <w:r/>
      <w:hyperlink r:id="rId11">
        <w:r>
          <w:rPr>
            <w:color w:val="0000EE"/>
            <w:u w:val="single"/>
          </w:rPr>
          <w:t>https://www.digitaltrends.com/computing/googles-next-ai-feature-could-make-chrome-more-autonomous/</w:t>
        </w:r>
      </w:hyperlink>
      <w:r>
        <w:t xml:space="preserve"> - Confirms the codename 'Jarvis' and its inspiration from Tony Stark's AI assistant in Iron Man, as well as Google's previous demonstrations of Gemini's functionalities.</w:t>
      </w:r>
      <w:r/>
    </w:p>
    <w:p>
      <w:pPr>
        <w:pStyle w:val="ListNumber"/>
        <w:spacing w:line="240" w:lineRule="auto"/>
        <w:ind w:left="720"/>
      </w:pPr>
      <w:r/>
      <w:hyperlink r:id="rId12">
        <w:r>
          <w:rPr>
            <w:color w:val="0000EE"/>
            <w:u w:val="single"/>
          </w:rPr>
          <w:t>https://shellypalmer.com/2024/10/project-jarvis-googles-upcoming-autonomous-agent/</w:t>
        </w:r>
      </w:hyperlink>
      <w:r>
        <w:t xml:space="preserve"> - Explains how Project Jarvis works by interpreting screenshots and performing actions like clicking and typing, and its focus on automating everyday web tasks within the Chrome browser.</w:t>
      </w:r>
      <w:r/>
    </w:p>
    <w:p>
      <w:pPr>
        <w:pStyle w:val="ListNumber"/>
        <w:spacing w:line="240" w:lineRule="auto"/>
        <w:ind w:left="720"/>
      </w:pPr>
      <w:r/>
      <w:hyperlink r:id="rId13">
        <w:r>
          <w:rPr>
            <w:color w:val="0000EE"/>
            <w:u w:val="single"/>
          </w:rPr>
          <w:t>https://www.androidcentral.com/apps-software/google-project-jarvis-ai-agent-report</w:t>
        </w:r>
      </w:hyperlink>
      <w:r>
        <w:t xml:space="preserve"> - Details the operational mechanism of Project Jarvis, including taking screenshots to interpret user actions, and its potential limited test in December coinciding with Gemini 2.0.</w:t>
      </w:r>
      <w:r/>
    </w:p>
    <w:p>
      <w:pPr>
        <w:pStyle w:val="ListNumber"/>
        <w:spacing w:line="240" w:lineRule="auto"/>
        <w:ind w:left="720"/>
      </w:pPr>
      <w:r/>
      <w:hyperlink r:id="rId13">
        <w:r>
          <w:rPr>
            <w:color w:val="0000EE"/>
            <w:u w:val="single"/>
          </w:rPr>
          <w:t>https://www.androidcentral.com/apps-software/google-project-jarvis-ai-agent-report</w:t>
        </w:r>
      </w:hyperlink>
      <w:r>
        <w:t xml:space="preserve"> - Mentions the security concerns and the slow processing time of Project Jarvis, as well as its comparison with other AI agents like Anthropic's Claude and OpenAI's Swarm Framework.</w:t>
      </w:r>
      <w:r/>
    </w:p>
    <w:p>
      <w:pPr>
        <w:pStyle w:val="ListNumber"/>
        <w:spacing w:line="240" w:lineRule="auto"/>
        <w:ind w:left="720"/>
      </w:pPr>
      <w:r/>
      <w:hyperlink r:id="rId10">
        <w:r>
          <w:rPr>
            <w:color w:val="0000EE"/>
            <w:u w:val="single"/>
          </w:rPr>
          <w:t>https://www.tomsguide.com/ai/google-gemini/googles-project-jarvis-could-be-biggest-chrome-upgrade-in-15-years-visiting-websites-filling-in-forms-and-making-purchases-for-you-via-ai</w:t>
        </w:r>
      </w:hyperlink>
      <w:r>
        <w:t xml:space="preserve"> - Highlights the significance of Project Jarvis as the biggest Chrome upgrade since its launch in 2008 and its focus on consumer tasks like shopping and travel booking.</w:t>
      </w:r>
      <w:r/>
    </w:p>
    <w:p>
      <w:pPr>
        <w:pStyle w:val="ListNumber"/>
        <w:spacing w:line="240" w:lineRule="auto"/>
        <w:ind w:left="720"/>
      </w:pPr>
      <w:r/>
      <w:hyperlink r:id="rId11">
        <w:r>
          <w:rPr>
            <w:color w:val="0000EE"/>
            <w:u w:val="single"/>
          </w:rPr>
          <w:t>https://www.digitaltrends.com/computing/googles-next-ai-feature-could-make-chrome-more-autonomous/</w:t>
        </w:r>
      </w:hyperlink>
      <w:r>
        <w:t xml:space="preserve"> - Discusses Google's announcements at the Google I/O developers conference regarding AI agents and their role in processing speech and video content.</w:t>
      </w:r>
      <w:r/>
    </w:p>
    <w:p>
      <w:pPr>
        <w:pStyle w:val="ListNumber"/>
        <w:spacing w:line="240" w:lineRule="auto"/>
        <w:ind w:left="720"/>
      </w:pPr>
      <w:r/>
      <w:hyperlink r:id="rId12">
        <w:r>
          <w:rPr>
            <w:color w:val="0000EE"/>
            <w:u w:val="single"/>
          </w:rPr>
          <w:t>https://shellypalmer.com/2024/10/project-jarvis-googles-upcoming-autonomous-agent/</w:t>
        </w:r>
      </w:hyperlink>
      <w:r>
        <w:t xml:space="preserve"> - Provides context on the competitive landscape, including other AI agents like Microsoft Copilot Vision, Apple Intelligence, Anthropic’s Claude, and OpenAI’s Swarm Framework.</w:t>
      </w:r>
      <w:r/>
    </w:p>
    <w:p>
      <w:pPr>
        <w:pStyle w:val="ListNumber"/>
        <w:spacing w:line="240" w:lineRule="auto"/>
        <w:ind w:left="720"/>
      </w:pPr>
      <w:r/>
      <w:hyperlink r:id="rId13">
        <w:r>
          <w:rPr>
            <w:color w:val="0000EE"/>
            <w:u w:val="single"/>
          </w:rPr>
          <w:t>https://www.androidcentral.com/apps-software/google-project-jarvis-ai-agent-report</w:t>
        </w:r>
      </w:hyperlink>
      <w:r>
        <w:t xml:space="preserve"> - Confirms that Project Jarvis is part of Google’s next generation of language models, potentially Gemini 2.0, and the anticipated announcement in early December.</w:t>
      </w:r>
      <w:r/>
    </w:p>
    <w:p>
      <w:pPr>
        <w:pStyle w:val="ListNumber"/>
        <w:spacing w:line="240" w:lineRule="auto"/>
        <w:ind w:left="720"/>
      </w:pPr>
      <w:r/>
      <w:hyperlink r:id="rId12">
        <w:r>
          <w:rPr>
            <w:color w:val="0000EE"/>
            <w:u w:val="single"/>
          </w:rPr>
          <w:t>https://shellypalmer.com/2024/10/project-jarvis-googles-upcoming-autonomous-agent/</w:t>
        </w:r>
      </w:hyperlink>
      <w:r>
        <w:t xml:space="preserve"> - Explains the broader implications of AI agents like Project Jarvis in redefining user interaction and automating digital tasks.</w:t>
      </w:r>
      <w:r/>
    </w:p>
    <w:p>
      <w:pPr>
        <w:pStyle w:val="ListNumber"/>
        <w:spacing w:line="240" w:lineRule="auto"/>
        <w:ind w:left="720"/>
      </w:pPr>
      <w:r/>
      <w:hyperlink r:id="rId11">
        <w:r>
          <w:rPr>
            <w:color w:val="0000EE"/>
            <w:u w:val="single"/>
          </w:rPr>
          <w:t>https://www.digitaltrends.com/computing/googles-next-ai-feature-could-make-chrome-more-autonomous/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ai/google-gemini/googles-project-jarvis-could-be-biggest-chrome-upgrade-in-15-years-visiting-websites-filling-in-forms-and-making-purchases-for-you-via-ai" TargetMode="External"/><Relationship Id="rId11" Type="http://schemas.openxmlformats.org/officeDocument/2006/relationships/hyperlink" Target="https://www.digitaltrends.com/computing/googles-next-ai-feature-could-make-chrome-more-autonomous/" TargetMode="External"/><Relationship Id="rId12" Type="http://schemas.openxmlformats.org/officeDocument/2006/relationships/hyperlink" Target="https://shellypalmer.com/2024/10/project-jarvis-googles-upcoming-autonomous-agent/" TargetMode="External"/><Relationship Id="rId13" Type="http://schemas.openxmlformats.org/officeDocument/2006/relationships/hyperlink" Target="https://www.androidcentral.com/apps-software/google-project-jarvis-ai-agent-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