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revamps shopping experience with AI to compete against Amazon and TikTok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launched a revamped Shopping experience in the United States, utilising artificial intelligence to transform how products are presented and accessed by consumers online. This innovative shift positions Google as a formidable player in the ecommerce arena, challenging the likes of Amazon and, increasingly, TikTok, which is also venturing into this field.</w:t>
      </w:r>
      <w:r/>
    </w:p>
    <w:p>
      <w:r/>
      <w:r>
        <w:t>The transition towards a more personalized shopping platform marks a significant development in how Google's Search Engine Results Pages (SERPs) operate, particularly in the ecommerce sector. The new arrangement effectively redefines the landscape by making Google a primary category page, redirecting the focus to individual product optimisation.</w:t>
      </w:r>
      <w:r/>
    </w:p>
    <w:p>
      <w:r/>
      <w:r>
        <w:t>Central to this transformation is Google's integration of advanced AI technology, notably its Gemini models, with its extensive Shopping Graph. The graph encompasses 45 billion entities, including product variations, reviews, and categories. The newly designed shopping interface is set to provide a tailored online experience for users and is being gradually introduced across the U.S. beginning this week.</w:t>
      </w:r>
      <w:r/>
    </w:p>
    <w:p>
      <w:r/>
      <w:r>
        <w:t>Users can explore this latest feature on shopping.google.com and through the shopping tab, marking what might become the default shopping interface for related search queries. This development is part of Google's broader strategy to counteract increasing competition from other ecommerce giants, particularly Amazon, which has been encroaching on Google's advertising revenue through its rapidly expanding ad business.</w:t>
      </w:r>
      <w:r/>
    </w:p>
    <w:p>
      <w:r/>
      <w:r>
        <w:t>The impetus for Google's move is also linked to emerging competitive threats from social media platform TikTok. Known for its captivating short-format videos, TikTok is enticing merchants to engage in ecommerce through livestreams and ads, challenging both Amazon and Google in the process.</w:t>
      </w:r>
      <w:r/>
    </w:p>
    <w:p>
      <w:r/>
      <w:r>
        <w:t>Google's AI-enhanced shopping initiative aims to rejuvenate personalization, a goal it has pursued with varying degrees of success in the past. The AI-driven changes promise a more sophisticated understanding of user preferences based on behaviour and product interactions. The system would leverage insights from YouTube engagements, making it more likely that Google will incorporate similar techniques into regular search functionalities.</w:t>
      </w:r>
      <w:r/>
    </w:p>
    <w:p>
      <w:r/>
      <w:r>
        <w:t>Despite these technological advancements, the introduction of AI personalization raises questions and challenges, particularly in regions like the European Union. Here, regulations such as the Digital Marketing Act (DMA) and General Data Protection Regulation (GDPR) mandate stricter consent requirements from users for personalized services. These regulatory frameworks could impede the rollout of AI-driven personalization in Europe, contrasting the experience provided to users in the United States.</w:t>
      </w:r>
      <w:r/>
    </w:p>
    <w:p>
      <w:r/>
      <w:r>
        <w:t>The revamped shopping service aligns with Google's ongoing efforts towards verticalization, where different search queries lead to distinct experiences across various sectors such as shopping, travel, and local information. This segmentation reflects a growing demand for specialized search engine optimisation (SEO) strategies, tailored to different market verticals.</w:t>
      </w:r>
      <w:r/>
    </w:p>
    <w:p>
      <w:r/>
      <w:r>
        <w:t>One potential downside of this new shopping structure could be its impact on organic search result clicks. Various SEO analysts, including Johannes Beus of Sistrix, have observed that free product listings have historically diminished clicks on organic results. However, the change is more about evolution than a threat, with a shift in focus from category page optimization to individual product pages.</w:t>
      </w:r>
      <w:r/>
    </w:p>
    <w:p>
      <w:r/>
      <w:r>
        <w:t>For ecommerce-focused websites, the introduction of Google’s enhanced Shopping experience could mean reallocating efforts to optimize product pages directly rather than broader category listings. Additionally, the transformation could pose challenges for sites centered on price comparisons or tracking, given Google's new personalised deals and price tracking tools integrated into the shopping service.</w:t>
      </w:r>
      <w:r/>
    </w:p>
    <w:p>
      <w:r/>
      <w:r>
        <w:t>As the new AI-driven shopping platform continues to roll out, its full effects on the market, consumer behaviour, and competitive dynamics will unfold. Stakeholders in various regions will undoubtedly be watching closely, eager to understand how these changes may impact their presence and strategy in the digital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https://searchengineland.com/google-unveils-ai-powered-google-shopping-overhaul-447493</w:t>
        </w:r>
      </w:hyperlink>
      <w:r>
        <w:t xml:space="preserve"> - Corroborates the launch of the AI-powered Google Shopping overhaul, including features like dynamic filters, virtual try-ons, and personalized homefeeds and deals.</w:t>
      </w:r>
      <w:r/>
    </w:p>
    <w:p>
      <w:pPr>
        <w:pStyle w:val="ListNumber"/>
        <w:spacing w:line="240" w:lineRule="auto"/>
        <w:ind w:left="720"/>
      </w:pPr>
      <w:r/>
      <w:hyperlink r:id="rId11">
        <w:r>
          <w:rPr>
            <w:color w:val="0000EE"/>
            <w:u w:val="single"/>
          </w:rPr>
          <w:t>https://www.businessoffashion.com/articles/technology/how-google-aims-to-transform-shopping-with-ai/</w:t>
        </w:r>
      </w:hyperlink>
      <w:r>
        <w:t xml:space="preserve"> - Supports the integration of AI to transform the shopping experience, including AI-powered guides, personalized shopping feeds, and deal-finding tools.</w:t>
      </w:r>
      <w:r/>
    </w:p>
    <w:p>
      <w:pPr>
        <w:pStyle w:val="ListNumber"/>
        <w:spacing w:line="240" w:lineRule="auto"/>
        <w:ind w:left="720"/>
      </w:pPr>
      <w:r/>
      <w:hyperlink r:id="rId12">
        <w:r>
          <w:rPr>
            <w:color w:val="0000EE"/>
            <w:u w:val="single"/>
          </w:rPr>
          <w:t>https://finance.yahoo.com/news/google-shopping-is-getting-an-ai-upgrade-as-alphabet-looks-to-monetize-investments-130047201.html</w:t>
        </w:r>
      </w:hyperlink>
      <w:r>
        <w:t xml:space="preserve"> - Details the use of Gemini AI models to generate summaries and provide personalized recommendations, as well as the introduction of a customized shopping feed and deal-finding tools.</w:t>
      </w:r>
      <w:r/>
    </w:p>
    <w:p>
      <w:pPr>
        <w:pStyle w:val="ListNumber"/>
        <w:spacing w:line="240" w:lineRule="auto"/>
        <w:ind w:left="720"/>
      </w:pPr>
      <w:r/>
      <w:hyperlink r:id="rId13">
        <w:r>
          <w:rPr>
            <w:color w:val="0000EE"/>
            <w:u w:val="single"/>
          </w:rPr>
          <w:t>https://blog.google/products/shopping/google-shopping-ai-update-october-2024/</w:t>
        </w:r>
      </w:hyperlink>
      <w:r>
        <w:t xml:space="preserve"> - Explains the transformation of Google Shopping using AI, including AI-generated briefs, dynamic filters, virtual try-ons, and a personalized shopping home page.</w:t>
      </w:r>
      <w:r/>
    </w:p>
    <w:p>
      <w:pPr>
        <w:pStyle w:val="ListNumber"/>
        <w:spacing w:line="240" w:lineRule="auto"/>
        <w:ind w:left="720"/>
      </w:pPr>
      <w:r/>
      <w:hyperlink r:id="rId10">
        <w:r>
          <w:rPr>
            <w:color w:val="0000EE"/>
            <w:u w:val="single"/>
          </w:rPr>
          <w:t>https://searchengineland.com/google-unveils-ai-powered-google-shopping-overhaul-447493</w:t>
        </w:r>
      </w:hyperlink>
      <w:r>
        <w:t xml:space="preserve"> - Mentions the rollout of the new Google Shopping experience in the U.S. and the access points via the Shopping tab or shopping.google.com.</w:t>
      </w:r>
      <w:r/>
    </w:p>
    <w:p>
      <w:pPr>
        <w:pStyle w:val="ListNumber"/>
        <w:spacing w:line="240" w:lineRule="auto"/>
        <w:ind w:left="720"/>
      </w:pPr>
      <w:r/>
      <w:hyperlink r:id="rId11">
        <w:r>
          <w:rPr>
            <w:color w:val="0000EE"/>
            <w:u w:val="single"/>
          </w:rPr>
          <w:t>https://www.businessoffashion.com/articles/technology/how-google-aims-to-transform-shopping-with-ai/</w:t>
        </w:r>
      </w:hyperlink>
      <w:r>
        <w:t xml:space="preserve"> - Discusses Google's broader strategy to counter competition from Amazon and emerging threats from TikTok in the ecommerce sector.</w:t>
      </w:r>
      <w:r/>
    </w:p>
    <w:p>
      <w:pPr>
        <w:pStyle w:val="ListNumber"/>
        <w:spacing w:line="240" w:lineRule="auto"/>
        <w:ind w:left="720"/>
      </w:pPr>
      <w:r/>
      <w:hyperlink r:id="rId12">
        <w:r>
          <w:rPr>
            <w:color w:val="0000EE"/>
            <w:u w:val="single"/>
          </w:rPr>
          <w:t>https://finance.yahoo.com/news/google-shopping-is-getting-an-ai-upgrade-as-alphabet-looks-to-monetize-investments-130047201.html</w:t>
        </w:r>
      </w:hyperlink>
      <w:r>
        <w:t xml:space="preserve"> - Highlights the use of Google's Shopping Graph with 45 billion product listings and the role of Gemini AI models in enhancing the shopping experience.</w:t>
      </w:r>
      <w:r/>
    </w:p>
    <w:p>
      <w:pPr>
        <w:pStyle w:val="ListNumber"/>
        <w:spacing w:line="240" w:lineRule="auto"/>
        <w:ind w:left="720"/>
      </w:pPr>
      <w:r/>
      <w:hyperlink r:id="rId13">
        <w:r>
          <w:rPr>
            <w:color w:val="0000EE"/>
            <w:u w:val="single"/>
          </w:rPr>
          <w:t>https://blog.google/products/shopping/google-shopping-ai-update-october-2024/</w:t>
        </w:r>
      </w:hyperlink>
      <w:r>
        <w:t xml:space="preserve"> - Explains how the AI-driven changes aim to rejuvenate personalization based on user behavior and product interactions, including insights from YouTube engagements.</w:t>
      </w:r>
      <w:r/>
    </w:p>
    <w:p>
      <w:pPr>
        <w:pStyle w:val="ListNumber"/>
        <w:spacing w:line="240" w:lineRule="auto"/>
        <w:ind w:left="720"/>
      </w:pPr>
      <w:r/>
      <w:hyperlink r:id="rId11">
        <w:r>
          <w:rPr>
            <w:color w:val="0000EE"/>
            <w:u w:val="single"/>
          </w:rPr>
          <w:t>https://www.businessoffashion.com/articles/technology/how-google-aims-to-transform-shopping-with-ai/</w:t>
        </w:r>
      </w:hyperlink>
      <w:r>
        <w:t xml:space="preserve"> - Addresses the potential regulatory challenges in regions like the European Union due to regulations such as the DMA and GDPR.</w:t>
      </w:r>
      <w:r/>
    </w:p>
    <w:p>
      <w:pPr>
        <w:pStyle w:val="ListNumber"/>
        <w:spacing w:line="240" w:lineRule="auto"/>
        <w:ind w:left="720"/>
      </w:pPr>
      <w:r/>
      <w:hyperlink r:id="rId10">
        <w:r>
          <w:rPr>
            <w:color w:val="0000EE"/>
            <w:u w:val="single"/>
          </w:rPr>
          <w:t>https://searchengineland.com/google-unveils-ai-powered-google-shopping-overhaul-447493</w:t>
        </w:r>
      </w:hyperlink>
      <w:r>
        <w:t xml:space="preserve"> - Mentions the alignment of the new shopping service with Google's efforts towards verticalization across different sectors like shopping, travel, and local information.</w:t>
      </w:r>
      <w:r/>
    </w:p>
    <w:p>
      <w:pPr>
        <w:pStyle w:val="ListNumber"/>
        <w:spacing w:line="240" w:lineRule="auto"/>
        <w:ind w:left="720"/>
      </w:pPr>
      <w:r/>
      <w:hyperlink r:id="rId12">
        <w:r>
          <w:rPr>
            <w:color w:val="0000EE"/>
            <w:u w:val="single"/>
          </w:rPr>
          <w:t>https://finance.yahoo.com/news/google-shopping-is-getting-an-ai-upgrade-as-alphabet-looks-to-monetize-investments-130047201.html</w:t>
        </w:r>
      </w:hyperlink>
      <w:r>
        <w:t xml:space="preserve"> - Discusses the potential impact on organic search result clicks and the shift in focus from category page optimization to individual product pages.</w:t>
      </w:r>
      <w:r/>
    </w:p>
    <w:p>
      <w:pPr>
        <w:pStyle w:val="ListNumber"/>
        <w:spacing w:line="240" w:lineRule="auto"/>
        <w:ind w:left="720"/>
      </w:pPr>
      <w:r/>
      <w:hyperlink r:id="rId14">
        <w:r>
          <w:rPr>
            <w:color w:val="0000EE"/>
            <w:u w:val="single"/>
          </w:rPr>
          <w:t>https://www.searchenginejournal.com/transformation-complete-googles-new-ai-shopping-experience-verticalizes-search/531039/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archengineland.com/google-unveils-ai-powered-google-shopping-overhaul-447493" TargetMode="External"/><Relationship Id="rId11" Type="http://schemas.openxmlformats.org/officeDocument/2006/relationships/hyperlink" Target="https://www.businessoffashion.com/articles/technology/how-google-aims-to-transform-shopping-with-ai/" TargetMode="External"/><Relationship Id="rId12" Type="http://schemas.openxmlformats.org/officeDocument/2006/relationships/hyperlink" Target="https://finance.yahoo.com/news/google-shopping-is-getting-an-ai-upgrade-as-alphabet-looks-to-monetize-investments-130047201.html" TargetMode="External"/><Relationship Id="rId13" Type="http://schemas.openxmlformats.org/officeDocument/2006/relationships/hyperlink" Target="https://blog.google/products/shopping/google-shopping-ai-update-october-2024/" TargetMode="External"/><Relationship Id="rId14" Type="http://schemas.openxmlformats.org/officeDocument/2006/relationships/hyperlink" Target="https://www.searchenginejournal.com/transformation-complete-googles-new-ai-shopping-experience-verticalizes-search/5310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