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GoTo unveils AI-enhanced integrations to boost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GoTo Unveils AI-Enhanced Integrations to Boost Customer Experience</w:t>
      </w:r>
      <w:r/>
    </w:p>
    <w:p>
      <w:r/>
      <w:r>
        <w:t>GoTo, a prominent provider of business communication, IT management, and support solutions, has announced substantial enhancements to its integration features for GoTo Connect. The updates aim to provide seamless links between GoTo Connect and a variety of customer relationship management (CRM) systems, enhancing the customer service experience by creating comprehensive, AI-driven workflows.</w:t>
      </w:r>
      <w:r/>
    </w:p>
    <w:p>
      <w:r/>
      <w:r>
        <w:t>In today's business environment, the challenge of managing multiple isolated tools often leads to inefficiencies and poor customer service. A study by Zendesk indicated that over 70% of customers become frustrated when they have to repeat information to different service representatives. GoTo Connect is designed to address these issues by integrating widely-used CRM tools, warranting a more unified approach to customer information across platforms. This feature ensures that agents have a complete and real-time view of customer interactions, from the CRM database to ongoing communications.</w:t>
      </w:r>
      <w:r/>
    </w:p>
    <w:p>
      <w:r/>
      <w:r>
        <w:t>The newly integrated systems include some of the most influential names in CRM and support services, such as Bullhorn, Capsule CRM, ConnectWise, Epic CRM, Freshdesk, Freshsales, HubSpot, LaborEdge, Microsoft Dynamics, NetSuite, Pipedrive, Salesforce, ServiceNow, SugarCRM, VinSolutions, Zendesk, Zoho, and Zoho Desk. Key enhancements from these integrations allow businesses to:</w:t>
      </w:r>
      <w:r/>
      <w:r/>
    </w:p>
    <w:p>
      <w:pPr>
        <w:pStyle w:val="ListBullet"/>
        <w:spacing w:line="240" w:lineRule="auto"/>
        <w:ind w:left="720"/>
      </w:pPr>
      <w:r/>
      <w:r>
        <w:t>Simplify Workflows: With call and messaging details automatically stored within CRM systems, teams gain access to a comprehensive history of customer interactions, enhancing their ability to manage tasks efficiently and resolve more issues in less time.</w:t>
      </w:r>
      <w:r/>
    </w:p>
    <w:p>
      <w:pPr>
        <w:pStyle w:val="ListBullet"/>
        <w:spacing w:line="240" w:lineRule="auto"/>
        <w:ind w:left="720"/>
      </w:pPr>
      <w:r/>
      <w:r>
        <w:t>Enhanced Customer Engagement: Customer information is more readily accessible during interactions. Customer profiles and previous call records are directly integrated into GoTo Connect, allowing agents to access relevant information swiftly.</w:t>
      </w:r>
      <w:r/>
    </w:p>
    <w:p>
      <w:pPr>
        <w:pStyle w:val="ListBullet"/>
        <w:spacing w:line="240" w:lineRule="auto"/>
        <w:ind w:left="720"/>
      </w:pPr>
      <w:r/>
      <w:r>
        <w:t>AI-Driven Efficiency: The platform now automates the capturing and storing of AI-generated call summaries and full transcripts into the customer's contact records. This reduces the need for manual logging, offering teams the opportunity to focus on customer interaction rather than data entry.</w:t>
      </w:r>
      <w:r/>
      <w:r/>
    </w:p>
    <w:p>
      <w:r/>
      <w:r>
        <w:t>Olga Lagunova, Chief Product and Technology Officer at GoTo, commented on the importance of these advancements: "The need for teams to work across multiple platforms and workflows creates inconvenient inefficiencies, detracting from valuable time that ought to be spent on customer support. Our updated GoTo Connect integrations are set to revolutionise customer relationship management. By heightening our integration capabilities with platforms like Salesforce and HubSpot, we’re empowering teams with the tools necessary for effective collaboration and customer success. Our sophisticated AI features, including call summaries and recordings, ensure teams can leverage their favourite business tools within GoTo Connect."</w:t>
      </w:r>
      <w:r/>
    </w:p>
    <w:p>
      <w:r/>
      <w:r>
        <w:t>These integrations are now available for all GoTo Connect users, marking a significant step forward in simplifying enterprise communications and fostering effective customer relationship management. Interested parties can find more information about these integrations by visiting the official GoTo website.</w:t>
      </w:r>
      <w:r/>
    </w:p>
    <w:p>
      <w:r/>
      <w:r>
        <w:t>Neil Trim, Publishing Director of Kingswood Media Ltd, highlighted the strategic importance of these developments in enhancing organisational efficiency and customer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https://www.cxtoday.com/crm/goto-adds-ai-to-goto-connect-crm-integrations/</w:t>
        </w:r>
      </w:hyperlink>
      <w:r>
        <w:t xml:space="preserve"> - Corroborates the announcement of AI-powered integrations between GoTo Connect and major CRM platforms, and the benefits of these integrations in enhancing customer experiences.</w:t>
      </w:r>
      <w:r/>
    </w:p>
    <w:p>
      <w:pPr>
        <w:pStyle w:val="ListNumber"/>
        <w:spacing w:line="240" w:lineRule="auto"/>
        <w:ind w:left="720"/>
      </w:pPr>
      <w:r/>
      <w:hyperlink r:id="rId11">
        <w:r>
          <w:rPr>
            <w:color w:val="0000EE"/>
            <w:u w:val="single"/>
          </w:rPr>
          <w:t>https://www.goto.com/connect/customer-experience-platform/ai-features</w:t>
        </w:r>
      </w:hyperlink>
      <w:r>
        <w:t xml:space="preserve"> - Supports the details on AI-enhanced features such as sentiment analysis, automatic call notes, and the ability to turn call data into actionable insights.</w:t>
      </w:r>
      <w:r/>
    </w:p>
    <w:p>
      <w:pPr>
        <w:pStyle w:val="ListNumber"/>
        <w:spacing w:line="240" w:lineRule="auto"/>
        <w:ind w:left="720"/>
      </w:pPr>
      <w:r/>
      <w:hyperlink r:id="rId12">
        <w:r>
          <w:rPr>
            <w:color w:val="0000EE"/>
            <w:u w:val="single"/>
          </w:rPr>
          <w:t>https://www.goto.com/blog/goto-connect-crm-integrations-2024</w:t>
        </w:r>
      </w:hyperlink>
      <w:r>
        <w:t xml:space="preserve"> - Confirms the integration with various CRM systems, the simplification of workflows, enhanced customer engagement, and AI-driven efficiency.</w:t>
      </w:r>
      <w:r/>
    </w:p>
    <w:p>
      <w:pPr>
        <w:pStyle w:val="ListNumber"/>
        <w:spacing w:line="240" w:lineRule="auto"/>
        <w:ind w:left="720"/>
      </w:pPr>
      <w:r/>
      <w:hyperlink r:id="rId13">
        <w:r>
          <w:rPr>
            <w:color w:val="0000EE"/>
            <w:u w:val="single"/>
          </w:rPr>
          <w:t>https://www.goto.com/blog/whats-new-with-goto-connect-august-2024</w:t>
        </w:r>
      </w:hyperlink>
      <w:r>
        <w:t xml:space="preserve"> - Provides additional context on the new integrations and features, including the unification of tech tools and the enhancement of customer interactions.</w:t>
      </w:r>
      <w:r/>
    </w:p>
    <w:p>
      <w:pPr>
        <w:pStyle w:val="ListNumber"/>
        <w:spacing w:line="240" w:lineRule="auto"/>
        <w:ind w:left="720"/>
      </w:pPr>
      <w:r/>
      <w:hyperlink r:id="rId14">
        <w:r>
          <w:rPr>
            <w:color w:val="0000EE"/>
            <w:u w:val="single"/>
          </w:rPr>
          <w:t>https://www.goto.com/connect/customer-experience-platform</w:t>
        </w:r>
      </w:hyperlink>
      <w:r>
        <w:t xml:space="preserve"> - Details the comprehensive suite of customer experience tools within GoTo Connect, including AI-powered capabilities and centralized customer communications.</w:t>
      </w:r>
      <w:r/>
    </w:p>
    <w:p>
      <w:pPr>
        <w:pStyle w:val="ListNumber"/>
        <w:spacing w:line="240" w:lineRule="auto"/>
        <w:ind w:left="720"/>
      </w:pPr>
      <w:r/>
      <w:hyperlink r:id="rId10">
        <w:r>
          <w:rPr>
            <w:color w:val="0000EE"/>
            <w:u w:val="single"/>
          </w:rPr>
          <w:t>https://www.cxtoday.com/crm/goto-adds-ai-to-goto-connect-crm-integrations/</w:t>
        </w:r>
      </w:hyperlink>
      <w:r>
        <w:t xml:space="preserve"> - Mentions the specific CRM platforms integrated with GoTo Connect, such as Salesforce, HubSpot, and others, and the benefits of these integrations.</w:t>
      </w:r>
      <w:r/>
    </w:p>
    <w:p>
      <w:pPr>
        <w:pStyle w:val="ListNumber"/>
        <w:spacing w:line="240" w:lineRule="auto"/>
        <w:ind w:left="720"/>
      </w:pPr>
      <w:r/>
      <w:hyperlink r:id="rId12">
        <w:r>
          <w:rPr>
            <w:color w:val="0000EE"/>
            <w:u w:val="single"/>
          </w:rPr>
          <w:t>https://www.goto.com/blog/goto-connect-crm-integrations-2024</w:t>
        </w:r>
      </w:hyperlink>
      <w:r>
        <w:t xml:space="preserve"> - Quotes Olga Lagunova on the importance of these advancements and how they enhance customer relationship management.</w:t>
      </w:r>
      <w:r/>
    </w:p>
    <w:p>
      <w:pPr>
        <w:pStyle w:val="ListNumber"/>
        <w:spacing w:line="240" w:lineRule="auto"/>
        <w:ind w:left="720"/>
      </w:pPr>
      <w:r/>
      <w:hyperlink r:id="rId11">
        <w:r>
          <w:rPr>
            <w:color w:val="0000EE"/>
            <w:u w:val="single"/>
          </w:rPr>
          <w:t>https://www.goto.com/connect/customer-experience-platform/ai-features</w:t>
        </w:r>
      </w:hyperlink>
      <w:r>
        <w:t xml:space="preserve"> - Explains how the AI functionalities, including call summaries and call recordings, help teams work smarter and more efficiently.</w:t>
      </w:r>
      <w:r/>
    </w:p>
    <w:p>
      <w:pPr>
        <w:pStyle w:val="ListNumber"/>
        <w:spacing w:line="240" w:lineRule="auto"/>
        <w:ind w:left="720"/>
      </w:pPr>
      <w:r/>
      <w:hyperlink r:id="rId13">
        <w:r>
          <w:rPr>
            <w:color w:val="0000EE"/>
            <w:u w:val="single"/>
          </w:rPr>
          <w:t>https://www.goto.com/blog/whats-new-with-goto-connect-august-2024</w:t>
        </w:r>
      </w:hyperlink>
      <w:r>
        <w:t xml:space="preserve"> - Discusses the issue of siloed tools and how GoTo Connect solves this by integrating popular tools and sharing customer information.</w:t>
      </w:r>
      <w:r/>
    </w:p>
    <w:p>
      <w:pPr>
        <w:pStyle w:val="ListNumber"/>
        <w:spacing w:line="240" w:lineRule="auto"/>
        <w:ind w:left="720"/>
      </w:pPr>
      <w:r/>
      <w:hyperlink r:id="rId12">
        <w:r>
          <w:rPr>
            <w:color w:val="0000EE"/>
            <w:u w:val="single"/>
          </w:rPr>
          <w:t>https://www.goto.com/blog/goto-connect-crm-integrations-2024</w:t>
        </w:r>
      </w:hyperlink>
      <w:r>
        <w:t xml:space="preserve"> - References the Zendesk study indicating over 70% of customers are frustrated by repeating information to different service representatives.</w:t>
      </w:r>
      <w:r/>
    </w:p>
    <w:p>
      <w:pPr>
        <w:pStyle w:val="ListNumber"/>
        <w:spacing w:line="240" w:lineRule="auto"/>
        <w:ind w:left="720"/>
      </w:pPr>
      <w:r/>
      <w:hyperlink r:id="rId14">
        <w:r>
          <w:rPr>
            <w:color w:val="0000EE"/>
            <w:u w:val="single"/>
          </w:rPr>
          <w:t>https://www.goto.com/connect/customer-experience-platform</w:t>
        </w:r>
      </w:hyperlink>
      <w:r>
        <w:t xml:space="preserve"> - Highlights the availability of these new integrations to all GoTo Connect customers and the overall goal of simplifying enterprise communications.</w:t>
      </w:r>
      <w:r/>
    </w:p>
    <w:p>
      <w:pPr>
        <w:pStyle w:val="ListNumber"/>
        <w:spacing w:line="240" w:lineRule="auto"/>
        <w:ind w:left="720"/>
      </w:pPr>
      <w:r/>
      <w:hyperlink r:id="rId15">
        <w:r>
          <w:rPr>
            <w:color w:val="0000EE"/>
            <w:u w:val="single"/>
          </w:rPr>
          <w:t>https://technologyreseller.uk/goto-launches-ai-enhanced-integrations-between-goto-connect-and-leading-crm-platforms-strengthening-customer-experience/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crm/goto-adds-ai-to-goto-connect-crm-integrations/" TargetMode="External"/><Relationship Id="rId11" Type="http://schemas.openxmlformats.org/officeDocument/2006/relationships/hyperlink" Target="https://www.goto.com/connect/customer-experience-platform/ai-features" TargetMode="External"/><Relationship Id="rId12" Type="http://schemas.openxmlformats.org/officeDocument/2006/relationships/hyperlink" Target="https://www.goto.com/blog/goto-connect-crm-integrations-2024" TargetMode="External"/><Relationship Id="rId13" Type="http://schemas.openxmlformats.org/officeDocument/2006/relationships/hyperlink" Target="https://www.goto.com/blog/whats-new-with-goto-connect-august-2024" TargetMode="External"/><Relationship Id="rId14" Type="http://schemas.openxmlformats.org/officeDocument/2006/relationships/hyperlink" Target="https://www.goto.com/connect/customer-experience-platform" TargetMode="External"/><Relationship Id="rId15" Type="http://schemas.openxmlformats.org/officeDocument/2006/relationships/hyperlink" Target="https://technologyreseller.uk/goto-launches-ai-enhanced-integrations-between-goto-connect-and-leading-crm-platforms-strengthening-custom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