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Hammer Films celebrates 90 years with new documentary and podcast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celebration of British cinema history, Hammer: Heroes, Legends and Monsters is set to mark the 90th anniversary of Hammer Films, a studio renowned for its significant contributions to the horror genre. This documentary will air on Sky Arts at 9pm on Thursday, 31st October 2024, appropriately coinciding with Halloween.</w:t>
      </w:r>
      <w:r/>
    </w:p>
    <w:p>
      <w:r/>
      <w:r>
        <w:t>The documentary charts the journey of Hammer Films from its modest beginnings in a small back office to becoming a legendary force in British filmmaking. This retrospective aims to delve into the studio's legacy, which includes an extensive catalogue of horror films that have left a lasting impression on audiences worldwide.</w:t>
      </w:r>
      <w:r/>
    </w:p>
    <w:p>
      <w:r/>
      <w:r>
        <w:t>Ben Field, head of Deep Fusion, the production company behind this project, emphasised the importance of featuring Peter Cushing, a central figure in Hammer's success. Cushing's collaboration with Christopher Lee, another stalwart of the studio, was pivotal in establishing the brand's iconic status. Field mentioned that securing permissions to include representations of key figures puts authenticity at the forefront of the narrative being told.</w:t>
      </w:r>
      <w:r/>
    </w:p>
    <w:p>
      <w:r/>
      <w:r>
        <w:t>Moreover, the documentary promises insights from prominent filmmakers such as Tim Burton, John Carpenter, Joe Dante, and John Logan, who have all been inspired by Hammer's pioneering work in horror. These genre heavyweights will provide their perspectives on the studio's influence and lasting legacy.</w:t>
      </w:r>
      <w:r/>
    </w:p>
    <w:p>
      <w:r/>
      <w:r>
        <w:t>In addition to the documentary, Deep Fusion recently announced an innovative project: an eight-episode podcast series hosted by an AI-generated version of the late broadcaster Michael Parkinson. This series is being developed with approval from Parkinson's family and estate. Producer Jamie Anderson has hinted at significant guests participating in the series, while still leaving some spots open for notable future additions.</w:t>
      </w:r>
      <w:r/>
    </w:p>
    <w:p>
      <w:r/>
      <w:r>
        <w:t>This dual celebration of film and broadcast promises to offer a comprehensive exploration of Hammer Films' impact, while the use of technology to bring back iconic voices showcases a blend of nostalgia with modern innovation. With its scheduled premiere during the Halloween season, Hammer: Heroes, Legends and Monsters aims to captivate viewers by highlighting the mythical aura surrounding the legendary film studio.</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https://deadline.com/2024/08/hammer-horror-sky-documentary-hammer-heroes-legends-monsters-1236031329/</w:t>
        </w:r>
      </w:hyperlink>
      <w:r>
        <w:t xml:space="preserve"> - Corroborates the documentary's celebration of Hammer Films' 90th anniversary and its journey from a small back office to iconic status.</w:t>
      </w:r>
      <w:r/>
    </w:p>
    <w:p>
      <w:pPr>
        <w:pStyle w:val="ListNumber"/>
        <w:spacing w:line="240" w:lineRule="auto"/>
        <w:ind w:left="720"/>
      </w:pPr>
      <w:r/>
      <w:hyperlink r:id="rId11">
        <w:r>
          <w:rPr>
            <w:color w:val="0000EE"/>
            <w:u w:val="single"/>
          </w:rPr>
          <w:t>https://www.horrornewsnetwork.net/new-documentary-to-celebrate-90-years-of-hammer-horror/</w:t>
        </w:r>
      </w:hyperlink>
      <w:r>
        <w:t xml:space="preserve"> - Supports the documentary's focus on Hammer Films' rise to iconic status in the horror film genre.</w:t>
      </w:r>
      <w:r/>
    </w:p>
    <w:p>
      <w:pPr>
        <w:pStyle w:val="ListNumber"/>
        <w:spacing w:line="240" w:lineRule="auto"/>
        <w:ind w:left="720"/>
      </w:pPr>
      <w:r/>
      <w:hyperlink r:id="rId12">
        <w:r>
          <w:rPr>
            <w:color w:val="0000EE"/>
            <w:u w:val="single"/>
          </w:rPr>
          <w:t>https://bleedingcool.com/movies/hammer-films-new-documentary-sky-deep-fusion-90th-anniversary/</w:t>
        </w:r>
      </w:hyperlink>
      <w:r>
        <w:t xml:space="preserve"> - Details the documentary's title, 'Hammer: Heroes, Legends and Monsters,' and its premiere in November, as well as the involvement of Deep Fusion Films and Sky.</w:t>
      </w:r>
      <w:r/>
    </w:p>
    <w:p>
      <w:pPr>
        <w:pStyle w:val="ListNumber"/>
        <w:spacing w:line="240" w:lineRule="auto"/>
        <w:ind w:left="720"/>
      </w:pPr>
      <w:r/>
      <w:hyperlink r:id="rId12">
        <w:r>
          <w:rPr>
            <w:color w:val="0000EE"/>
            <w:u w:val="single"/>
          </w:rPr>
          <w:t>https://bleedingcool.com/movies/hammer-films-new-documentary-sky-deep-fusion-90th-anniversary/</w:t>
        </w:r>
      </w:hyperlink>
      <w:r>
        <w:t xml:space="preserve"> - Confirms the documentary's director, Benjamin Field, and the inclusion of interviews with industry legends like Tim Burton, John Carpenter, and Joe Dante.</w:t>
      </w:r>
      <w:r/>
    </w:p>
    <w:p>
      <w:pPr>
        <w:pStyle w:val="ListNumber"/>
        <w:spacing w:line="240" w:lineRule="auto"/>
        <w:ind w:left="720"/>
      </w:pPr>
      <w:r/>
      <w:hyperlink r:id="rId12">
        <w:r>
          <w:rPr>
            <w:color w:val="0000EE"/>
            <w:u w:val="single"/>
          </w:rPr>
          <w:t>https://bleedingcool.com/movies/hammer-films-new-documentary-sky-deep-fusion-90th-anniversary/</w:t>
        </w:r>
      </w:hyperlink>
      <w:r>
        <w:t xml:space="preserve"> - Highlights the significance of Peter Cushing and Christopher Lee in Hammer Films' success and their expected feature in the documentary.</w:t>
      </w:r>
      <w:r/>
    </w:p>
    <w:p>
      <w:pPr>
        <w:pStyle w:val="ListNumber"/>
        <w:spacing w:line="240" w:lineRule="auto"/>
        <w:ind w:left="720"/>
      </w:pPr>
      <w:r/>
      <w:hyperlink r:id="rId13">
        <w:r>
          <w:rPr>
            <w:color w:val="0000EE"/>
            <w:u w:val="single"/>
          </w:rPr>
          <w:t>https://www.kasterborous.co.uk/more-details-on-hammer-documentary-confirmed/</w:t>
        </w:r>
      </w:hyperlink>
      <w:r>
        <w:t xml:space="preserve"> - Provides additional details on the documentary, including its title and the celebration of Hammer Films' 90th anniversary.</w:t>
      </w:r>
      <w:r/>
    </w:p>
    <w:p>
      <w:pPr>
        <w:pStyle w:val="ListNumber"/>
        <w:spacing w:line="240" w:lineRule="auto"/>
        <w:ind w:left="720"/>
      </w:pPr>
      <w:r/>
      <w:hyperlink r:id="rId14">
        <w:r>
          <w:rPr>
            <w:color w:val="0000EE"/>
            <w:u w:val="single"/>
          </w:rPr>
          <w:t>https://www.imdb.com/news/ni64747414/</w:t>
        </w:r>
      </w:hyperlink>
      <w:r>
        <w:t xml:space="preserve"> - Confirms the partnership between Hammer Films, Sky, and Deep Fusion Films for the documentary and its November premiere.</w:t>
      </w:r>
      <w:r/>
    </w:p>
    <w:p>
      <w:pPr>
        <w:pStyle w:val="ListNumber"/>
        <w:spacing w:line="240" w:lineRule="auto"/>
        <w:ind w:left="720"/>
      </w:pPr>
      <w:r/>
      <w:hyperlink r:id="rId12">
        <w:r>
          <w:rPr>
            <w:color w:val="0000EE"/>
            <w:u w:val="single"/>
          </w:rPr>
          <w:t>https://bleedingcool.com/movies/hammer-films-new-documentary-sky-deep-fusion-90th-anniversary/</w:t>
        </w:r>
      </w:hyperlink>
      <w:r>
        <w:t xml:space="preserve"> - Quotes Hammer Films CEO John Gore on the studio's legacy and future, emphasizing its ongoing influence in the horror genre.</w:t>
      </w:r>
      <w:r/>
    </w:p>
    <w:p>
      <w:pPr>
        <w:pStyle w:val="ListNumber"/>
        <w:spacing w:line="240" w:lineRule="auto"/>
        <w:ind w:left="720"/>
      </w:pPr>
      <w:r/>
      <w:hyperlink r:id="rId12">
        <w:r>
          <w:rPr>
            <w:color w:val="0000EE"/>
            <w:u w:val="single"/>
          </w:rPr>
          <w:t>https://bleedingcool.com/movies/hammer-films-new-documentary-sky-deep-fusion-90th-anniversary/</w:t>
        </w:r>
      </w:hyperlink>
      <w:r>
        <w:t xml:space="preserve"> - Mentions the documentary's aim to pay tribute to the people behind Hammer Films and set the stage for its future.</w:t>
      </w:r>
      <w:r/>
    </w:p>
    <w:p>
      <w:pPr>
        <w:pStyle w:val="ListNumber"/>
        <w:spacing w:line="240" w:lineRule="auto"/>
        <w:ind w:left="720"/>
      </w:pPr>
      <w:r/>
      <w:hyperlink r:id="rId10">
        <w:r>
          <w:rPr>
            <w:color w:val="0000EE"/>
            <w:u w:val="single"/>
          </w:rPr>
          <w:t>https://deadline.com/2024/08/hammer-horror-sky-documentary-hammer-heroes-legends-monsters-1236031329/</w:t>
        </w:r>
      </w:hyperlink>
      <w:r>
        <w:t xml:space="preserve"> - Supports the documentary's comprehensive exploration of Hammer Films' impact on the horror genre.</w:t>
      </w:r>
      <w:r/>
    </w:p>
    <w:p>
      <w:pPr>
        <w:pStyle w:val="ListNumber"/>
        <w:spacing w:line="240" w:lineRule="auto"/>
        <w:ind w:left="720"/>
      </w:pPr>
      <w:r/>
      <w:hyperlink r:id="rId15">
        <w:r>
          <w:rPr>
            <w:color w:val="0000EE"/>
            <w:u w:val="single"/>
          </w:rPr>
          <w:t>https://www.radiotimes.com/tv/documentaries/peter-cushing-ai-deepfake-hammer-documentary-newsupdate/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adline.com/2024/08/hammer-horror-sky-documentary-hammer-heroes-legends-monsters-1236031329/" TargetMode="External"/><Relationship Id="rId11" Type="http://schemas.openxmlformats.org/officeDocument/2006/relationships/hyperlink" Target="https://www.horrornewsnetwork.net/new-documentary-to-celebrate-90-years-of-hammer-horror/" TargetMode="External"/><Relationship Id="rId12" Type="http://schemas.openxmlformats.org/officeDocument/2006/relationships/hyperlink" Target="https://bleedingcool.com/movies/hammer-films-new-documentary-sky-deep-fusion-90th-anniversary/" TargetMode="External"/><Relationship Id="rId13" Type="http://schemas.openxmlformats.org/officeDocument/2006/relationships/hyperlink" Target="https://www.kasterborous.co.uk/more-details-on-hammer-documentary-confirmed/" TargetMode="External"/><Relationship Id="rId14" Type="http://schemas.openxmlformats.org/officeDocument/2006/relationships/hyperlink" Target="https://www.imdb.com/news/ni64747414/" TargetMode="External"/><Relationship Id="rId15" Type="http://schemas.openxmlformats.org/officeDocument/2006/relationships/hyperlink" Target="https://www.radiotimes.com/tv/documentaries/peter-cushing-ai-deepfake-hammer-documentary-newsupd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