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Jeff Gipson teams up with DreamFlare AI for innovative VR shorts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Jeff Gipson, renowned director of Disney Animation’s virtual reality (VR) shorts such as “Myth: A Frozen Tale” and “Cycles,” has embarked on a new venture with the fledgling company DreamFlare AI. This partnership aims to produce a series of innovative shorts for DreamFlare AI's recently launched Generative AI content platform. </w:t>
      </w:r>
      <w:r/>
    </w:p>
    <w:p>
      <w:r/>
      <w:r>
        <w:t>Gipson is celebrated for his expertise in visual effects and immersive storytelling. His portfolio includes the critically acclaimed "Myth: A Frozen Tale," which earned the 2020 AIXR VR Film of the Year award. The story, rooted in the enchanting world of Disney's “Frozen,” exemplifies his ability to expand the narrative boundaries within an animated context. Furthermore, his pioneering work on “Cycles” brought him the 2019 Advanced Imaging Society Lumiere Award for best animated VR film. “Cycles” introduced audiences to Disney Animation’s inaugural VR short, capturing the poignant story of a family's experiences within their home. In addition to these achievements, Gipson's visual effects prowess contributed to Disney's "Zootopia" and "Moana," with his efforts recognised through multiple Visual Effects Society Award nominations.</w:t>
      </w:r>
      <w:r/>
    </w:p>
    <w:p>
      <w:r/>
      <w:r>
        <w:t>Rob Bralver, co-founder and creative director of DreamFlare, praised Gipson’s ability to innovate storytelling forms, particularly highlighting his creative achievements in the “Frozen” universe. Bralver expressed enthusiasm over the collaboration, stating, “With our AI creator collaborations, Jeff will have an unprecedented opportunity to reimagine what kinds of stories audiences can see.”</w:t>
      </w:r>
      <w:r/>
    </w:p>
    <w:p>
      <w:r/>
      <w:r>
        <w:t>Gipson, in a statement, expressed his excitement about the partnership and the potential intersection of AI technology with human creativity. He noted the impressive nature of AI tools but emphasized that it is their integration with human creativity that unlocks real potential. “Thinking differently about storytelling is something that I’ve always been passionate about, and in meeting with the DreamFlare team, I found kindred spirits. I’m excited to explore how AI can help shape what entertainment is now and also what it can be in the future,” said Gipson.</w:t>
      </w:r>
      <w:r/>
    </w:p>
    <w:p>
      <w:r/>
      <w:r>
        <w:t>Gipson’s representation is managed by Fourth Wall Management, an agency that supports creative talent in exploring new and innovative ventures.</w:t>
      </w:r>
      <w:r/>
    </w:p>
    <w:p>
      <w:r/>
      <w:r>
        <w:t>The partnership between Jeff Gipson and DreamFlare AI marks a significant step forward in the evolving field of AI-assisted content creation, promising to explore new possibilities in storytelling and entertainment that leverage cutting-edge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https://variety.com/2024/artisans/news/dreamflare-ai-myth-a-frozen-tale-director-1236194122/</w:t>
        </w:r>
      </w:hyperlink>
      <w:r>
        <w:t xml:space="preserve"> - Corroborates Jeff Gipson's partnership with DreamFlare AI and his work on 'Myth: A Frozen Tale' and 'Cycles'.</w:t>
      </w:r>
      <w:r/>
    </w:p>
    <w:p>
      <w:pPr>
        <w:pStyle w:val="ListNumber"/>
        <w:spacing w:line="240" w:lineRule="auto"/>
        <w:ind w:left="720"/>
      </w:pPr>
      <w:r/>
      <w:hyperlink r:id="rId11">
        <w:r>
          <w:rPr>
            <w:color w:val="0000EE"/>
            <w:u w:val="single"/>
          </w:rPr>
          <w:t>https://innotechtoday.com/disneys-director-of-vr-jeff-gipson/</w:t>
        </w:r>
      </w:hyperlink>
      <w:r>
        <w:t xml:space="preserve"> - Provides details on Jeff Gipson's role as Disney's first VR animated film director and his work on 'Cycles' and 'Myth: A Frozen Tale'.</w:t>
      </w:r>
      <w:r/>
    </w:p>
    <w:p>
      <w:pPr>
        <w:pStyle w:val="ListNumber"/>
        <w:spacing w:line="240" w:lineRule="auto"/>
        <w:ind w:left="720"/>
      </w:pPr>
      <w:r/>
      <w:hyperlink r:id="rId12">
        <w:r>
          <w:rPr>
            <w:color w:val="0000EE"/>
            <w:u w:val="single"/>
          </w:rPr>
          <w:t>https://www.disneyexaminer.com/p/exclusive-get-a-inside-look-at-cycles-disneys-first-ever-animated-short-created-entirely-in-vr-exclu</w:t>
        </w:r>
      </w:hyperlink>
      <w:r>
        <w:t xml:space="preserve"> - Offers an inside look at 'Cycles', Disney's first VR animated short, and Gipson's vision for the project.</w:t>
      </w:r>
      <w:r/>
    </w:p>
    <w:p>
      <w:pPr>
        <w:pStyle w:val="ListNumber"/>
        <w:spacing w:line="240" w:lineRule="auto"/>
        <w:ind w:left="720"/>
      </w:pPr>
      <w:r/>
      <w:hyperlink r:id="rId13">
        <w:r>
          <w:rPr>
            <w:color w:val="0000EE"/>
            <w:u w:val="single"/>
          </w:rPr>
          <w:t>https://www.youtube.com/watch?v=8K27QuKabLQ</w:t>
        </w:r>
      </w:hyperlink>
      <w:r>
        <w:t xml:space="preserve"> - Provides a behind-the-scenes look at 'Cycles', highlighting Gipson's pioneering work in VR storytelling.</w:t>
      </w:r>
      <w:r/>
    </w:p>
    <w:p>
      <w:pPr>
        <w:pStyle w:val="ListNumber"/>
        <w:spacing w:line="240" w:lineRule="auto"/>
        <w:ind w:left="720"/>
      </w:pPr>
      <w:r/>
      <w:hyperlink r:id="rId14">
        <w:r>
          <w:rPr>
            <w:color w:val="0000EE"/>
            <w:u w:val="single"/>
          </w:rPr>
          <w:t>https://www.youtube.com/watch?v=bh648H4S7Y4</w:t>
        </w:r>
      </w:hyperlink>
      <w:r>
        <w:t xml:space="preserve"> - Features an interview with Jeff Gipson about 'Cycles', the first VR short from Disney Animation.</w:t>
      </w:r>
      <w:r/>
    </w:p>
    <w:p>
      <w:pPr>
        <w:pStyle w:val="ListNumber"/>
        <w:spacing w:line="240" w:lineRule="auto"/>
        <w:ind w:left="720"/>
      </w:pPr>
      <w:r/>
      <w:hyperlink r:id="rId10">
        <w:r>
          <w:rPr>
            <w:color w:val="0000EE"/>
            <w:u w:val="single"/>
          </w:rPr>
          <w:t>https://variety.com/2024/artisans/news/dreamflare-ai-myth-a-frozen-tale-director-1236194122/</w:t>
        </w:r>
      </w:hyperlink>
      <w:r>
        <w:t xml:space="preserve"> - Mentions Gipson's award for 'Myth: A Frozen Tale' as the 2020 AIXR VR Film of the Year.</w:t>
      </w:r>
      <w:r/>
    </w:p>
    <w:p>
      <w:pPr>
        <w:pStyle w:val="ListNumber"/>
        <w:spacing w:line="240" w:lineRule="auto"/>
        <w:ind w:left="720"/>
      </w:pPr>
      <w:r/>
      <w:hyperlink r:id="rId11">
        <w:r>
          <w:rPr>
            <w:color w:val="0000EE"/>
            <w:u w:val="single"/>
          </w:rPr>
          <w:t>https://innotechtoday.com/disneys-director-of-vr-jeff-gipson/</w:t>
        </w:r>
      </w:hyperlink>
      <w:r>
        <w:t xml:space="preserve"> - Details Gipson's award for 'Cycles' as the 2019 Advanced Imaging Society Lumiere Award for best animated VR film.</w:t>
      </w:r>
      <w:r/>
    </w:p>
    <w:p>
      <w:pPr>
        <w:pStyle w:val="ListNumber"/>
        <w:spacing w:line="240" w:lineRule="auto"/>
        <w:ind w:left="720"/>
      </w:pPr>
      <w:r/>
      <w:hyperlink r:id="rId11">
        <w:r>
          <w:rPr>
            <w:color w:val="0000EE"/>
            <w:u w:val="single"/>
          </w:rPr>
          <w:t>https://innotechtoday.com/disneys-director-of-vr-jeff-gipson/</w:t>
        </w:r>
      </w:hyperlink>
      <w:r>
        <w:t xml:space="preserve"> - Highlights Gipson's contributions to Disney's 'Zootopia' and 'Moana', including Visual Effects Society Award nominations.</w:t>
      </w:r>
      <w:r/>
    </w:p>
    <w:p>
      <w:pPr>
        <w:pStyle w:val="ListNumber"/>
        <w:spacing w:line="240" w:lineRule="auto"/>
        <w:ind w:left="720"/>
      </w:pPr>
      <w:r/>
      <w:hyperlink r:id="rId10">
        <w:r>
          <w:rPr>
            <w:color w:val="0000EE"/>
            <w:u w:val="single"/>
          </w:rPr>
          <w:t>https://variety.com/2024/artisans/news/dreamflare-ai-myth-a-frozen-tale-director-1236194122/</w:t>
        </w:r>
      </w:hyperlink>
      <w:r>
        <w:t xml:space="preserve"> - Quotes Rob Bralver on Gipson’s innovative storytelling and the collaboration with DreamFlare AI.</w:t>
      </w:r>
      <w:r/>
    </w:p>
    <w:p>
      <w:pPr>
        <w:pStyle w:val="ListNumber"/>
        <w:spacing w:line="240" w:lineRule="auto"/>
        <w:ind w:left="720"/>
      </w:pPr>
      <w:r/>
      <w:hyperlink r:id="rId10">
        <w:r>
          <w:rPr>
            <w:color w:val="0000EE"/>
            <w:u w:val="single"/>
          </w:rPr>
          <w:t>https://variety.com/2024/artisans/news/dreamflare-ai-myth-a-frozen-tale-director-1236194122/</w:t>
        </w:r>
      </w:hyperlink>
      <w:r>
        <w:t xml:space="preserve"> - Includes Gipson’s statement on the potential of AI in storytelling and his excitement about the partnership.</w:t>
      </w:r>
      <w:r/>
    </w:p>
    <w:p>
      <w:pPr>
        <w:pStyle w:val="ListNumber"/>
        <w:spacing w:line="240" w:lineRule="auto"/>
        <w:ind w:left="720"/>
      </w:pPr>
      <w:r/>
      <w:hyperlink r:id="rId10">
        <w:r>
          <w:rPr>
            <w:color w:val="0000EE"/>
            <w:u w:val="single"/>
          </w:rPr>
          <w:t>https://variety.com/2024/artisans/news/dreamflare-ai-myth-a-frozen-tale-director-1236194122/</w:t>
        </w:r>
      </w:hyperlink>
      <w:r>
        <w:t xml:space="preserve"> - Mentions that Gipson’s representation is managed by Fourth Wall Management.</w:t>
      </w:r>
      <w:r/>
    </w:p>
    <w:p>
      <w:pPr>
        <w:pStyle w:val="ListNumber"/>
        <w:spacing w:line="240" w:lineRule="auto"/>
        <w:ind w:left="720"/>
      </w:pPr>
      <w:r/>
      <w:hyperlink r:id="rId10">
        <w:r>
          <w:rPr>
            <w:color w:val="0000EE"/>
            <w:u w:val="single"/>
          </w:rPr>
          <w:t>https://variety.com/2024/artisans/news/dreamflare-ai-myth-a-frozen-tale-director-1236194122/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ariety.com/2024/artisans/news/dreamflare-ai-myth-a-frozen-tale-director-1236194122/" TargetMode="External"/><Relationship Id="rId11" Type="http://schemas.openxmlformats.org/officeDocument/2006/relationships/hyperlink" Target="https://innotechtoday.com/disneys-director-of-vr-jeff-gipson/" TargetMode="External"/><Relationship Id="rId12" Type="http://schemas.openxmlformats.org/officeDocument/2006/relationships/hyperlink" Target="https://www.disneyexaminer.com/p/exclusive-get-a-inside-look-at-cycles-disneys-first-ever-animated-short-created-entirely-in-vr-exclu" TargetMode="External"/><Relationship Id="rId13" Type="http://schemas.openxmlformats.org/officeDocument/2006/relationships/hyperlink" Target="https://www.youtube.com/watch?v=8K27QuKabLQ" TargetMode="External"/><Relationship Id="rId14" Type="http://schemas.openxmlformats.org/officeDocument/2006/relationships/hyperlink" Target="https://www.youtube.com/watch?v=bh648H4S7Y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