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Joe Exotic launches AI clone to connect with fans from prison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that blurs the lines between reality and the virtual world, Joe Exotic, the flamboyant star of the Netflix series "Tiger King", has announced the launch of an Artificial Intelligence (AI) clone designed to engage his global fan base. Currently serving a 22-year prison sentence, Exotic—whose real name is Joseph Maldonado-Passage—has devised this novel approach due to restrictions on physical visits at his incarceration facility.</w:t>
      </w:r>
      <w:r/>
    </w:p>
    <w:p>
      <w:r/>
      <w:r>
        <w:t>Despite being behind bars, Exotic continues to captivate audiences worldwide, receiving numerous letters from fans expressing desires for a more personal connection. Recognising the limitations set by his current circumstances, he pioneered this digital solution to remain in touch with his admirers.</w:t>
      </w:r>
      <w:r/>
    </w:p>
    <w:p>
      <w:r/>
      <w:r>
        <w:t>The AI clone is described on Exotic's official website as a uniquely innovative way for fans to interact with him. According to the website, "The Tiger King came up with a creative way to satisfy his fans and those who yearn more for him." This technology offers a 24/7 interaction platform, where users can engage with a virtual representation of Exotic in various capacities.</w:t>
      </w:r>
      <w:r/>
    </w:p>
    <w:p>
      <w:r/>
      <w:r>
        <w:t>The site further elaborates that this digital version of Exotic includes "full nudes for everyone’s wildest adult fantasies and happy endings." This feature suggests that the AI clone caters to the more intimate and personal fantasies that Exotic's fans may harbour. By offering this adult-themed content, Exotic aims to maintain his signature blend of sensationalism and unconventionality, traits that have come to define his public persona.</w:t>
      </w:r>
      <w:r/>
    </w:p>
    <w:p>
      <w:r/>
      <w:r>
        <w:t xml:space="preserve">This initiative represents a significant venture into the realm of virtual interaction, highlighting how public figures might utilise technology to sustain and even grow their popularity, despite physical constraints. While Exotic's choice to offer explicit content via AI may spark discussions about the ethical considerations of such technology, it undeniably underscores the evolving nature of celebrity and fandom in the digital age. </w:t>
      </w:r>
      <w:r/>
    </w:p>
    <w:p>
      <w:r/>
      <w:r>
        <w:t>Joe Exotic first gained international fame through his dramatic life as a private zookeeper and his tumultuous rivalries, which were chronicled in the hit documentary series "Tiger King." His life took a dramatic turn when he was convicted of charges including animal abuse and a failed murder-for-hire scheme, leading to his sentence. Despite these setbacks, Exotic's blend of charisma and notoriety continues to captivate audiences, a fact evident in his decision to engage with fans through this AI clone.</w:t>
      </w:r>
      <w:r/>
    </w:p>
    <w:p>
      <w:r/>
      <w:r>
        <w:t>As Exotic's venture treads new ground in the interaction between celebrities and their fans, it remains to be seen how this will influence both his legacy and the ways in which digital experiences are crafted for public consumption.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https://joeexoticofficial.com/pages/tigerkingjoeexoticme4u?srsltid=AfmBOoqn--x7M5Jpn7m4AAVoqDkoSOtLGvtkTOgya5vwytGh-XueabM-</w:t>
        </w:r>
      </w:hyperlink>
      <w:r>
        <w:t xml:space="preserve"> - Announcement of Joe Exotic's AI clone for personalized conversations.</w:t>
      </w:r>
      <w:r/>
    </w:p>
    <w:p>
      <w:pPr>
        <w:pStyle w:val="ListNumber"/>
        <w:spacing w:line="240" w:lineRule="auto"/>
        <w:ind w:left="720"/>
      </w:pPr>
      <w:r/>
      <w:hyperlink r:id="rId11">
        <w:r>
          <w:rPr>
            <w:color w:val="0000EE"/>
            <w:u w:val="single"/>
          </w:rPr>
          <w:t>https://joeexoticofficial.com/?srsltid=AfmBOoru7CHVCONqs4NVMRE2oQTYGcuxdyuffxNNShM14Bgcqnqb4j5F</w:t>
        </w:r>
      </w:hyperlink>
      <w:r>
        <w:t xml:space="preserve"> - Details on Joe Exotic's AI clone available for 24/7 interactions.</w:t>
      </w:r>
      <w:r/>
    </w:p>
    <w:p>
      <w:pPr>
        <w:pStyle w:val="ListNumber"/>
        <w:spacing w:line="240" w:lineRule="auto"/>
        <w:ind w:left="720"/>
      </w:pPr>
      <w:r/>
      <w:hyperlink r:id="rId12">
        <w:r>
          <w:rPr>
            <w:color w:val="0000EE"/>
            <w:u w:val="single"/>
          </w:rPr>
          <w:t>https://www.latimes.com/entertainment-arts/tv/story/2023-03-10/joe-exotic-tiger-king-ruined-my-life</w:t>
        </w:r>
      </w:hyperlink>
      <w:r>
        <w:t xml:space="preserve"> - Background on Joe Exotic's life, his conviction, and the impact of 'Tiger King' on his life.</w:t>
      </w:r>
      <w:r/>
    </w:p>
    <w:p>
      <w:pPr>
        <w:pStyle w:val="ListNumber"/>
        <w:spacing w:line="240" w:lineRule="auto"/>
        <w:ind w:left="720"/>
      </w:pPr>
      <w:r/>
      <w:hyperlink r:id="rId12">
        <w:r>
          <w:rPr>
            <w:color w:val="0000EE"/>
            <w:u w:val="single"/>
          </w:rPr>
          <w:t>https://www.latimes.com/entertainment-arts/tv/story/2023-03-10/joe-exotic-tiger-king-ruined-my-life</w:t>
        </w:r>
      </w:hyperlink>
      <w:r>
        <w:t xml:space="preserve"> - Information on Joe Exotic's conviction and prison sentence.</w:t>
      </w:r>
      <w:r/>
    </w:p>
    <w:p>
      <w:pPr>
        <w:pStyle w:val="ListNumber"/>
        <w:spacing w:line="240" w:lineRule="auto"/>
        <w:ind w:left="720"/>
      </w:pPr>
      <w:r/>
      <w:hyperlink r:id="rId13">
        <w:r>
          <w:rPr>
            <w:color w:val="0000EE"/>
            <w:u w:val="single"/>
          </w:rPr>
          <w:t>https://www.youtube.com/watch?v=6LmElOYJG2I</w:t>
        </w:r>
      </w:hyperlink>
      <w:r>
        <w:t xml:space="preserve"> - Context on the documentary series 'Tiger King' and Joe Exotic's involvement.</w:t>
      </w:r>
      <w:r/>
    </w:p>
    <w:p>
      <w:pPr>
        <w:pStyle w:val="ListNumber"/>
        <w:spacing w:line="240" w:lineRule="auto"/>
        <w:ind w:left="720"/>
      </w:pPr>
      <w:r/>
      <w:hyperlink r:id="rId14">
        <w:r>
          <w:rPr>
            <w:color w:val="0000EE"/>
            <w:u w:val="single"/>
          </w:rPr>
          <w:t>https://radaronline.com/p/tiger-king-joe-exotic-releases-artificial-intelligence-porn-clone-pleasure-fans-behind-bars/</w:t>
        </w:r>
      </w:hyperlink>
      <w:r>
        <w:t xml:space="preserve"> - Details on Joe Exotic's AI clone, including adult-themed content.</w:t>
      </w:r>
      <w:r/>
    </w:p>
    <w:p>
      <w:pPr>
        <w:pStyle w:val="ListNumber"/>
        <w:spacing w:line="240" w:lineRule="auto"/>
        <w:ind w:left="720"/>
      </w:pPr>
      <w:r/>
      <w:hyperlink r:id="rId14">
        <w:r>
          <w:rPr>
            <w:color w:val="0000EE"/>
            <w:u w:val="single"/>
          </w:rPr>
          <w:t>https://radaronline.com/p/tiger-king-joe-exotic-releases-artificial-intelligence-porn-clone-pleasure-fans-behind-bars/</w:t>
        </w:r>
      </w:hyperlink>
      <w:r>
        <w:t xml:space="preserve"> - Information on the AI clone's purpose and the type of interactions it offers.</w:t>
      </w:r>
      <w:r/>
    </w:p>
    <w:p>
      <w:pPr>
        <w:pStyle w:val="ListNumber"/>
        <w:spacing w:line="240" w:lineRule="auto"/>
        <w:ind w:left="720"/>
      </w:pPr>
      <w:r/>
      <w:hyperlink r:id="rId10">
        <w:r>
          <w:rPr>
            <w:color w:val="0000EE"/>
            <w:u w:val="single"/>
          </w:rPr>
          <w:t>https://joeexoticofficial.com/pages/tigerkingjoeexoticme4u?srsltid=AfmBOoqn--x7M5Jpn7m4AAVoqDkoSOtLGvtkTOgya5vwytGh-XueabM-</w:t>
        </w:r>
      </w:hyperlink>
      <w:r>
        <w:t xml:space="preserve"> - How the AI clone allows for 24/7 interaction with Joe Exotic.</w:t>
      </w:r>
      <w:r/>
    </w:p>
    <w:p>
      <w:pPr>
        <w:pStyle w:val="ListNumber"/>
        <w:spacing w:line="240" w:lineRule="auto"/>
        <w:ind w:left="720"/>
      </w:pPr>
      <w:r/>
      <w:hyperlink r:id="rId12">
        <w:r>
          <w:rPr>
            <w:color w:val="0000EE"/>
            <w:u w:val="single"/>
          </w:rPr>
          <w:t>https://www.latimes.com/entertainment-arts/tv/story/2023-03-10/joe-exotic-tiger-king-ruined-my-life</w:t>
        </w:r>
      </w:hyperlink>
      <w:r>
        <w:t xml:space="preserve"> - Joe Exotic's rise to fame through 'Tiger King' and his subsequent legal issues.</w:t>
      </w:r>
      <w:r/>
    </w:p>
    <w:p>
      <w:pPr>
        <w:pStyle w:val="ListNumber"/>
        <w:spacing w:line="240" w:lineRule="auto"/>
        <w:ind w:left="720"/>
      </w:pPr>
      <w:r/>
      <w:hyperlink r:id="rId11">
        <w:r>
          <w:rPr>
            <w:color w:val="0000EE"/>
            <w:u w:val="single"/>
          </w:rPr>
          <w:t>https://joeexoticofficial.com/?srsltid=AfmBOoru7CHVCONqs4NVMRE2oQTYGcuxdyuffxNNShM14Bgcqnqb4j5F</w:t>
        </w:r>
      </w:hyperlink>
      <w:r>
        <w:t xml:space="preserve"> - The innovative approach by Joe Exotic to stay connected with fans despite physical constraints.</w:t>
      </w:r>
      <w:r/>
    </w:p>
    <w:p>
      <w:pPr>
        <w:pStyle w:val="ListNumber"/>
        <w:spacing w:line="240" w:lineRule="auto"/>
        <w:ind w:left="720"/>
      </w:pPr>
      <w:r/>
      <w:hyperlink r:id="rId14">
        <w:r>
          <w:rPr>
            <w:color w:val="0000EE"/>
            <w:u w:val="single"/>
          </w:rPr>
          <w:t>https://radaronline.com/p/tiger-king-joe-exotic-releases-artificial-intelligence-porn-clone-pleasure-fans-behind-bars/</w:t>
        </w:r>
      </w:hyperlink>
      <w:r>
        <w:t xml:space="preserve"> - The ethical and technological implications of Joe Exotic's AI clone.</w:t>
      </w:r>
      <w:r/>
    </w:p>
    <w:p>
      <w:pPr>
        <w:pStyle w:val="ListNumber"/>
        <w:spacing w:line="240" w:lineRule="auto"/>
        <w:ind w:left="720"/>
      </w:pPr>
      <w:r/>
      <w:hyperlink r:id="rId14">
        <w:r>
          <w:rPr>
            <w:color w:val="0000EE"/>
            <w:u w:val="single"/>
          </w:rPr>
          <w:t>https://radaronline.com/p/tiger-king-joe-exotic-releases-artificial-intelligence-porn-clone-pleasure-fans-behind-bars/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oeexoticofficial.com/pages/tigerkingjoeexoticme4u?srsltid=AfmBOoqn--x7M5Jpn7m4AAVoqDkoSOtLGvtkTOgya5vwytGh-XueabM-" TargetMode="External"/><Relationship Id="rId11" Type="http://schemas.openxmlformats.org/officeDocument/2006/relationships/hyperlink" Target="https://joeexoticofficial.com/?srsltid=AfmBOoru7CHVCONqs4NVMRE2oQTYGcuxdyuffxNNShM14Bgcqnqb4j5F" TargetMode="External"/><Relationship Id="rId12" Type="http://schemas.openxmlformats.org/officeDocument/2006/relationships/hyperlink" Target="https://www.latimes.com/entertainment-arts/tv/story/2023-03-10/joe-exotic-tiger-king-ruined-my-life" TargetMode="External"/><Relationship Id="rId13" Type="http://schemas.openxmlformats.org/officeDocument/2006/relationships/hyperlink" Target="https://www.youtube.com/watch?v=6LmElOYJG2I" TargetMode="External"/><Relationship Id="rId14" Type="http://schemas.openxmlformats.org/officeDocument/2006/relationships/hyperlink" Target="https://radaronline.com/p/tiger-king-joe-exotic-releases-artificial-intelligence-porn-clone-pleasure-fans-behind-b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