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LinkedIn launches AI-driven Hiring Assistant to streamline recruitment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LinkedIn has announced the launch of a new tool designed to streamline the recruitment process for employers through the power of artificial intelligence (AI). Unveiled on Tuesday, the Hiring Assistant is the latest innovation from LinkedIn aimed at revolutionising how recruiters manage the overwhelming influx of job applications they receive.</w:t>
      </w:r>
      <w:r/>
    </w:p>
    <w:p>
      <w:r/>
      <w:r>
        <w:t>The introduction of this AI-driven tool marks LinkedIn's first foray into the world of AI agents specifically tailored for recruitment. This development is particularly significant as it presents a practical solution for recruiters, automating and refining tasks that are typically time-consuming. Available immediately, the Hiring Assistant is set to transform the way recruiters handle various elements of the recruitment process, including the creation and modification of job descriptions and the search for candidates who are best suited for vacant roles.</w:t>
      </w:r>
      <w:r/>
    </w:p>
    <w:p>
      <w:r/>
      <w:r>
        <w:t>Central to the Hiring Assistant's functionality is its ability to take job descriptions and intake notes and transform them into specific role qualifications. The AI tool then recommends suitable candidates, even identifying those who have applied for roles in the past. This iterative process is enhanced by the recruiter’s feedback, which helps the AI system hone its recommendations in future scenarios.</w:t>
      </w:r>
      <w:r/>
    </w:p>
    <w:p>
      <w:r/>
      <w:r>
        <w:t>Moreover, the Hiring Assistant seeks to diversify the pool of candidates by leaning on LinkedIn's insights. It focuses on showcasing individuals with transferrable skills rather than solely those with traditional credentials like educational background. This approach widens the net for talent and aligns with a broader movement towards skills-based hiring practices.</w:t>
      </w:r>
      <w:r/>
    </w:p>
    <w:p>
      <w:r/>
      <w:r>
        <w:t>In terms of upcoming advancements, LinkedIn has revealed plans for the tool to soon assist with scheduling and messaging capabilities. Over the next year, recruiters can expect the AI to handle automated follow-ups with candidates and manage interview coordination. These enhancements aim to alleviate administrative burdens, allowing recruiters to concentrate on building meaningful connections with potential hires.</w:t>
      </w:r>
      <w:r/>
    </w:p>
    <w:p>
      <w:r/>
      <w:r>
        <w:t>The implementation of AI in recruitment by LinkedIn has already shown promising results. The platform's previous AI-assisted messaging system reportedly led to a 44% higher acceptance rate of messages sent by recruiters, highlighting the potential impact of AI in enhancing recruitment effectiveness.</w:t>
      </w:r>
      <w:r/>
    </w:p>
    <w:p>
      <w:r/>
      <w:r>
        <w:t>Additionally, LinkedIn is advancing its AI-powered coaching feature. This allows professionals to have interactive coaching sessions with a chatbot, offering real-time advice and tailored content through text or voice. This update enhances user interaction, providing a more engaging experience for personalised career development.</w:t>
      </w:r>
      <w:r/>
    </w:p>
    <w:p>
      <w:r/>
      <w:r>
        <w:t>Overall, LinkedIn's Hiring Assistant represents a significant step towards integrating AI in day-to-day recruitment tasks, reflecting a growing trend in leveraging artificial intelligence to optimise professional processes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https://techcrunch.com/2024/10/29/linkedin-launches-its-first-ai-agent-to-take-on-the-role-of-job-recruiters/</w:t>
        </w:r>
      </w:hyperlink>
      <w:r>
        <w:t xml:space="preserve"> - Corroborates the launch of LinkedIn's Hiring Assistant as its first AI agent for recruitment and details its functionality in automating recruitment tasks.</w:t>
      </w:r>
      <w:r/>
    </w:p>
    <w:p>
      <w:pPr>
        <w:pStyle w:val="ListNumber"/>
        <w:spacing w:line="240" w:lineRule="auto"/>
        <w:ind w:left="720"/>
      </w:pPr>
      <w:r/>
      <w:hyperlink r:id="rId10">
        <w:r>
          <w:rPr>
            <w:color w:val="0000EE"/>
            <w:u w:val="single"/>
          </w:rPr>
          <w:t>https://techcrunch.com/2024/10/29/linkedin-launches-its-first-ai-agent-to-take-on-the-role-of-job-recruiters/</w:t>
        </w:r>
      </w:hyperlink>
      <w:r>
        <w:t xml:space="preserve"> - Explains how the Hiring Assistant transforms job descriptions and intake notes into specific role qualifications and recommends suitable candidates.</w:t>
      </w:r>
      <w:r/>
    </w:p>
    <w:p>
      <w:pPr>
        <w:pStyle w:val="ListNumber"/>
        <w:spacing w:line="240" w:lineRule="auto"/>
        <w:ind w:left="720"/>
      </w:pPr>
      <w:r/>
      <w:hyperlink r:id="rId11">
        <w:r>
          <w:rPr>
            <w:color w:val="0000EE"/>
            <w:u w:val="single"/>
          </w:rPr>
          <w:t>https://joshbersin.com/2024/10/linkedin-enters-ai-agent-race-with-linkedin-hiring-assistant/</w:t>
        </w:r>
      </w:hyperlink>
      <w:r>
        <w:t xml:space="preserve"> - Details the Hiring Assistant's ability to focus on transferrable skills rather than traditional credentials, aligning with skills-based hiring practices.</w:t>
      </w:r>
      <w:r/>
    </w:p>
    <w:p>
      <w:pPr>
        <w:pStyle w:val="ListNumber"/>
        <w:spacing w:line="240" w:lineRule="auto"/>
        <w:ind w:left="720"/>
      </w:pPr>
      <w:r/>
      <w:hyperlink r:id="rId10">
        <w:r>
          <w:rPr>
            <w:color w:val="0000EE"/>
            <w:u w:val="single"/>
          </w:rPr>
          <w:t>https://techcrunch.com/2024/10/29/linkedin-launches-its-first-ai-agent-to-take-on-the-role-of-job-recruiters/</w:t>
        </w:r>
      </w:hyperlink>
      <w:r>
        <w:t xml:space="preserve"> - Discusses upcoming advancements, including scheduling and messaging capabilities, and automated follow-ups with candidates.</w:t>
      </w:r>
      <w:r/>
    </w:p>
    <w:p>
      <w:pPr>
        <w:pStyle w:val="ListNumber"/>
        <w:spacing w:line="240" w:lineRule="auto"/>
        <w:ind w:left="720"/>
      </w:pPr>
      <w:r/>
      <w:hyperlink r:id="rId11">
        <w:r>
          <w:rPr>
            <w:color w:val="0000EE"/>
            <w:u w:val="single"/>
          </w:rPr>
          <w:t>https://joshbersin.com/2024/10/linkedin-enters-ai-agent-race-with-linkedin-hiring-assistant/</w:t>
        </w:r>
      </w:hyperlink>
      <w:r>
        <w:t xml:space="preserve"> - Highlights the promising results of LinkedIn's AI-assisted messaging system, including a 44% higher acceptance rate of messages sent by recruiters.</w:t>
      </w:r>
      <w:r/>
    </w:p>
    <w:p>
      <w:pPr>
        <w:pStyle w:val="ListNumber"/>
        <w:spacing w:line="240" w:lineRule="auto"/>
        <w:ind w:left="720"/>
      </w:pPr>
      <w:r/>
      <w:hyperlink r:id="rId10">
        <w:r>
          <w:rPr>
            <w:color w:val="0000EE"/>
            <w:u w:val="single"/>
          </w:rPr>
          <w:t>https://techcrunch.com/2024/10/29/linkedin-launches-its-first-ai-agent-to-take-on-the-role-of-job-recruiters/</w:t>
        </w:r>
      </w:hyperlink>
      <w:r>
        <w:t xml:space="preserve"> - Mentions LinkedIn's use of AI in other areas, such as learning coaches and marketing campaign assistants, and its partnership with OpenAI.</w:t>
      </w:r>
      <w:r/>
    </w:p>
    <w:p>
      <w:pPr>
        <w:pStyle w:val="ListNumber"/>
        <w:spacing w:line="240" w:lineRule="auto"/>
        <w:ind w:left="720"/>
      </w:pPr>
      <w:r/>
      <w:hyperlink r:id="rId12">
        <w:r>
          <w:rPr>
            <w:color w:val="0000EE"/>
            <w:u w:val="single"/>
          </w:rPr>
          <w:t>https://business.linkedin.com/talent-solutions/ai-assisted-search-and-projects</w:t>
        </w:r>
      </w:hyperlink>
      <w:r>
        <w:t xml:space="preserve"> - Provides context on how AI-powered tools can optimize jobs and improve talent discovery, aligning with the Hiring Assistant's goals.</w:t>
      </w:r>
      <w:r/>
    </w:p>
    <w:p>
      <w:pPr>
        <w:pStyle w:val="ListNumber"/>
        <w:spacing w:line="240" w:lineRule="auto"/>
        <w:ind w:left="720"/>
      </w:pPr>
      <w:r/>
      <w:hyperlink r:id="rId11">
        <w:r>
          <w:rPr>
            <w:color w:val="0000EE"/>
            <w:u w:val="single"/>
          </w:rPr>
          <w:t>https://joshbersin.com/2024/10/linkedin-enters-ai-agent-race-with-linkedin-hiring-assistant/</w:t>
        </w:r>
      </w:hyperlink>
      <w:r>
        <w:t xml:space="preserve"> - Describes the 'Experiential Memory' and 'Project Memory' features of the Hiring Assistant, which enhance its ability to learn and adapt to recruiters' needs.</w:t>
      </w:r>
      <w:r/>
    </w:p>
    <w:p>
      <w:pPr>
        <w:pStyle w:val="ListNumber"/>
        <w:spacing w:line="240" w:lineRule="auto"/>
        <w:ind w:left="720"/>
      </w:pPr>
      <w:r/>
      <w:hyperlink r:id="rId13">
        <w:r>
          <w:rPr>
            <w:color w:val="0000EE"/>
            <w:u w:val="single"/>
          </w:rPr>
          <w:t>https://business.linkedin.com/talent-solutions/hiring-assistant</w:t>
        </w:r>
      </w:hyperlink>
      <w:r>
        <w:t xml:space="preserve"> - Introduces the Hiring Assistant as the first AI agent for Recruiter &amp; Jobs, highlighting its role in taking on time-consuming tasks.</w:t>
      </w:r>
      <w:r/>
    </w:p>
    <w:p>
      <w:pPr>
        <w:pStyle w:val="ListNumber"/>
        <w:spacing w:line="240" w:lineRule="auto"/>
        <w:ind w:left="720"/>
      </w:pPr>
      <w:r/>
      <w:hyperlink r:id="rId14">
        <w:r>
          <w:rPr>
            <w:color w:val="0000EE"/>
            <w:u w:val="single"/>
          </w:rPr>
          <w:t>https://www.reworked.co/employee-experience/linkedin-joins-the-ai-agent-trend-with-launch-of-hiring-assistant/</w:t>
        </w:r>
      </w:hyperlink>
      <w:r>
        <w:t xml:space="preserve"> - Corroborates the launch of the Hiring Assistant and its significance in the context of LinkedIn's previous AI tools, such as Recruiter 2024.</w:t>
      </w:r>
      <w:r/>
    </w:p>
    <w:p>
      <w:pPr>
        <w:pStyle w:val="ListNumber"/>
        <w:spacing w:line="240" w:lineRule="auto"/>
        <w:ind w:left="720"/>
      </w:pPr>
      <w:r/>
      <w:hyperlink r:id="rId11">
        <w:r>
          <w:rPr>
            <w:color w:val="0000EE"/>
            <w:u w:val="single"/>
          </w:rPr>
          <w:t>https://joshbersin.com/2024/10/linkedin-enters-ai-agent-race-with-linkedin-hiring-assistant/</w:t>
        </w:r>
      </w:hyperlink>
      <w:r>
        <w:t xml:space="preserve"> - Discusses the broader impact of AI in recruitment, including the use of AI by job candidates to enhance their resumes and interview performance.</w:t>
      </w:r>
      <w:r/>
    </w:p>
    <w:p>
      <w:pPr>
        <w:pStyle w:val="ListNumber"/>
        <w:spacing w:line="240" w:lineRule="auto"/>
        <w:ind w:left="720"/>
      </w:pPr>
      <w:r/>
      <w:hyperlink r:id="rId15">
        <w:r>
          <w:rPr>
            <w:color w:val="0000EE"/>
            <w:u w:val="single"/>
          </w:rPr>
          <w:t>https://www.zdnet.com/article/linkedins-new-ai-tool-aims-to-help-recruiters-focus-on-connecting-with-applicants/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9/linkedin-launches-its-first-ai-agent-to-take-on-the-role-of-job-recruiters/" TargetMode="External"/><Relationship Id="rId11" Type="http://schemas.openxmlformats.org/officeDocument/2006/relationships/hyperlink" Target="https://joshbersin.com/2024/10/linkedin-enters-ai-agent-race-with-linkedin-hiring-assistant/" TargetMode="External"/><Relationship Id="rId12" Type="http://schemas.openxmlformats.org/officeDocument/2006/relationships/hyperlink" Target="https://business.linkedin.com/talent-solutions/ai-assisted-search-and-projects" TargetMode="External"/><Relationship Id="rId13" Type="http://schemas.openxmlformats.org/officeDocument/2006/relationships/hyperlink" Target="https://business.linkedin.com/talent-solutions/hiring-assistant" TargetMode="External"/><Relationship Id="rId14" Type="http://schemas.openxmlformats.org/officeDocument/2006/relationships/hyperlink" Target="https://www.reworked.co/employee-experience/linkedin-joins-the-ai-agent-trend-with-launch-of-hiring-assistant/" TargetMode="External"/><Relationship Id="rId15" Type="http://schemas.openxmlformats.org/officeDocument/2006/relationships/hyperlink" Target="https://www.zdnet.com/article/linkedins-new-ai-tool-aims-to-help-recruiters-focus-on-connecting-with-applic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