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Linus Torvalds critiques current AI hype as overwhelmingly driven by marketing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Linus Torvalds Critiques Current AI Hype as Overwhelmingly Driven by Marketing</w:t>
      </w:r>
      <w:r/>
    </w:p>
    <w:p>
      <w:r/>
      <w:r>
        <w:t>Vienna, Austria - Linus Torvalds, the celebrated creator of the Linux operating system, has made critical comments about the current state of artificial intelligence (AI). Speaking at the Open Source Summit in Vienna, Torvalds expressed his scepticism about the prevalent AI hype, describing it as heavily inflated by marketing tactics.</w:t>
      </w:r>
      <w:r/>
    </w:p>
    <w:p>
      <w:r/>
      <w:r>
        <w:t>During an interview with TFiR, Torvalds acknowledged that AI is a compelling and transformative technology, forecasting that it will eventually "change the world." However, he remained doubtful that the existing excitement and enthusiasm reflect its current utility. He underscored this by suggesting that the AI industry presently consists of “90% marketing and 10% reality.”</w:t>
      </w:r>
      <w:r/>
    </w:p>
    <w:p>
      <w:r/>
      <w:r>
        <w:t>"The whole tech industry around AI is in a very bad position right now," Torvalds remarked, illustrating a sentiment of frustration over what he perceives as exaggerated promises that AI cannot yet fulfil.</w:t>
      </w:r>
      <w:r/>
    </w:p>
    <w:p>
      <w:r/>
      <w:r>
        <w:t>Despite this critical stance, Torvalds did not dismiss AI entirely. He conceded that certain applications, such as ChatGPT, have demonstrated practical value in particular contexts. Nevertheless, he stressed that substantial developments are necessary before AI becomes a crucial component in everyday technology. He estimated a minimum of five years before AI might reach the level of maturity needed to support broad, meaningful applications.</w:t>
      </w:r>
      <w:r/>
    </w:p>
    <w:p>
      <w:r/>
      <w:r>
        <w:t>This perspective aligns with a growing view among tech professionals globally, who cite various challenges in deploying effective AI solutions. Common issues include inadequate infrastructure and a lack of readiness among companies and their leadership to integrate AI technologies fully.</w:t>
      </w:r>
      <w:r/>
    </w:p>
    <w:p>
      <w:r/>
      <w:r>
        <w:t>Torvalds' practical approach echoes recent predictions from other industry leaders, such as Baidu’s CEO, who suggested that the AI market might experience a downturn, potentially leaving only a small number of companies able to benefit from the residual interest.</w:t>
      </w:r>
      <w:r/>
    </w:p>
    <w:p>
      <w:r/>
      <w:r>
        <w:t>As a committed developer, Torvalds advised tech workers to remain wary of transient industry trends driven by hype, while encouraging them to concentrate on tangible innovations that provide genuine benefits.</w:t>
      </w:r>
      <w:r/>
    </w:p>
    <w:p>
      <w:r/>
      <w:r>
        <w:t>Continuing his focus on foundational technology, Torvalds stated, “I’ve always been interested in the area between hardware and software,” reaffirming his dedication to systems development, an area where he has significantly contributed through his development of Linux.</w:t>
      </w:r>
      <w:r/>
    </w:p>
    <w:p>
      <w:r/>
      <w:r>
        <w:t>In summary, Torvalds offers a grounded perspective amidst the burgeoning AI hype, advocating patience and precision as the industry continues to evolve.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https://linux.slashdot.org/story/24/10/29/1512253/linus-torvalds-dismisses-ai-industry-as-90-marketing</w:t>
        </w:r>
      </w:hyperlink>
      <w:r>
        <w:t xml:space="preserve"> - Corroborates Linus Torvalds' criticism of the AI industry as '90% marketing and 10% reality' and his acknowledgement of AI's transformative potential despite the hype.</w:t>
      </w:r>
      <w:r/>
    </w:p>
    <w:p>
      <w:pPr>
        <w:pStyle w:val="ListNumber"/>
        <w:spacing w:line="240" w:lineRule="auto"/>
        <w:ind w:left="720"/>
      </w:pPr>
      <w:r/>
      <w:hyperlink r:id="rId11">
        <w:r>
          <w:rPr>
            <w:color w:val="0000EE"/>
            <w:u w:val="single"/>
          </w:rPr>
          <w:t>https://www.reddit.com/r/theprimeagen/comments/1ge5hwh/linus_torvalds_reckons_ai_is_90_marketing_and_10/</w:t>
        </w:r>
      </w:hyperlink>
      <w:r>
        <w:t xml:space="preserve"> - Supports Torvalds' comments on the AI industry being mostly marketing and his skepticism about the current state of AI technology.</w:t>
      </w:r>
      <w:r/>
    </w:p>
    <w:p>
      <w:pPr>
        <w:pStyle w:val="ListNumber"/>
        <w:spacing w:line="240" w:lineRule="auto"/>
        <w:ind w:left="720"/>
      </w:pPr>
      <w:r/>
      <w:hyperlink r:id="rId12">
        <w:r>
          <w:rPr>
            <w:color w:val="0000EE"/>
            <w:u w:val="single"/>
          </w:rPr>
          <w:t>https://www.tomshardware.com/tech-industry/artificial-intelligence/linus-torvalds-reckons-ai-is-90-percent-marketing-and-10-percent-reality</w:t>
        </w:r>
      </w:hyperlink>
      <w:r>
        <w:t xml:space="preserve"> - Details Torvalds' interview at the Open Source Summit in Vienna, where he labeled the AI market as '90% marketing and 10% reality' and expressed his frustration with the hype cycle.</w:t>
      </w:r>
      <w:r/>
    </w:p>
    <w:p>
      <w:pPr>
        <w:pStyle w:val="ListNumber"/>
        <w:spacing w:line="240" w:lineRule="auto"/>
        <w:ind w:left="720"/>
      </w:pPr>
      <w:r/>
      <w:hyperlink r:id="rId13">
        <w:r>
          <w:rPr>
            <w:color w:val="0000EE"/>
            <w:u w:val="single"/>
          </w:rPr>
          <w:t>https://www.techradar.com/pro/linus-torvalds-slams-ai-as-90-percent-marketing-and-10-percent-reality</w:t>
        </w:r>
      </w:hyperlink>
      <w:r>
        <w:t xml:space="preserve"> - Confirms Torvalds' remarks on AI being more marketing than reality, his recognition of AI's potential, and his advice to ignore AI until it becomes more substantial.</w:t>
      </w:r>
      <w:r/>
    </w:p>
    <w:p>
      <w:pPr>
        <w:pStyle w:val="ListNumber"/>
        <w:spacing w:line="240" w:lineRule="auto"/>
        <w:ind w:left="720"/>
      </w:pPr>
      <w:r/>
      <w:hyperlink r:id="rId14">
        <w:r>
          <w:rPr>
            <w:color w:val="0000EE"/>
            <w:u w:val="single"/>
          </w:rPr>
          <w:t>https://www.neogaf.com/threads/linus-torvalds-ai-is-currently-90-marketing-and-10-reality.1676773/</w:t>
        </w:r>
      </w:hyperlink>
      <w:r>
        <w:t xml:space="preserve"> - Reiterates Torvalds' statement that the current state of AI technology is 90% marketing and 10% factual reality.</w:t>
      </w:r>
      <w:r/>
    </w:p>
    <w:p>
      <w:pPr>
        <w:pStyle w:val="ListNumber"/>
        <w:spacing w:line="240" w:lineRule="auto"/>
        <w:ind w:left="720"/>
      </w:pPr>
      <w:r/>
      <w:hyperlink r:id="rId10">
        <w:r>
          <w:rPr>
            <w:color w:val="0000EE"/>
            <w:u w:val="single"/>
          </w:rPr>
          <w:t>https://linux.slashdot.org/story/24/10/29/1512253/linus-torvalds-dismisses-ai-industry-as-90-marketing</w:t>
        </w:r>
      </w:hyperlink>
      <w:r>
        <w:t xml:space="preserve"> - Mentions Torvalds' recognition of practical use cases like ChatGPT and graphic design, despite his overall skepticism about the AI hype.</w:t>
      </w:r>
      <w:r/>
    </w:p>
    <w:p>
      <w:pPr>
        <w:pStyle w:val="ListNumber"/>
        <w:spacing w:line="240" w:lineRule="auto"/>
        <w:ind w:left="720"/>
      </w:pPr>
      <w:r/>
      <w:hyperlink r:id="rId12">
        <w:r>
          <w:rPr>
            <w:color w:val="0000EE"/>
            <w:u w:val="single"/>
          </w:rPr>
          <w:t>https://www.tomshardware.com/tech-industry/artificial-intelligence/linus-torvalds-reckons-ai-is-90-percent-marketing-and-10-percent-reality</w:t>
        </w:r>
      </w:hyperlink>
      <w:r>
        <w:t xml:space="preserve"> - Supports the estimate that it will take about five years for AI to become mature enough for broad, meaningful applications.</w:t>
      </w:r>
      <w:r/>
    </w:p>
    <w:p>
      <w:pPr>
        <w:pStyle w:val="ListNumber"/>
        <w:spacing w:line="240" w:lineRule="auto"/>
        <w:ind w:left="720"/>
      </w:pPr>
      <w:r/>
      <w:hyperlink r:id="rId13">
        <w:r>
          <w:rPr>
            <w:color w:val="0000EE"/>
            <w:u w:val="single"/>
          </w:rPr>
          <w:t>https://www.techradar.com/pro/linus-torvalds-slams-ai-as-90-percent-marketing-and-10-percent-reality</w:t>
        </w:r>
      </w:hyperlink>
      <w:r>
        <w:t xml:space="preserve"> - Aligns with the view that other tech professionals share similar concerns about the challenges in deploying effective AI solutions.</w:t>
      </w:r>
      <w:r/>
    </w:p>
    <w:p>
      <w:pPr>
        <w:pStyle w:val="ListNumber"/>
        <w:spacing w:line="240" w:lineRule="auto"/>
        <w:ind w:left="720"/>
      </w:pPr>
      <w:r/>
      <w:hyperlink r:id="rId10">
        <w:r>
          <w:rPr>
            <w:color w:val="0000EE"/>
            <w:u w:val="single"/>
          </w:rPr>
          <w:t>https://linux.slashdot.org/story/24/10/29/1512253/linus-torvalds-dismisses-ai-industry-as-90-marketing</w:t>
        </w:r>
      </w:hyperlink>
      <w:r>
        <w:t xml:space="preserve"> - Corroborates the alignment of Torvalds' perspective with Baidu’s CEO's prediction of an impending AI bubble burst.</w:t>
      </w:r>
      <w:r/>
    </w:p>
    <w:p>
      <w:pPr>
        <w:pStyle w:val="ListNumber"/>
        <w:spacing w:line="240" w:lineRule="auto"/>
        <w:ind w:left="720"/>
      </w:pPr>
      <w:r/>
      <w:hyperlink r:id="rId12">
        <w:r>
          <w:rPr>
            <w:color w:val="0000EE"/>
            <w:u w:val="single"/>
          </w:rPr>
          <w:t>https://www.tomshardware.com/tech-industry/artificial-intelligence/linus-torvalds-reckons-ai-is-90-percent-marketing-and-10-percent-reality</w:t>
        </w:r>
      </w:hyperlink>
      <w:r>
        <w:t xml:space="preserve"> - Supports Torvalds' advice to tech workers to avoid being swayed by transient industry trends driven by hype and to focus on tangible innovations.</w:t>
      </w:r>
      <w:r/>
    </w:p>
    <w:p>
      <w:pPr>
        <w:pStyle w:val="ListNumber"/>
        <w:spacing w:line="240" w:lineRule="auto"/>
        <w:ind w:left="720"/>
      </w:pPr>
      <w:r/>
      <w:hyperlink r:id="rId13">
        <w:r>
          <w:rPr>
            <w:color w:val="0000EE"/>
            <w:u w:val="single"/>
          </w:rPr>
          <w:t>https://www.techradar.com/pro/linus-torvalds-slams-ai-as-90-percent-marketing-and-10-percent-reality</w:t>
        </w:r>
      </w:hyperlink>
      <w:r>
        <w:t xml:space="preserve"> - Reaffirms Torvalds' continued focus on foundational technology, particularly the area between hardware and software.</w:t>
      </w:r>
      <w:r/>
    </w:p>
    <w:p>
      <w:pPr>
        <w:pStyle w:val="ListNumber"/>
        <w:spacing w:line="240" w:lineRule="auto"/>
        <w:ind w:left="720"/>
      </w:pPr>
      <w:r/>
      <w:hyperlink r:id="rId13">
        <w:r>
          <w:rPr>
            <w:color w:val="0000EE"/>
            <w:u w:val="single"/>
          </w:rPr>
          <w:t>https://www.techradar.com/pro/linus-torvalds-slams-ai-as-90-percent-marketing-and-10-percent-reality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inux.slashdot.org/story/24/10/29/1512253/linus-torvalds-dismisses-ai-industry-as-90-marketing" TargetMode="External"/><Relationship Id="rId11" Type="http://schemas.openxmlformats.org/officeDocument/2006/relationships/hyperlink" Target="https://www.reddit.com/r/theprimeagen/comments/1ge5hwh/linus_torvalds_reckons_ai_is_90_marketing_and_10/" TargetMode="External"/><Relationship Id="rId12" Type="http://schemas.openxmlformats.org/officeDocument/2006/relationships/hyperlink" Target="https://www.tomshardware.com/tech-industry/artificial-intelligence/linus-torvalds-reckons-ai-is-90-percent-marketing-and-10-percent-reality" TargetMode="External"/><Relationship Id="rId13" Type="http://schemas.openxmlformats.org/officeDocument/2006/relationships/hyperlink" Target="https://www.techradar.com/pro/linus-torvalds-slams-ai-as-90-percent-marketing-and-10-percent-reality" TargetMode="External"/><Relationship Id="rId14" Type="http://schemas.openxmlformats.org/officeDocument/2006/relationships/hyperlink" Target="https://www.neogaf.com/threads/linus-torvalds-ai-is-currently-90-marketing-and-10-reality.167677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